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929F7" w14:textId="716150F9" w:rsidR="00363D82" w:rsidRPr="00E16E4C" w:rsidRDefault="00FF30A9" w:rsidP="00363D82">
      <w:pPr>
        <w:tabs>
          <w:tab w:val="left" w:pos="2843"/>
        </w:tabs>
        <w:spacing w:before="0" w:after="0" w:line="240" w:lineRule="auto"/>
        <w:jc w:val="center"/>
        <w:rPr>
          <w:rFonts w:ascii="Arial" w:hAnsi="Arial" w:cs="Arial"/>
          <w:b/>
          <w:bCs/>
          <w:sz w:val="24"/>
        </w:rPr>
      </w:pPr>
      <w:r>
        <w:rPr>
          <w:rFonts w:ascii="Arial" w:hAnsi="Arial" w:cs="Arial"/>
          <w:b/>
          <w:bCs/>
          <w:sz w:val="24"/>
        </w:rPr>
        <w:t>RESOLUCIÓN</w:t>
      </w:r>
    </w:p>
    <w:p w14:paraId="42476D2F" w14:textId="77777777" w:rsidR="00EC529F" w:rsidRPr="00363D82" w:rsidRDefault="00000000" w:rsidP="006B4F01">
      <w:pPr>
        <w:tabs>
          <w:tab w:val="left" w:pos="2843"/>
        </w:tabs>
        <w:spacing w:before="0" w:after="0" w:line="240" w:lineRule="auto"/>
        <w:jc w:val="center"/>
        <w:rPr>
          <w:rFonts w:ascii="Arial" w:hAnsi="Arial" w:cs="Arial"/>
          <w:sz w:val="24"/>
        </w:rPr>
      </w:pPr>
      <w:sdt>
        <w:sdtPr>
          <w:rPr>
            <w:rFonts w:ascii="Arial" w:hAnsi="Arial" w:cs="Arial"/>
            <w:sz w:val="24"/>
          </w:rPr>
          <w:alias w:val="Consecutivo"/>
          <w:tag w:val="Consecutivo"/>
          <w:id w:val="2052717023"/>
          <w:placeholder>
            <w:docPart w:val="FF69C54830724E9DA436EDD426B4DB79"/>
          </w:placeholder>
          <w:temporary/>
          <w:text/>
        </w:sdtPr>
        <w:sdtContent>
          <w:r w:rsidR="00EC529F" w:rsidRPr="00363D82">
            <w:rPr>
              <w:rFonts w:ascii="Arial" w:hAnsi="Arial" w:cs="Arial"/>
              <w:sz w:val="24"/>
            </w:rPr>
            <w:t>SGF-RES-0021-2026</w:t>
          </w:r>
        </w:sdtContent>
      </w:sdt>
    </w:p>
    <w:p w14:paraId="49A563FE" w14:textId="7A5926F0" w:rsidR="00E35433" w:rsidRPr="00363D82" w:rsidRDefault="007759B5" w:rsidP="0012734C">
      <w:pPr>
        <w:widowControl w:val="0"/>
        <w:spacing w:before="0" w:after="0" w:line="240" w:lineRule="auto"/>
        <w:jc w:val="center"/>
        <w:rPr>
          <w:rFonts w:asciiTheme="majorHAnsi" w:eastAsia="Aptos" w:hAnsiTheme="majorHAnsi" w:cstheme="majorHAnsi"/>
          <w:bCs/>
          <w:kern w:val="2"/>
          <w:sz w:val="24"/>
          <w:lang w:val="es-CR"/>
          <w14:ligatures w14:val="standardContextual"/>
        </w:rPr>
      </w:pPr>
      <w:r w:rsidRPr="00363D82">
        <w:rPr>
          <w:rFonts w:asciiTheme="majorHAnsi" w:eastAsia="Aptos" w:hAnsiTheme="majorHAnsi" w:cstheme="majorHAnsi"/>
          <w:bCs/>
          <w:kern w:val="2"/>
          <w:sz w:val="24"/>
          <w:lang w:val="es-CR"/>
          <w14:ligatures w14:val="standardContextual"/>
        </w:rPr>
        <w:t>SP</w:t>
      </w:r>
      <w:r w:rsidR="0012734C" w:rsidRPr="00363D82">
        <w:rPr>
          <w:rFonts w:asciiTheme="majorHAnsi" w:eastAsia="Aptos" w:hAnsiTheme="majorHAnsi" w:cstheme="majorHAnsi"/>
          <w:bCs/>
          <w:kern w:val="2"/>
          <w:sz w:val="24"/>
          <w:lang w:val="es-CR"/>
          <w14:ligatures w14:val="standardContextual"/>
        </w:rPr>
        <w:t>-</w:t>
      </w:r>
      <w:r w:rsidR="00363D82" w:rsidRPr="00363D82">
        <w:rPr>
          <w:rFonts w:asciiTheme="majorHAnsi" w:eastAsia="Aptos" w:hAnsiTheme="majorHAnsi" w:cstheme="majorHAnsi"/>
          <w:bCs/>
          <w:kern w:val="2"/>
          <w:sz w:val="24"/>
          <w:lang w:val="es-CR"/>
          <w14:ligatures w14:val="standardContextual"/>
        </w:rPr>
        <w:t>R-2420-2026</w:t>
      </w:r>
    </w:p>
    <w:p w14:paraId="220FC906" w14:textId="7E91C785" w:rsidR="007759B5" w:rsidRPr="00363D82" w:rsidRDefault="007759B5" w:rsidP="0012734C">
      <w:pPr>
        <w:widowControl w:val="0"/>
        <w:spacing w:before="0" w:after="0" w:line="240" w:lineRule="auto"/>
        <w:jc w:val="center"/>
        <w:rPr>
          <w:rFonts w:asciiTheme="majorHAnsi" w:eastAsia="Aptos" w:hAnsiTheme="majorHAnsi" w:cstheme="majorHAnsi"/>
          <w:bCs/>
          <w:kern w:val="2"/>
          <w:sz w:val="24"/>
          <w:lang w:val="es-CR"/>
          <w14:ligatures w14:val="standardContextual"/>
        </w:rPr>
      </w:pPr>
      <w:r w:rsidRPr="00363D82">
        <w:rPr>
          <w:rFonts w:asciiTheme="majorHAnsi" w:eastAsia="Aptos" w:hAnsiTheme="majorHAnsi" w:cstheme="majorHAnsi"/>
          <w:bCs/>
          <w:kern w:val="2"/>
          <w:sz w:val="24"/>
          <w:lang w:val="es-CR"/>
          <w14:ligatures w14:val="standardContextual"/>
        </w:rPr>
        <w:t>SGS</w:t>
      </w:r>
      <w:r w:rsidR="0012734C" w:rsidRPr="00363D82">
        <w:rPr>
          <w:rFonts w:asciiTheme="majorHAnsi" w:eastAsia="Aptos" w:hAnsiTheme="majorHAnsi" w:cstheme="majorHAnsi"/>
          <w:bCs/>
          <w:kern w:val="2"/>
          <w:sz w:val="24"/>
          <w:lang w:val="es-CR"/>
          <w14:ligatures w14:val="standardContextual"/>
        </w:rPr>
        <w:t>-</w:t>
      </w:r>
      <w:r w:rsidR="00363D82" w:rsidRPr="00363D82">
        <w:rPr>
          <w:rFonts w:asciiTheme="majorHAnsi" w:eastAsia="Aptos" w:hAnsiTheme="majorHAnsi" w:cstheme="majorHAnsi"/>
          <w:bCs/>
          <w:kern w:val="2"/>
          <w:sz w:val="24"/>
          <w:lang w:val="es-CR"/>
          <w14:ligatures w14:val="standardContextual"/>
        </w:rPr>
        <w:t>RES-2703-2026</w:t>
      </w:r>
    </w:p>
    <w:p w14:paraId="7F0B58F9" w14:textId="3D6C5EDD" w:rsidR="00363D82" w:rsidRDefault="007759B5" w:rsidP="00363D82">
      <w:pPr>
        <w:widowControl w:val="0"/>
        <w:spacing w:before="0" w:after="0" w:line="240" w:lineRule="auto"/>
        <w:jc w:val="center"/>
        <w:rPr>
          <w:rFonts w:asciiTheme="majorHAnsi" w:eastAsia="Aptos" w:hAnsiTheme="majorHAnsi" w:cstheme="majorHAnsi"/>
          <w:bCs/>
          <w:kern w:val="2"/>
          <w:szCs w:val="22"/>
          <w:lang w:val="es-CR"/>
          <w14:ligatures w14:val="standardContextual"/>
        </w:rPr>
      </w:pPr>
      <w:r w:rsidRPr="00363D82">
        <w:rPr>
          <w:rFonts w:asciiTheme="majorHAnsi" w:eastAsia="Aptos" w:hAnsiTheme="majorHAnsi" w:cstheme="majorHAnsi"/>
          <w:bCs/>
          <w:kern w:val="2"/>
          <w:sz w:val="24"/>
          <w:lang w:val="es-CR"/>
          <w14:ligatures w14:val="standardContextual"/>
        </w:rPr>
        <w:t>SGV</w:t>
      </w:r>
      <w:r w:rsidR="0012734C" w:rsidRPr="00363D82">
        <w:rPr>
          <w:rFonts w:asciiTheme="majorHAnsi" w:eastAsia="Aptos" w:hAnsiTheme="majorHAnsi" w:cstheme="majorHAnsi"/>
          <w:bCs/>
          <w:kern w:val="2"/>
          <w:sz w:val="24"/>
          <w:lang w:val="es-CR"/>
          <w14:ligatures w14:val="standardContextual"/>
        </w:rPr>
        <w:t>-</w:t>
      </w:r>
      <w:r w:rsidR="00363D82" w:rsidRPr="00363D82">
        <w:rPr>
          <w:rFonts w:asciiTheme="majorHAnsi" w:eastAsia="Aptos" w:hAnsiTheme="majorHAnsi" w:cstheme="majorHAnsi"/>
          <w:bCs/>
          <w:kern w:val="2"/>
          <w:sz w:val="24"/>
          <w:lang w:val="es-CR"/>
          <w14:ligatures w14:val="standardContextual"/>
        </w:rPr>
        <w:t>A-12-2026</w:t>
      </w:r>
    </w:p>
    <w:p w14:paraId="27C92910" w14:textId="77777777" w:rsidR="00363D82" w:rsidRDefault="00363D82" w:rsidP="0012734C">
      <w:pPr>
        <w:widowControl w:val="0"/>
        <w:spacing w:before="0" w:after="0" w:line="240" w:lineRule="auto"/>
        <w:jc w:val="center"/>
        <w:rPr>
          <w:rFonts w:asciiTheme="majorHAnsi" w:eastAsia="Aptos" w:hAnsiTheme="majorHAnsi" w:cstheme="majorHAnsi"/>
          <w:bCs/>
          <w:kern w:val="2"/>
          <w:sz w:val="24"/>
          <w:lang w:val="es-CR"/>
          <w14:ligatures w14:val="standardContextual"/>
        </w:rPr>
      </w:pPr>
    </w:p>
    <w:p w14:paraId="7B6E6124" w14:textId="01800840" w:rsidR="00363D82" w:rsidRPr="00363D82" w:rsidRDefault="00363D82" w:rsidP="0012734C">
      <w:pPr>
        <w:widowControl w:val="0"/>
        <w:spacing w:before="0" w:after="0" w:line="240" w:lineRule="auto"/>
        <w:jc w:val="center"/>
        <w:rPr>
          <w:rFonts w:asciiTheme="majorHAnsi" w:eastAsia="Aptos" w:hAnsiTheme="majorHAnsi" w:cstheme="majorHAnsi"/>
          <w:bCs/>
          <w:kern w:val="2"/>
          <w:sz w:val="24"/>
          <w:lang w:val="es-CR"/>
          <w14:ligatures w14:val="standardContextual"/>
        </w:rPr>
      </w:pPr>
      <w:r w:rsidRPr="00363D82">
        <w:rPr>
          <w:rFonts w:asciiTheme="majorHAnsi" w:eastAsia="Aptos" w:hAnsiTheme="majorHAnsi" w:cstheme="majorHAnsi"/>
          <w:bCs/>
          <w:kern w:val="2"/>
          <w:sz w:val="24"/>
          <w:lang w:val="es-CR"/>
          <w14:ligatures w14:val="standardContextual"/>
        </w:rPr>
        <w:t>19 de junio de 2026</w:t>
      </w:r>
    </w:p>
    <w:p w14:paraId="36B7445C" w14:textId="28CC88B6" w:rsidR="00E35433" w:rsidRPr="00E35433" w:rsidRDefault="00E35433" w:rsidP="00E35433">
      <w:pPr>
        <w:widowControl w:val="0"/>
        <w:spacing w:after="120" w:line="259" w:lineRule="auto"/>
        <w:rPr>
          <w:rFonts w:asciiTheme="majorHAnsi" w:eastAsia="Aptos" w:hAnsiTheme="majorHAnsi" w:cstheme="majorHAnsi"/>
          <w:b/>
          <w:kern w:val="2"/>
          <w:szCs w:val="22"/>
          <w:lang w:val="es-CR"/>
          <w14:ligatures w14:val="standardContextual"/>
        </w:rPr>
      </w:pPr>
      <w:r w:rsidRPr="00E35433">
        <w:rPr>
          <w:rFonts w:asciiTheme="majorHAnsi" w:eastAsia="Aptos" w:hAnsiTheme="majorHAnsi" w:cstheme="majorHAnsi"/>
          <w:b/>
          <w:kern w:val="2"/>
          <w:szCs w:val="22"/>
          <w:lang w:val="es-CR"/>
          <w14:ligatures w14:val="standardContextual"/>
        </w:rPr>
        <w:t>La señora Superintendente General de Entidades Financieras, el señor Superintendente General de Seguros y de Valores y el señor Superintendente de Pensiones,</w:t>
      </w:r>
    </w:p>
    <w:p w14:paraId="6A84CB95" w14:textId="77777777" w:rsidR="00E35433" w:rsidRDefault="00E35433" w:rsidP="00E35433">
      <w:pPr>
        <w:widowControl w:val="0"/>
        <w:spacing w:before="0" w:after="0" w:line="259" w:lineRule="auto"/>
        <w:jc w:val="center"/>
        <w:rPr>
          <w:rFonts w:asciiTheme="majorHAnsi" w:eastAsia="Aptos" w:hAnsiTheme="majorHAnsi" w:cstheme="majorHAnsi"/>
          <w:b/>
          <w:kern w:val="2"/>
          <w:szCs w:val="22"/>
          <w:lang w:val="es-CR"/>
          <w14:ligatures w14:val="standardContextual"/>
        </w:rPr>
      </w:pPr>
    </w:p>
    <w:p w14:paraId="2FC6497A" w14:textId="176721B5" w:rsidR="00E35433" w:rsidRDefault="00E35433" w:rsidP="00E35433">
      <w:pPr>
        <w:widowControl w:val="0"/>
        <w:spacing w:before="0" w:after="0" w:line="259" w:lineRule="auto"/>
        <w:jc w:val="center"/>
        <w:rPr>
          <w:rFonts w:asciiTheme="majorHAnsi" w:eastAsia="Aptos" w:hAnsiTheme="majorHAnsi" w:cstheme="majorHAnsi"/>
          <w:b/>
          <w:kern w:val="2"/>
          <w:szCs w:val="22"/>
          <w:lang w:val="es-CR"/>
          <w14:ligatures w14:val="standardContextual"/>
        </w:rPr>
      </w:pPr>
      <w:r>
        <w:rPr>
          <w:rFonts w:asciiTheme="majorHAnsi" w:eastAsia="Aptos" w:hAnsiTheme="majorHAnsi" w:cstheme="majorHAnsi"/>
          <w:b/>
          <w:kern w:val="2"/>
          <w:szCs w:val="22"/>
          <w:lang w:val="es-CR"/>
          <w14:ligatures w14:val="standardContextual"/>
        </w:rPr>
        <w:t>AL CONSIDERAR QUE:</w:t>
      </w:r>
    </w:p>
    <w:p w14:paraId="32001F3C" w14:textId="77777777" w:rsidR="00E35433" w:rsidRPr="00E35433" w:rsidRDefault="00E35433" w:rsidP="00E35433">
      <w:pPr>
        <w:widowControl w:val="0"/>
        <w:spacing w:before="0" w:after="0" w:line="259" w:lineRule="auto"/>
        <w:rPr>
          <w:rFonts w:asciiTheme="majorHAnsi" w:eastAsia="Aptos" w:hAnsiTheme="majorHAnsi" w:cstheme="majorHAnsi"/>
          <w:b/>
          <w:kern w:val="2"/>
          <w:szCs w:val="22"/>
          <w:lang w:val="es-CR"/>
          <w14:ligatures w14:val="standardContextual"/>
        </w:rPr>
      </w:pPr>
    </w:p>
    <w:p w14:paraId="7530BB11" w14:textId="0BBFD11D" w:rsidR="00E35433" w:rsidRDefault="00E35433" w:rsidP="00E35433">
      <w:pPr>
        <w:widowControl w:val="0"/>
        <w:spacing w:before="0" w:after="0"/>
        <w:ind w:left="567" w:hanging="567"/>
        <w:rPr>
          <w:rFonts w:asciiTheme="majorHAnsi" w:eastAsia="Aptos" w:hAnsiTheme="majorHAnsi" w:cstheme="majorHAnsi"/>
          <w:bCs/>
        </w:rPr>
      </w:pPr>
      <w:r w:rsidRPr="00E35433">
        <w:rPr>
          <w:rFonts w:asciiTheme="majorHAnsi" w:eastAsia="Aptos" w:hAnsiTheme="majorHAnsi" w:cstheme="majorHAnsi"/>
          <w:bCs/>
          <w:kern w:val="2"/>
          <w:szCs w:val="22"/>
          <w:lang w:val="es-CR"/>
          <w14:ligatures w14:val="standardContextual"/>
        </w:rPr>
        <w:t>A.</w:t>
      </w:r>
      <w:r>
        <w:rPr>
          <w:rFonts w:asciiTheme="majorHAnsi" w:eastAsia="Aptos" w:hAnsiTheme="majorHAnsi" w:cstheme="majorHAnsi"/>
          <w:bCs/>
        </w:rPr>
        <w:tab/>
      </w:r>
      <w:r w:rsidRPr="00E35433">
        <w:rPr>
          <w:rFonts w:asciiTheme="majorHAnsi" w:eastAsia="Aptos" w:hAnsiTheme="majorHAnsi" w:cstheme="majorHAnsi"/>
          <w:bCs/>
        </w:rPr>
        <w:t>El numeral 2 del artículo 361 de la Ley General de la Administración Pública, Ley 6227, establece que se concederá a las entidades representativas de intereses de carácter general o corporativo afectadas por la disposición, la oportunidad de exponer su parecer.</w:t>
      </w:r>
    </w:p>
    <w:p w14:paraId="16168B5E" w14:textId="77777777" w:rsidR="00E35433" w:rsidRPr="00E35433" w:rsidRDefault="00E35433" w:rsidP="00E35433">
      <w:pPr>
        <w:widowControl w:val="0"/>
        <w:spacing w:before="0" w:after="0"/>
        <w:ind w:left="567" w:hanging="567"/>
        <w:rPr>
          <w:rFonts w:asciiTheme="majorHAnsi" w:eastAsia="Aptos" w:hAnsiTheme="majorHAnsi" w:cstheme="majorHAnsi"/>
          <w:bCs/>
        </w:rPr>
      </w:pPr>
    </w:p>
    <w:p w14:paraId="6E5C6B98" w14:textId="77777777" w:rsidR="00E35433" w:rsidRPr="00E35433" w:rsidRDefault="00E35433" w:rsidP="00E35433">
      <w:pPr>
        <w:widowControl w:val="0"/>
        <w:spacing w:before="0" w:after="0" w:line="259" w:lineRule="auto"/>
        <w:ind w:left="567" w:hanging="567"/>
        <w:rPr>
          <w:rFonts w:asciiTheme="majorHAnsi" w:eastAsia="Aptos" w:hAnsiTheme="majorHAnsi" w:cstheme="majorHAnsi"/>
          <w:bCs/>
          <w:kern w:val="2"/>
          <w:szCs w:val="22"/>
          <w:lang w:val="es-CR"/>
          <w14:ligatures w14:val="standardContextual"/>
        </w:rPr>
      </w:pPr>
      <w:r w:rsidRPr="00E35433">
        <w:rPr>
          <w:rFonts w:asciiTheme="majorHAnsi" w:eastAsia="Aptos" w:hAnsiTheme="majorHAnsi" w:cstheme="majorHAnsi"/>
          <w:bCs/>
          <w:kern w:val="2"/>
          <w:szCs w:val="22"/>
          <w:lang w:val="es-CR"/>
          <w14:ligatures w14:val="standardContextual"/>
        </w:rPr>
        <w:t>B.</w:t>
      </w:r>
      <w:r w:rsidRPr="00E35433">
        <w:rPr>
          <w:rFonts w:asciiTheme="majorHAnsi" w:eastAsia="Aptos" w:hAnsiTheme="majorHAnsi" w:cstheme="majorHAnsi"/>
          <w:bCs/>
          <w:kern w:val="2"/>
          <w:szCs w:val="22"/>
          <w:lang w:val="es-CR"/>
          <w14:ligatures w14:val="standardContextual"/>
        </w:rPr>
        <w:tab/>
        <w:t xml:space="preserve">Se elaboró la propuesta de emisión de los </w:t>
      </w:r>
      <w:r w:rsidRPr="00E35433">
        <w:rPr>
          <w:rFonts w:asciiTheme="majorHAnsi" w:eastAsia="Aptos" w:hAnsiTheme="majorHAnsi" w:cstheme="majorHAnsi"/>
          <w:bCs/>
          <w:i/>
          <w:iCs/>
          <w:kern w:val="2"/>
          <w:szCs w:val="22"/>
          <w:lang w:val="es-CR"/>
          <w14:ligatures w14:val="standardContextual"/>
        </w:rPr>
        <w:t>Lineamientos generales para la aplicación Reglamento sobre supervisión consolidada, Acuerdo CONASSIF 16-22</w:t>
      </w:r>
      <w:r w:rsidRPr="00E35433">
        <w:rPr>
          <w:rFonts w:asciiTheme="majorHAnsi" w:eastAsia="Aptos" w:hAnsiTheme="majorHAnsi" w:cstheme="majorHAnsi"/>
          <w:bCs/>
          <w:kern w:val="2"/>
          <w:szCs w:val="22"/>
          <w:lang w:val="es-CR"/>
          <w14:ligatures w14:val="standardContextual"/>
        </w:rPr>
        <w:t>.</w:t>
      </w:r>
    </w:p>
    <w:p w14:paraId="3EFFCD7A" w14:textId="77777777" w:rsidR="00E35433" w:rsidRDefault="00E35433" w:rsidP="00E35433">
      <w:pPr>
        <w:widowControl w:val="0"/>
        <w:spacing w:before="0" w:after="0" w:line="259" w:lineRule="auto"/>
        <w:rPr>
          <w:rFonts w:ascii="Roboto" w:eastAsia="Aptos" w:hAnsi="Roboto"/>
          <w:b/>
          <w:kern w:val="2"/>
          <w:sz w:val="20"/>
          <w:szCs w:val="20"/>
          <w:lang w:val="es-CR"/>
          <w14:ligatures w14:val="standardContextual"/>
        </w:rPr>
      </w:pPr>
    </w:p>
    <w:p w14:paraId="604E0C00" w14:textId="77777777" w:rsidR="00E35433" w:rsidRDefault="00E35433" w:rsidP="00E35433">
      <w:pPr>
        <w:widowControl w:val="0"/>
        <w:spacing w:before="0" w:after="0" w:line="259" w:lineRule="auto"/>
        <w:jc w:val="center"/>
        <w:rPr>
          <w:rFonts w:eastAsia="Aptos" w:cstheme="minorHAnsi"/>
          <w:b/>
          <w:kern w:val="2"/>
          <w:szCs w:val="22"/>
          <w:lang w:val="es-CR"/>
          <w14:ligatures w14:val="standardContextual"/>
        </w:rPr>
      </w:pPr>
    </w:p>
    <w:p w14:paraId="6A98A299" w14:textId="32B83821" w:rsidR="00E35433" w:rsidRDefault="00E35433" w:rsidP="00E35433">
      <w:pPr>
        <w:widowControl w:val="0"/>
        <w:spacing w:before="0" w:after="0" w:line="259" w:lineRule="auto"/>
        <w:jc w:val="center"/>
        <w:rPr>
          <w:rFonts w:eastAsia="Aptos" w:cstheme="minorHAnsi"/>
          <w:b/>
          <w:kern w:val="2"/>
          <w:szCs w:val="22"/>
          <w:lang w:val="es-CR"/>
          <w14:ligatures w14:val="standardContextual"/>
        </w:rPr>
      </w:pPr>
      <w:r w:rsidRPr="00E35433">
        <w:rPr>
          <w:rFonts w:eastAsia="Aptos" w:cstheme="minorHAnsi"/>
          <w:b/>
          <w:kern w:val="2"/>
          <w:szCs w:val="22"/>
          <w:lang w:val="es-CR"/>
          <w14:ligatures w14:val="standardContextual"/>
        </w:rPr>
        <w:t>DISPUSIERON:</w:t>
      </w:r>
    </w:p>
    <w:p w14:paraId="24B01D4E" w14:textId="77777777" w:rsidR="00E35433" w:rsidRPr="00E35433" w:rsidRDefault="00E35433" w:rsidP="00E35433">
      <w:pPr>
        <w:widowControl w:val="0"/>
        <w:spacing w:before="0" w:after="0" w:line="259" w:lineRule="auto"/>
        <w:jc w:val="center"/>
        <w:rPr>
          <w:rFonts w:eastAsia="Aptos" w:cstheme="minorHAnsi"/>
          <w:b/>
          <w:kern w:val="2"/>
          <w:szCs w:val="22"/>
          <w:lang w:val="es-CR"/>
          <w14:ligatures w14:val="standardContextual"/>
        </w:rPr>
      </w:pPr>
    </w:p>
    <w:p w14:paraId="7CA2B580" w14:textId="77777777" w:rsidR="00E35433" w:rsidRDefault="00E35433" w:rsidP="00E35433">
      <w:pPr>
        <w:widowControl w:val="0"/>
        <w:spacing w:before="0" w:after="0" w:line="259" w:lineRule="auto"/>
        <w:rPr>
          <w:rFonts w:asciiTheme="majorHAnsi" w:eastAsia="Aptos" w:hAnsiTheme="majorHAnsi" w:cstheme="majorHAnsi"/>
          <w:bCs/>
          <w:kern w:val="2"/>
          <w:szCs w:val="22"/>
          <w:lang w:val="es-CR"/>
          <w14:ligatures w14:val="standardContextual"/>
        </w:rPr>
      </w:pPr>
      <w:r w:rsidRPr="00E35433">
        <w:rPr>
          <w:rFonts w:asciiTheme="majorHAnsi" w:eastAsia="Aptos" w:hAnsiTheme="majorHAnsi" w:cstheme="majorHAnsi"/>
          <w:bCs/>
          <w:kern w:val="2"/>
          <w:szCs w:val="22"/>
          <w:lang w:val="es-CR"/>
          <w14:ligatures w14:val="standardContextual"/>
        </w:rPr>
        <w:t xml:space="preserve">Remitir en consulta, en cumplimiento de lo establecido en el numeral 2, artículo 361, de la Ley General de la Administración Pública, Ley 6227, al sistema financiero nacional, la propuesta de emisión de los </w:t>
      </w:r>
      <w:r w:rsidRPr="00E35433">
        <w:rPr>
          <w:rFonts w:asciiTheme="majorHAnsi" w:eastAsia="Aptos" w:hAnsiTheme="majorHAnsi" w:cstheme="majorHAnsi"/>
          <w:bCs/>
          <w:i/>
          <w:iCs/>
          <w:kern w:val="2"/>
          <w:szCs w:val="22"/>
          <w:lang w:val="es-CR"/>
          <w14:ligatures w14:val="standardContextual"/>
        </w:rPr>
        <w:t>Lineamientos generales para la aplicación Reglamento sobre supervisión consolidada, Acuerdo CONASSIF 16-22</w:t>
      </w:r>
      <w:r w:rsidRPr="00E35433">
        <w:rPr>
          <w:rFonts w:asciiTheme="majorHAnsi" w:eastAsia="Aptos" w:hAnsiTheme="majorHAnsi" w:cstheme="majorHAnsi"/>
          <w:bCs/>
          <w:kern w:val="2"/>
          <w:szCs w:val="22"/>
          <w:lang w:val="es-CR"/>
          <w14:ligatures w14:val="standardContextual"/>
        </w:rPr>
        <w:t>, de conformidad con el texto que se incluye a continuación y en el entendido que, en un plazo máximo de diez días hábiles, contados a partir del día hábil siguiente del recibo de la respectiva comunicación, deberán adicionar sus comentarios y observaciones en el formulario que está disponible en el apartado Formularios para remitir observaciones de normativa en consulta, ubicado en la dirección electrónica de la página oficial de la Sugef.</w:t>
      </w:r>
    </w:p>
    <w:p w14:paraId="7A5F169C" w14:textId="77777777" w:rsidR="005A7A9F" w:rsidRPr="00E35433" w:rsidRDefault="005A7A9F" w:rsidP="00E35433">
      <w:pPr>
        <w:widowControl w:val="0"/>
        <w:spacing w:before="0" w:after="0" w:line="259" w:lineRule="auto"/>
        <w:rPr>
          <w:rFonts w:asciiTheme="majorHAnsi" w:eastAsia="Aptos" w:hAnsiTheme="majorHAnsi" w:cstheme="majorHAnsi"/>
          <w:bCs/>
          <w:kern w:val="2"/>
          <w:szCs w:val="22"/>
          <w:lang w:val="es-CR"/>
          <w14:ligatures w14:val="standardContextual"/>
        </w:rPr>
      </w:pPr>
    </w:p>
    <w:p w14:paraId="0919DB40" w14:textId="77777777" w:rsidR="00E35433" w:rsidRPr="00E35433" w:rsidRDefault="00E35433" w:rsidP="00E35433">
      <w:pPr>
        <w:widowControl w:val="0"/>
        <w:spacing w:after="120" w:line="259" w:lineRule="auto"/>
        <w:jc w:val="center"/>
        <w:rPr>
          <w:rFonts w:ascii="Roboto" w:eastAsia="Aptos" w:hAnsi="Roboto"/>
          <w:b/>
          <w:kern w:val="2"/>
          <w:szCs w:val="22"/>
          <w:lang w:val="es-CR"/>
          <w14:ligatures w14:val="standardContextual"/>
        </w:rPr>
      </w:pPr>
      <w:r w:rsidRPr="00E35433">
        <w:rPr>
          <w:rFonts w:ascii="Roboto" w:eastAsia="Aptos" w:hAnsi="Roboto"/>
          <w:b/>
          <w:kern w:val="2"/>
          <w:szCs w:val="22"/>
          <w:lang w:val="es-CR"/>
          <w14:ligatures w14:val="standardContextual"/>
        </w:rPr>
        <w:lastRenderedPageBreak/>
        <w:t>“Proyecto de emisión de Lineamientos</w:t>
      </w:r>
    </w:p>
    <w:p w14:paraId="3FFCE185" w14:textId="77777777" w:rsidR="00E35433" w:rsidRPr="00E35433" w:rsidRDefault="00E35433" w:rsidP="00E35433">
      <w:pPr>
        <w:spacing w:before="0" w:after="120" w:line="240" w:lineRule="auto"/>
        <w:rPr>
          <w:rFonts w:ascii="Roboto" w:eastAsia="Aptos" w:hAnsi="Roboto"/>
          <w:b/>
          <w:bCs/>
          <w:color w:val="000000" w:themeColor="text1"/>
          <w:kern w:val="2"/>
          <w:szCs w:val="22"/>
          <w14:ligatures w14:val="standardContextual"/>
        </w:rPr>
      </w:pPr>
      <w:r w:rsidRPr="00E35433">
        <w:rPr>
          <w:rFonts w:ascii="Roboto" w:eastAsia="Aptos" w:hAnsi="Roboto"/>
          <w:b/>
          <w:bCs/>
          <w:color w:val="000000" w:themeColor="text1"/>
          <w:kern w:val="2"/>
          <w:szCs w:val="22"/>
          <w14:ligatures w14:val="standardContextual"/>
        </w:rPr>
        <w:t xml:space="preserve">Dirigida a: </w:t>
      </w:r>
    </w:p>
    <w:p w14:paraId="52F0A1B8" w14:textId="77777777" w:rsidR="00E35433" w:rsidRDefault="00E35433" w:rsidP="00E35433">
      <w:pPr>
        <w:spacing w:before="0" w:after="0" w:line="240" w:lineRule="auto"/>
        <w:rPr>
          <w:rFonts w:ascii="Roboto" w:eastAsia="Aptos" w:hAnsi="Roboto"/>
          <w:b/>
          <w:bCs/>
          <w:kern w:val="2"/>
          <w:szCs w:val="22"/>
          <w14:ligatures w14:val="standardContextual"/>
        </w:rPr>
      </w:pPr>
    </w:p>
    <w:p w14:paraId="636478CA" w14:textId="68F9D1C0" w:rsidR="00E35433" w:rsidRPr="00E35433" w:rsidRDefault="00E35433" w:rsidP="00E35433">
      <w:pPr>
        <w:spacing w:before="0" w:after="0" w:line="240" w:lineRule="auto"/>
        <w:rPr>
          <w:rFonts w:ascii="Roboto" w:eastAsia="Aptos" w:hAnsi="Roboto"/>
          <w:b/>
          <w:bCs/>
          <w:kern w:val="2"/>
          <w:szCs w:val="22"/>
          <w14:ligatures w14:val="standardContextual"/>
        </w:rPr>
      </w:pPr>
      <w:r w:rsidRPr="00E35433">
        <w:rPr>
          <w:rFonts w:ascii="Roboto" w:eastAsia="Aptos" w:hAnsi="Roboto"/>
          <w:b/>
          <w:bCs/>
          <w:kern w:val="2"/>
          <w:szCs w:val="22"/>
          <w14:ligatures w14:val="standardContextual"/>
        </w:rPr>
        <w:t xml:space="preserve">Supervisados por SUGEF: </w:t>
      </w:r>
    </w:p>
    <w:p w14:paraId="207AD68B"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Bancos Comerciales del Estado </w:t>
      </w:r>
    </w:p>
    <w:p w14:paraId="23856153"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Bancos Creados por Leyes Especiales </w:t>
      </w:r>
    </w:p>
    <w:p w14:paraId="4EF363ED"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Bancos Privados </w:t>
      </w:r>
    </w:p>
    <w:p w14:paraId="6A4D4C78"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Empresas Financieras no Bancarias </w:t>
      </w:r>
    </w:p>
    <w:p w14:paraId="327B7B79"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Otras Entidades Financieras </w:t>
      </w:r>
    </w:p>
    <w:p w14:paraId="463CAFAB"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Organizaciones Cooperativas de Ahorro y Crédito </w:t>
      </w:r>
    </w:p>
    <w:p w14:paraId="212BFD61" w14:textId="77777777" w:rsidR="00E35433" w:rsidRPr="00E35433" w:rsidRDefault="00E35433" w:rsidP="00E35433">
      <w:pPr>
        <w:numPr>
          <w:ilvl w:val="0"/>
          <w:numId w:val="5"/>
        </w:numPr>
        <w:spacing w:before="0" w:after="12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Asociaciones Mutualistas de Ahorro y Crédito </w:t>
      </w:r>
    </w:p>
    <w:p w14:paraId="2FA425F1" w14:textId="77777777" w:rsidR="00E35433" w:rsidRPr="00E35433" w:rsidRDefault="00E35433" w:rsidP="00E35433">
      <w:pPr>
        <w:spacing w:before="0" w:after="0" w:line="240" w:lineRule="auto"/>
        <w:rPr>
          <w:rFonts w:ascii="Roboto" w:eastAsia="Aptos" w:hAnsi="Roboto"/>
          <w:b/>
          <w:bCs/>
          <w:kern w:val="2"/>
          <w:szCs w:val="22"/>
          <w14:ligatures w14:val="standardContextual"/>
        </w:rPr>
      </w:pPr>
      <w:r w:rsidRPr="00E35433">
        <w:rPr>
          <w:rFonts w:ascii="Roboto" w:eastAsia="Aptos" w:hAnsi="Roboto"/>
          <w:b/>
          <w:bCs/>
          <w:kern w:val="2"/>
          <w:szCs w:val="22"/>
          <w14:ligatures w14:val="standardContextual"/>
        </w:rPr>
        <w:t xml:space="preserve">Supervisados por SUGEVAL: </w:t>
      </w:r>
    </w:p>
    <w:p w14:paraId="47504EC4"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Puestos de bolsa y sociedades administradoras de fondos de inversión </w:t>
      </w:r>
    </w:p>
    <w:p w14:paraId="6EEA823A"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Bolsas de valores </w:t>
      </w:r>
    </w:p>
    <w:p w14:paraId="3592E0C9"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Sociedades de compensación y liquidación </w:t>
      </w:r>
    </w:p>
    <w:p w14:paraId="5EC64048"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Proveedores de precio </w:t>
      </w:r>
    </w:p>
    <w:p w14:paraId="769CEC02"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Entidades que brindan servicios de custodia </w:t>
      </w:r>
    </w:p>
    <w:p w14:paraId="7D171178"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Centrales de valores </w:t>
      </w:r>
    </w:p>
    <w:p w14:paraId="79061576"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Sociedades </w:t>
      </w:r>
      <w:proofErr w:type="spellStart"/>
      <w:r w:rsidRPr="00E35433">
        <w:rPr>
          <w:rFonts w:ascii="Roboto" w:eastAsia="Aptos" w:hAnsi="Roboto"/>
          <w:kern w:val="2"/>
          <w:szCs w:val="22"/>
          <w14:ligatures w14:val="standardContextual"/>
        </w:rPr>
        <w:t>titularizadoras</w:t>
      </w:r>
      <w:proofErr w:type="spellEnd"/>
      <w:r w:rsidRPr="00E35433">
        <w:rPr>
          <w:rFonts w:ascii="Roboto" w:eastAsia="Aptos" w:hAnsi="Roboto"/>
          <w:kern w:val="2"/>
          <w:szCs w:val="22"/>
          <w14:ligatures w14:val="standardContextual"/>
        </w:rPr>
        <w:t xml:space="preserve"> y fiduciarias</w:t>
      </w:r>
    </w:p>
    <w:p w14:paraId="79724D38" w14:textId="77777777" w:rsidR="00E35433" w:rsidRPr="00E35433" w:rsidRDefault="00E35433" w:rsidP="00E35433">
      <w:pPr>
        <w:numPr>
          <w:ilvl w:val="0"/>
          <w:numId w:val="5"/>
        </w:numPr>
        <w:spacing w:before="0" w:after="12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Entidades de registros centralizados de letras de cambio y pagarés electrónicos</w:t>
      </w:r>
    </w:p>
    <w:p w14:paraId="31095934" w14:textId="77777777" w:rsidR="00E35433" w:rsidRPr="00E35433" w:rsidRDefault="00E35433" w:rsidP="00E35433">
      <w:pPr>
        <w:spacing w:before="0" w:after="0" w:line="240" w:lineRule="auto"/>
        <w:rPr>
          <w:rFonts w:ascii="Roboto" w:eastAsia="Aptos" w:hAnsi="Roboto"/>
          <w:b/>
          <w:bCs/>
          <w:kern w:val="2"/>
          <w:szCs w:val="22"/>
          <w14:ligatures w14:val="standardContextual"/>
        </w:rPr>
      </w:pPr>
      <w:r w:rsidRPr="00E35433">
        <w:rPr>
          <w:rFonts w:ascii="Roboto" w:eastAsia="Aptos" w:hAnsi="Roboto"/>
          <w:b/>
          <w:bCs/>
          <w:kern w:val="2"/>
          <w:szCs w:val="22"/>
          <w14:ligatures w14:val="standardContextual"/>
        </w:rPr>
        <w:t xml:space="preserve">Supervisados por SUGESE: </w:t>
      </w:r>
    </w:p>
    <w:p w14:paraId="4EAFDD1B"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Entidades aseguradoras y reaseguradoras  </w:t>
      </w:r>
    </w:p>
    <w:p w14:paraId="4BC23E02"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Sucursales de entidades aseguradoras extranjeras</w:t>
      </w:r>
    </w:p>
    <w:p w14:paraId="75D1AD76" w14:textId="77777777" w:rsidR="00E35433" w:rsidRPr="00E35433" w:rsidRDefault="00E35433" w:rsidP="00E35433">
      <w:pPr>
        <w:numPr>
          <w:ilvl w:val="0"/>
          <w:numId w:val="5"/>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Sociedades corredoras de seguros</w:t>
      </w:r>
    </w:p>
    <w:p w14:paraId="07F886CD" w14:textId="77777777" w:rsidR="00E35433" w:rsidRPr="00E35433" w:rsidRDefault="00E35433" w:rsidP="00E35433">
      <w:pPr>
        <w:numPr>
          <w:ilvl w:val="0"/>
          <w:numId w:val="5"/>
        </w:numPr>
        <w:spacing w:before="0" w:after="12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Sociedades agencia de seguros</w:t>
      </w:r>
    </w:p>
    <w:p w14:paraId="64580E8F" w14:textId="77777777" w:rsidR="00E35433" w:rsidRPr="00E35433" w:rsidRDefault="00E35433" w:rsidP="00E35433">
      <w:pPr>
        <w:spacing w:before="0" w:after="0" w:line="240" w:lineRule="auto"/>
        <w:rPr>
          <w:rFonts w:ascii="Roboto" w:eastAsia="Aptos" w:hAnsi="Roboto"/>
          <w:b/>
          <w:bCs/>
          <w:kern w:val="2"/>
          <w:szCs w:val="22"/>
          <w14:ligatures w14:val="standardContextual"/>
        </w:rPr>
      </w:pPr>
      <w:r w:rsidRPr="00E35433">
        <w:rPr>
          <w:rFonts w:ascii="Roboto" w:eastAsia="Aptos" w:hAnsi="Roboto"/>
          <w:b/>
          <w:bCs/>
          <w:kern w:val="2"/>
          <w:szCs w:val="22"/>
          <w14:ligatures w14:val="standardContextual"/>
        </w:rPr>
        <w:t xml:space="preserve">Supervisados por SUPEN: </w:t>
      </w:r>
    </w:p>
    <w:p w14:paraId="2133649C" w14:textId="77777777" w:rsidR="00E35433" w:rsidRPr="00E35433" w:rsidRDefault="00E35433" w:rsidP="00E35433">
      <w:pPr>
        <w:numPr>
          <w:ilvl w:val="0"/>
          <w:numId w:val="6"/>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Operadoras de pensiones complementarias</w:t>
      </w:r>
    </w:p>
    <w:p w14:paraId="4BA77449" w14:textId="77777777" w:rsidR="00E35433" w:rsidRPr="00E35433" w:rsidRDefault="00E35433" w:rsidP="00E35433">
      <w:pPr>
        <w:numPr>
          <w:ilvl w:val="0"/>
          <w:numId w:val="6"/>
        </w:numPr>
        <w:spacing w:before="0" w:after="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 xml:space="preserve">Regímenes públicos sustitutos del Régimen de Invalidez, Vejez y Muerte de la Caja Costarricense de Seguro Social </w:t>
      </w:r>
    </w:p>
    <w:p w14:paraId="7224F686" w14:textId="77777777" w:rsidR="00E35433" w:rsidRPr="00E35433" w:rsidRDefault="00E35433" w:rsidP="00E35433">
      <w:pPr>
        <w:numPr>
          <w:ilvl w:val="0"/>
          <w:numId w:val="6"/>
        </w:numPr>
        <w:spacing w:before="0" w:after="120" w:line="240" w:lineRule="auto"/>
        <w:jc w:val="left"/>
        <w:rPr>
          <w:rFonts w:ascii="Roboto" w:eastAsia="Aptos" w:hAnsi="Roboto"/>
          <w:kern w:val="2"/>
          <w:szCs w:val="22"/>
          <w14:ligatures w14:val="standardContextual"/>
        </w:rPr>
      </w:pPr>
      <w:r w:rsidRPr="00E35433">
        <w:rPr>
          <w:rFonts w:ascii="Roboto" w:eastAsia="Aptos" w:hAnsi="Roboto"/>
          <w:kern w:val="2"/>
          <w:szCs w:val="22"/>
          <w14:ligatures w14:val="standardContextual"/>
        </w:rPr>
        <w:t>Fondos complementarios creados por leyes especiales o convenciones colectivas</w:t>
      </w:r>
    </w:p>
    <w:p w14:paraId="0F126300" w14:textId="77777777" w:rsidR="00E35433" w:rsidRDefault="00E35433" w:rsidP="00E35433">
      <w:pPr>
        <w:spacing w:before="0" w:line="240" w:lineRule="auto"/>
        <w:rPr>
          <w:rFonts w:ascii="Roboto" w:eastAsia="Aptos" w:hAnsi="Roboto"/>
          <w:b/>
          <w:bCs/>
          <w:kern w:val="2"/>
          <w:szCs w:val="22"/>
          <w14:ligatures w14:val="standardContextual"/>
        </w:rPr>
      </w:pPr>
      <w:r w:rsidRPr="00E35433">
        <w:rPr>
          <w:rFonts w:ascii="Roboto" w:eastAsia="Aptos" w:hAnsi="Roboto"/>
          <w:b/>
          <w:bCs/>
          <w:kern w:val="2"/>
          <w:szCs w:val="22"/>
          <w14:ligatures w14:val="standardContextual"/>
        </w:rPr>
        <w:t>Controladoras de grupos y conglomerados financieros supervisados.</w:t>
      </w:r>
    </w:p>
    <w:p w14:paraId="6804C6DF" w14:textId="77777777" w:rsidR="00E35433" w:rsidRPr="00E35433" w:rsidRDefault="00E35433" w:rsidP="00E35433">
      <w:pPr>
        <w:spacing w:before="0" w:after="0" w:line="240" w:lineRule="auto"/>
        <w:rPr>
          <w:rFonts w:ascii="Roboto" w:eastAsia="Aptos" w:hAnsi="Roboto"/>
          <w:b/>
          <w:bCs/>
          <w:kern w:val="2"/>
          <w:szCs w:val="22"/>
          <w14:ligatures w14:val="standardContextual"/>
        </w:rPr>
      </w:pPr>
    </w:p>
    <w:p w14:paraId="4F6CB544" w14:textId="77777777" w:rsidR="00E35433" w:rsidRDefault="00E35433" w:rsidP="00E35433">
      <w:pPr>
        <w:spacing w:before="0" w:after="120" w:line="240" w:lineRule="auto"/>
        <w:ind w:left="851" w:hanging="851"/>
        <w:rPr>
          <w:rFonts w:ascii="Roboto" w:eastAsia="Aptos" w:hAnsi="Roboto"/>
          <w:i/>
          <w:iCs/>
          <w:kern w:val="2"/>
          <w:szCs w:val="22"/>
          <w14:ligatures w14:val="standardContextual"/>
        </w:rPr>
      </w:pPr>
      <w:r w:rsidRPr="00E35433">
        <w:rPr>
          <w:rFonts w:ascii="Roboto" w:eastAsia="Aptos" w:hAnsi="Roboto"/>
          <w:b/>
          <w:bCs/>
          <w:color w:val="000000" w:themeColor="text1"/>
          <w:kern w:val="2"/>
          <w:szCs w:val="22"/>
          <w14:ligatures w14:val="standardContextual"/>
        </w:rPr>
        <w:t>Asunto</w:t>
      </w:r>
      <w:r w:rsidRPr="00E35433">
        <w:rPr>
          <w:rFonts w:ascii="Roboto" w:eastAsia="Aptos" w:hAnsi="Roboto"/>
          <w:color w:val="0070C0"/>
          <w:kern w:val="2"/>
          <w:szCs w:val="22"/>
          <w14:ligatures w14:val="standardContextual"/>
        </w:rPr>
        <w:t>:</w:t>
      </w:r>
      <w:r w:rsidRPr="00E35433">
        <w:rPr>
          <w:rFonts w:ascii="Roboto" w:eastAsia="Aptos" w:hAnsi="Roboto"/>
          <w:i/>
          <w:iCs/>
          <w:kern w:val="2"/>
          <w:szCs w:val="22"/>
          <w14:ligatures w14:val="standardContextual"/>
        </w:rPr>
        <w:tab/>
        <w:t>Lineamientos generales para la aplicación Reglamento sobre supervisión consolidada, Acuerdo CONASSIF 16-22.</w:t>
      </w:r>
    </w:p>
    <w:p w14:paraId="47910961" w14:textId="77777777" w:rsidR="00E35433" w:rsidRPr="00E35433" w:rsidRDefault="00E35433" w:rsidP="00E35433">
      <w:pPr>
        <w:spacing w:before="0" w:after="120" w:line="240" w:lineRule="auto"/>
        <w:ind w:left="851" w:hanging="851"/>
        <w:rPr>
          <w:rFonts w:ascii="Roboto" w:eastAsia="Aptos" w:hAnsi="Roboto"/>
          <w:b/>
          <w:bCs/>
          <w:i/>
          <w:iCs/>
          <w:kern w:val="2"/>
          <w:szCs w:val="22"/>
          <w14:ligatures w14:val="standardContextual"/>
        </w:rPr>
      </w:pPr>
    </w:p>
    <w:p w14:paraId="1872C95F" w14:textId="77777777" w:rsidR="00E35433" w:rsidRPr="00E35433" w:rsidRDefault="00E35433" w:rsidP="00E35433">
      <w:pPr>
        <w:spacing w:before="0" w:after="120" w:line="240" w:lineRule="auto"/>
        <w:rPr>
          <w:rFonts w:ascii="Roboto" w:eastAsia="Aptos" w:hAnsi="Roboto"/>
          <w:b/>
          <w:bCs/>
          <w:kern w:val="2"/>
          <w:szCs w:val="22"/>
          <w14:ligatures w14:val="standardContextual"/>
        </w:rPr>
      </w:pPr>
      <w:r w:rsidRPr="00E35433">
        <w:rPr>
          <w:rFonts w:ascii="Roboto" w:eastAsia="Aptos" w:hAnsi="Roboto"/>
          <w:b/>
          <w:bCs/>
          <w:kern w:val="2"/>
          <w:szCs w:val="22"/>
          <w14:ligatures w14:val="standardContextual"/>
        </w:rPr>
        <w:t>La Superintendencia General de Entidades Financieras, la Superintendencia General de Valores, la Superintendencia de Pensiones y la Superintendencia General de Seguros</w:t>
      </w:r>
    </w:p>
    <w:p w14:paraId="0313F818" w14:textId="77777777" w:rsidR="00E35433" w:rsidRDefault="00E35433" w:rsidP="00E35433">
      <w:pPr>
        <w:spacing w:before="0" w:after="120" w:line="240" w:lineRule="auto"/>
        <w:rPr>
          <w:rFonts w:ascii="Roboto" w:eastAsia="Aptos" w:hAnsi="Roboto"/>
          <w:b/>
          <w:bCs/>
          <w:color w:val="0070C0"/>
          <w:kern w:val="2"/>
          <w:szCs w:val="22"/>
          <w14:ligatures w14:val="standardContextual"/>
        </w:rPr>
      </w:pPr>
    </w:p>
    <w:p w14:paraId="06A408EC" w14:textId="3318BF74" w:rsidR="00E35433" w:rsidRDefault="00E35433" w:rsidP="00E35433">
      <w:pPr>
        <w:spacing w:before="0" w:after="120" w:line="240" w:lineRule="auto"/>
        <w:jc w:val="center"/>
        <w:rPr>
          <w:rFonts w:ascii="Roboto" w:eastAsia="Aptos" w:hAnsi="Roboto"/>
          <w:b/>
          <w:bCs/>
          <w:color w:val="000000" w:themeColor="text1"/>
          <w:kern w:val="2"/>
          <w:szCs w:val="22"/>
          <w14:ligatures w14:val="standardContextual"/>
        </w:rPr>
      </w:pPr>
      <w:r w:rsidRPr="00E35433">
        <w:rPr>
          <w:rFonts w:ascii="Roboto" w:eastAsia="Aptos" w:hAnsi="Roboto"/>
          <w:b/>
          <w:bCs/>
          <w:color w:val="000000" w:themeColor="text1"/>
          <w:kern w:val="2"/>
          <w:szCs w:val="22"/>
          <w14:ligatures w14:val="standardContextual"/>
        </w:rPr>
        <w:t>CONSIDERANDO QUE</w:t>
      </w:r>
      <w:r>
        <w:rPr>
          <w:rFonts w:ascii="Roboto" w:eastAsia="Aptos" w:hAnsi="Roboto"/>
          <w:b/>
          <w:bCs/>
          <w:color w:val="000000" w:themeColor="text1"/>
          <w:kern w:val="2"/>
          <w:szCs w:val="22"/>
          <w14:ligatures w14:val="standardContextual"/>
        </w:rPr>
        <w:t>:</w:t>
      </w:r>
    </w:p>
    <w:p w14:paraId="471C1576" w14:textId="77777777" w:rsidR="00E35433" w:rsidRPr="00E35433" w:rsidRDefault="00E35433" w:rsidP="00E35433">
      <w:pPr>
        <w:spacing w:before="0" w:after="120" w:line="240" w:lineRule="auto"/>
        <w:jc w:val="center"/>
        <w:rPr>
          <w:rFonts w:ascii="Roboto" w:eastAsia="Aptos" w:hAnsi="Roboto"/>
          <w:b/>
          <w:bCs/>
          <w:color w:val="000000" w:themeColor="text1"/>
          <w:kern w:val="2"/>
          <w:szCs w:val="22"/>
          <w14:ligatures w14:val="standardContextual"/>
        </w:rPr>
      </w:pPr>
    </w:p>
    <w:p w14:paraId="60E1E710" w14:textId="1939183F" w:rsidR="00E35433" w:rsidRPr="00E35433" w:rsidRDefault="00E35433" w:rsidP="00E35433">
      <w:pPr>
        <w:spacing w:before="0" w:after="0" w:line="240" w:lineRule="auto"/>
        <w:ind w:left="567" w:hanging="567"/>
        <w:rPr>
          <w:rFonts w:asciiTheme="majorHAnsi" w:eastAsia="Aptos" w:hAnsiTheme="majorHAnsi" w:cstheme="majorHAnsi"/>
        </w:rPr>
      </w:pPr>
      <w:r w:rsidRPr="00E35433">
        <w:rPr>
          <w:rFonts w:ascii="Roboto" w:eastAsia="Aptos" w:hAnsi="Roboto"/>
          <w:b/>
          <w:bCs/>
          <w:kern w:val="2"/>
          <w:szCs w:val="22"/>
          <w:lang w:val="es-CR"/>
          <w14:ligatures w14:val="standardContextual"/>
        </w:rPr>
        <w:t>I)</w:t>
      </w:r>
      <w:r w:rsidRPr="00E35433">
        <w:rPr>
          <w:rFonts w:asciiTheme="majorHAnsi" w:eastAsia="Aptos" w:hAnsiTheme="majorHAnsi" w:cstheme="majorHAnsi"/>
        </w:rPr>
        <w:tab/>
        <w:t xml:space="preserve">Mediante artículos 5 y 6 de las actas de las sesiones 1759-2022 y 1760-2022, celebradas el 26 de setiembre del 2022, el Consejo Nacional de Supervisión del Sistema Financiero (CONASSIF) dispuso en firme aprobar el </w:t>
      </w:r>
      <w:r w:rsidRPr="00E35433">
        <w:rPr>
          <w:rFonts w:asciiTheme="majorHAnsi" w:eastAsia="Aptos" w:hAnsiTheme="majorHAnsi" w:cstheme="majorHAnsi"/>
          <w:i/>
          <w:iCs/>
        </w:rPr>
        <w:t>Reglamento sobre Supervisión Consolidada</w:t>
      </w:r>
      <w:r w:rsidRPr="00E35433">
        <w:rPr>
          <w:rFonts w:asciiTheme="majorHAnsi" w:eastAsia="Aptos" w:hAnsiTheme="majorHAnsi" w:cstheme="majorHAnsi"/>
        </w:rPr>
        <w:t>, Acuerdo CONASSIF 16-22, publicado en el alcance 222 a La Gaceta 198 del 18 de octubre de 2022. Este Reglamento tiene por objeto establecer el marco regulatorio para la supervisión consolidada sobre los grupos y conglomerados financieros, además, entre otros aspectos, desarrolla las normas prudenciales sobre cumplimiento de los requerimientos patrimoniales.</w:t>
      </w:r>
    </w:p>
    <w:p w14:paraId="13BD3642" w14:textId="77777777" w:rsidR="00E35433" w:rsidRPr="00E35433" w:rsidRDefault="00E35433" w:rsidP="00E35433">
      <w:pPr>
        <w:spacing w:before="0" w:after="0" w:line="240" w:lineRule="auto"/>
        <w:ind w:left="567" w:hanging="567"/>
        <w:rPr>
          <w:rFonts w:asciiTheme="majorHAnsi" w:eastAsia="Aptos" w:hAnsiTheme="majorHAnsi" w:cstheme="majorHAnsi"/>
        </w:rPr>
      </w:pPr>
    </w:p>
    <w:p w14:paraId="675BB76F" w14:textId="77777777" w:rsidR="00E35433" w:rsidRPr="00E35433" w:rsidRDefault="00E35433" w:rsidP="00E35433">
      <w:pPr>
        <w:spacing w:before="0" w:after="0" w:line="240" w:lineRule="auto"/>
        <w:ind w:left="567" w:hanging="567"/>
        <w:rPr>
          <w:rFonts w:asciiTheme="majorHAnsi" w:eastAsia="Aptos" w:hAnsiTheme="majorHAnsi" w:cstheme="majorHAnsi"/>
          <w:kern w:val="2"/>
          <w:szCs w:val="22"/>
          <w:lang w:val="es-CR"/>
          <w14:ligatures w14:val="standardContextual"/>
        </w:rPr>
      </w:pPr>
      <w:r w:rsidRPr="00E35433">
        <w:rPr>
          <w:rFonts w:asciiTheme="majorHAnsi" w:eastAsia="Aptos" w:hAnsiTheme="majorHAnsi" w:cstheme="majorHAnsi"/>
          <w:b/>
          <w:bCs/>
          <w:kern w:val="2"/>
          <w:szCs w:val="22"/>
          <w:lang w:val="es-CR"/>
          <w14:ligatures w14:val="standardContextual"/>
        </w:rPr>
        <w:t>II)</w:t>
      </w:r>
      <w:r w:rsidRPr="00E35433">
        <w:rPr>
          <w:rFonts w:asciiTheme="majorHAnsi" w:eastAsia="Aptos" w:hAnsiTheme="majorHAnsi" w:cstheme="majorHAnsi"/>
          <w:kern w:val="2"/>
          <w:szCs w:val="22"/>
          <w:lang w:val="es-CR"/>
          <w14:ligatures w14:val="standardContextual"/>
        </w:rPr>
        <w:tab/>
      </w:r>
      <w:r w:rsidRPr="00E35433">
        <w:rPr>
          <w:rFonts w:asciiTheme="majorHAnsi" w:eastAsia="Aptos" w:hAnsiTheme="majorHAnsi" w:cstheme="majorHAnsi"/>
          <w:kern w:val="2"/>
          <w:szCs w:val="22"/>
          <w14:ligatures w14:val="standardContextual"/>
        </w:rPr>
        <w:t xml:space="preserve">El CONASSIF, mediante artículos 8 y 9 de las actas de las sesiones 2025-2026 y 2026-2026, celebradas el 8 de junio de 2026, aprobó una modificación al </w:t>
      </w:r>
      <w:r w:rsidRPr="00E35433">
        <w:rPr>
          <w:rFonts w:asciiTheme="majorHAnsi" w:eastAsia="Aptos" w:hAnsiTheme="majorHAnsi" w:cstheme="majorHAnsi"/>
          <w:i/>
          <w:iCs/>
          <w:kern w:val="2"/>
          <w:szCs w:val="22"/>
          <w14:ligatures w14:val="standardContextual"/>
        </w:rPr>
        <w:t>Reglamento sobre supervisión consolidada</w:t>
      </w:r>
      <w:r w:rsidRPr="00E35433">
        <w:rPr>
          <w:rFonts w:asciiTheme="majorHAnsi" w:eastAsia="Aptos" w:hAnsiTheme="majorHAnsi" w:cstheme="majorHAnsi"/>
          <w:kern w:val="2"/>
          <w:szCs w:val="22"/>
          <w14:ligatures w14:val="standardContextual"/>
        </w:rPr>
        <w:t>, Acuerdo CONASSIF 16-22.</w:t>
      </w:r>
    </w:p>
    <w:p w14:paraId="27982A44" w14:textId="77777777" w:rsidR="00E35433" w:rsidRDefault="00E35433" w:rsidP="00E35433">
      <w:pPr>
        <w:spacing w:before="0" w:after="120" w:line="240" w:lineRule="auto"/>
        <w:ind w:left="1134" w:hanging="567"/>
        <w:rPr>
          <w:rFonts w:asciiTheme="majorHAnsi" w:eastAsia="Aptos" w:hAnsiTheme="majorHAnsi" w:cstheme="majorHAnsi"/>
          <w:kern w:val="2"/>
          <w:szCs w:val="22"/>
          <w14:ligatures w14:val="standardContextual"/>
        </w:rPr>
      </w:pPr>
    </w:p>
    <w:p w14:paraId="4499027A" w14:textId="29C28C96" w:rsidR="00E35433" w:rsidRPr="00A64921" w:rsidRDefault="00E35433" w:rsidP="00E35433">
      <w:pPr>
        <w:spacing w:before="0" w:after="120" w:line="240" w:lineRule="auto"/>
        <w:ind w:left="1134" w:hanging="567"/>
        <w:rPr>
          <w:rFonts w:asciiTheme="majorHAnsi" w:eastAsia="Aptos" w:hAnsiTheme="majorHAnsi" w:cstheme="majorHAnsi"/>
          <w:kern w:val="2"/>
          <w:szCs w:val="22"/>
          <w14:ligatures w14:val="standardContextual"/>
        </w:rPr>
      </w:pPr>
      <w:r w:rsidRPr="00A64921">
        <w:rPr>
          <w:rFonts w:asciiTheme="majorHAnsi" w:eastAsia="Aptos" w:hAnsiTheme="majorHAnsi" w:cstheme="majorHAnsi"/>
          <w:kern w:val="2"/>
          <w:szCs w:val="22"/>
          <w14:ligatures w14:val="standardContextual"/>
        </w:rPr>
        <w:t>Entre otras cosas, ese acuerdo derogó los anexos:</w:t>
      </w:r>
    </w:p>
    <w:p w14:paraId="3D00E467" w14:textId="77777777" w:rsidR="00E35433" w:rsidRPr="00A64921" w:rsidRDefault="00E35433" w:rsidP="00E35433">
      <w:pPr>
        <w:spacing w:before="0" w:after="120" w:line="240" w:lineRule="auto"/>
        <w:ind w:left="1134"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1)</w:t>
      </w:r>
      <w:r w:rsidRPr="00A64921">
        <w:rPr>
          <w:rFonts w:asciiTheme="majorHAnsi" w:eastAsia="Aptos" w:hAnsiTheme="majorHAnsi" w:cstheme="majorHAnsi"/>
          <w:kern w:val="2"/>
          <w:szCs w:val="22"/>
          <w:lang w:val="es-CR"/>
          <w14:ligatures w14:val="standardContextual"/>
        </w:rPr>
        <w:tab/>
        <w:t>X:</w:t>
      </w:r>
    </w:p>
    <w:p w14:paraId="66471457" w14:textId="77777777" w:rsidR="00E35433" w:rsidRPr="00A64921" w:rsidRDefault="00E35433" w:rsidP="00E35433">
      <w:pPr>
        <w:spacing w:before="0" w:after="120" w:line="240" w:lineRule="auto"/>
        <w:ind w:left="1701"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a)</w:t>
      </w:r>
      <w:r w:rsidRPr="00A64921">
        <w:rPr>
          <w:rFonts w:asciiTheme="majorHAnsi" w:eastAsia="Aptos" w:hAnsiTheme="majorHAnsi" w:cstheme="majorHAnsi"/>
          <w:kern w:val="2"/>
          <w:szCs w:val="22"/>
          <w:lang w:val="es-CR"/>
          <w14:ligatures w14:val="standardContextual"/>
        </w:rPr>
        <w:tab/>
        <w:t>Cuentas y subcuentas para calcular el Capital Ajustado para el Grupo y conglomerado financiero cuando el supervisor responsable sea SUGEF, SUGEVAL o SUPEN</w:t>
      </w:r>
    </w:p>
    <w:p w14:paraId="4FE42E0A" w14:textId="77777777" w:rsidR="00E35433" w:rsidRPr="00A64921" w:rsidRDefault="00E35433" w:rsidP="00E35433">
      <w:pPr>
        <w:spacing w:before="0" w:after="120" w:line="240" w:lineRule="auto"/>
        <w:ind w:left="1701"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b)</w:t>
      </w:r>
      <w:r w:rsidRPr="00A64921">
        <w:rPr>
          <w:rFonts w:asciiTheme="majorHAnsi" w:eastAsia="Aptos" w:hAnsiTheme="majorHAnsi" w:cstheme="majorHAnsi"/>
          <w:kern w:val="2"/>
          <w:szCs w:val="22"/>
          <w:lang w:val="es-CR"/>
          <w14:ligatures w14:val="standardContextual"/>
        </w:rPr>
        <w:tab/>
        <w:t>Cuentas y subcuentas para calcular el Capital Ajustado para el Grupo y conglomerado financiero cuando el supervisor responsable sea SUGESE</w:t>
      </w:r>
    </w:p>
    <w:p w14:paraId="7FC706B4" w14:textId="77777777" w:rsidR="00E35433" w:rsidRPr="00A64921" w:rsidRDefault="00E35433" w:rsidP="00E35433">
      <w:pPr>
        <w:spacing w:before="0" w:after="120" w:line="240" w:lineRule="auto"/>
        <w:ind w:left="1134"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2)</w:t>
      </w:r>
      <w:r w:rsidRPr="00A64921">
        <w:rPr>
          <w:rFonts w:asciiTheme="majorHAnsi" w:eastAsia="Aptos" w:hAnsiTheme="majorHAnsi" w:cstheme="majorHAnsi"/>
          <w:kern w:val="2"/>
          <w:szCs w:val="22"/>
          <w:lang w:val="es-CR"/>
          <w14:ligatures w14:val="standardContextual"/>
        </w:rPr>
        <w:tab/>
        <w:t>XI:</w:t>
      </w:r>
    </w:p>
    <w:p w14:paraId="115915C3" w14:textId="77777777" w:rsidR="00E35433" w:rsidRPr="00A64921" w:rsidRDefault="00E35433" w:rsidP="00E35433">
      <w:pPr>
        <w:spacing w:before="0" w:after="120" w:line="240" w:lineRule="auto"/>
        <w:ind w:left="1701"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lastRenderedPageBreak/>
        <w:t>a)</w:t>
      </w:r>
      <w:r w:rsidRPr="00A64921">
        <w:rPr>
          <w:rFonts w:asciiTheme="majorHAnsi" w:eastAsia="Aptos" w:hAnsiTheme="majorHAnsi" w:cstheme="majorHAnsi"/>
          <w:kern w:val="2"/>
          <w:szCs w:val="22"/>
          <w:lang w:val="es-CR"/>
          <w14:ligatures w14:val="standardContextual"/>
        </w:rPr>
        <w:tab/>
        <w:t>Operaciones Activas, Directas e Indirectas, Sujetas a Límites de Crédito para el Grupo y conglomerado financiero cuando el supervisor responsable sea SUGEF, SUGEVAL o SUPEN</w:t>
      </w:r>
    </w:p>
    <w:p w14:paraId="21A4A2BF" w14:textId="77777777" w:rsidR="00E35433" w:rsidRPr="00A64921" w:rsidRDefault="00E35433" w:rsidP="00E35433">
      <w:pPr>
        <w:spacing w:before="0" w:after="120" w:line="240" w:lineRule="auto"/>
        <w:ind w:left="1701"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b)</w:t>
      </w:r>
      <w:r w:rsidRPr="00A64921">
        <w:rPr>
          <w:rFonts w:asciiTheme="majorHAnsi" w:eastAsia="Aptos" w:hAnsiTheme="majorHAnsi" w:cstheme="majorHAnsi"/>
          <w:kern w:val="2"/>
          <w:szCs w:val="22"/>
          <w:lang w:val="es-CR"/>
          <w14:ligatures w14:val="standardContextual"/>
        </w:rPr>
        <w:tab/>
        <w:t>Operaciones Activas, Directas e Indirectas, Sujetas a Límites de Crédito para el Grupo y conglomerado financiero cuando el supervisor responsable sea SUGESE</w:t>
      </w:r>
    </w:p>
    <w:p w14:paraId="4404491C" w14:textId="77777777" w:rsidR="00E35433" w:rsidRPr="00A64921" w:rsidRDefault="00E35433" w:rsidP="00E35433">
      <w:pPr>
        <w:spacing w:before="0" w:after="120" w:line="240" w:lineRule="auto"/>
        <w:ind w:left="1134"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3)</w:t>
      </w:r>
      <w:r w:rsidRPr="00A64921">
        <w:rPr>
          <w:rFonts w:asciiTheme="majorHAnsi" w:eastAsia="Aptos" w:hAnsiTheme="majorHAnsi" w:cstheme="majorHAnsi"/>
          <w:kern w:val="2"/>
          <w:szCs w:val="22"/>
          <w:lang w:val="es-CR"/>
          <w14:ligatures w14:val="standardContextual"/>
        </w:rPr>
        <w:tab/>
        <w:t>XIII Capital base de la sociedad controladora</w:t>
      </w:r>
    </w:p>
    <w:p w14:paraId="73759B33" w14:textId="77777777" w:rsidR="00E35433" w:rsidRPr="00A64921" w:rsidRDefault="00E35433" w:rsidP="00E35433">
      <w:pPr>
        <w:spacing w:before="0" w:after="120" w:line="240" w:lineRule="auto"/>
        <w:ind w:left="1134"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4)</w:t>
      </w:r>
      <w:r w:rsidRPr="00A64921">
        <w:rPr>
          <w:rFonts w:asciiTheme="majorHAnsi" w:eastAsia="Aptos" w:hAnsiTheme="majorHAnsi" w:cstheme="majorHAnsi"/>
          <w:kern w:val="2"/>
          <w:szCs w:val="22"/>
          <w:lang w:val="es-CR"/>
          <w14:ligatures w14:val="standardContextual"/>
        </w:rPr>
        <w:tab/>
        <w:t>XIV Capital base de empresas</w:t>
      </w:r>
    </w:p>
    <w:p w14:paraId="01CFE02D" w14:textId="77777777" w:rsidR="00E35433" w:rsidRPr="00A64921" w:rsidRDefault="00E35433" w:rsidP="00E35433">
      <w:pPr>
        <w:spacing w:before="0" w:after="120" w:line="240" w:lineRule="auto"/>
        <w:ind w:left="1134"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5)</w:t>
      </w:r>
      <w:r w:rsidRPr="00A64921">
        <w:rPr>
          <w:rFonts w:asciiTheme="majorHAnsi" w:eastAsia="Aptos" w:hAnsiTheme="majorHAnsi" w:cstheme="majorHAnsi"/>
          <w:kern w:val="2"/>
          <w:szCs w:val="22"/>
          <w:lang w:val="es-CR"/>
          <w14:ligatures w14:val="standardContextual"/>
        </w:rPr>
        <w:tab/>
        <w:t>XV Suficiencia patrimonial para grupos o conglomerados financieros</w:t>
      </w:r>
    </w:p>
    <w:p w14:paraId="16395C84" w14:textId="77777777" w:rsidR="00A64921" w:rsidRDefault="00A64921" w:rsidP="00E35433">
      <w:pPr>
        <w:spacing w:before="0" w:after="120" w:line="240" w:lineRule="auto"/>
        <w:ind w:left="567"/>
        <w:rPr>
          <w:rFonts w:asciiTheme="majorHAnsi" w:eastAsia="Aptos" w:hAnsiTheme="majorHAnsi" w:cstheme="majorHAnsi"/>
          <w:kern w:val="2"/>
          <w:szCs w:val="22"/>
          <w:lang w:val="es-CR"/>
          <w14:ligatures w14:val="standardContextual"/>
        </w:rPr>
      </w:pPr>
    </w:p>
    <w:p w14:paraId="1ED7E083" w14:textId="796797D9" w:rsidR="00E35433" w:rsidRDefault="00E35433" w:rsidP="00E35433">
      <w:pPr>
        <w:spacing w:before="0" w:after="120" w:line="240" w:lineRule="auto"/>
        <w:ind w:left="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kern w:val="2"/>
          <w:szCs w:val="22"/>
          <w:lang w:val="es-CR"/>
          <w14:ligatures w14:val="standardContextual"/>
        </w:rPr>
        <w:t>Estos anexos establecen los formatos para la presentación, por parte de las controladoras, de la información relacionada con las cuentas contables y datos adicionales para el cálculo del capital ajustado, límites de crédito, capital base del grupo y de los integrantes del grupo, e indicador de suficiencia patrimonial.</w:t>
      </w:r>
    </w:p>
    <w:p w14:paraId="39912814" w14:textId="77777777" w:rsidR="00A64921" w:rsidRPr="00A64921" w:rsidRDefault="00A64921" w:rsidP="00E35433">
      <w:pPr>
        <w:spacing w:before="0" w:after="120" w:line="240" w:lineRule="auto"/>
        <w:ind w:left="567"/>
        <w:rPr>
          <w:rFonts w:asciiTheme="majorHAnsi" w:eastAsia="Aptos" w:hAnsiTheme="majorHAnsi" w:cstheme="majorHAnsi"/>
          <w:kern w:val="2"/>
          <w:szCs w:val="22"/>
          <w:lang w:val="es-CR"/>
          <w14:ligatures w14:val="standardContextual"/>
        </w:rPr>
      </w:pPr>
    </w:p>
    <w:p w14:paraId="00E7CAB5" w14:textId="575830BC" w:rsidR="00A64921" w:rsidRDefault="00E35433" w:rsidP="00A64921">
      <w:pPr>
        <w:spacing w:before="0" w:after="0" w:line="240" w:lineRule="auto"/>
        <w:ind w:left="567" w:hanging="567"/>
        <w:rPr>
          <w:rFonts w:asciiTheme="majorHAnsi" w:eastAsia="Aptos" w:hAnsiTheme="majorHAnsi" w:cstheme="majorHAnsi"/>
          <w:kern w:val="2"/>
          <w:szCs w:val="22"/>
          <w14:ligatures w14:val="standardContextual"/>
        </w:rPr>
      </w:pPr>
      <w:r w:rsidRPr="00A64921">
        <w:rPr>
          <w:rFonts w:asciiTheme="majorHAnsi" w:eastAsia="Aptos" w:hAnsiTheme="majorHAnsi" w:cstheme="majorHAnsi"/>
          <w:b/>
          <w:bCs/>
          <w:kern w:val="2"/>
          <w:szCs w:val="22"/>
          <w14:ligatures w14:val="standardContextual"/>
        </w:rPr>
        <w:t>III)</w:t>
      </w:r>
      <w:r w:rsidRPr="00A64921">
        <w:rPr>
          <w:rFonts w:asciiTheme="majorHAnsi" w:eastAsia="Aptos" w:hAnsiTheme="majorHAnsi" w:cstheme="majorHAnsi"/>
          <w:kern w:val="2"/>
          <w:szCs w:val="22"/>
          <w14:ligatures w14:val="standardContextual"/>
        </w:rPr>
        <w:tab/>
        <w:t xml:space="preserve">El </w:t>
      </w:r>
      <w:r w:rsidRPr="00A64921">
        <w:rPr>
          <w:rFonts w:asciiTheme="majorHAnsi" w:eastAsia="Aptos" w:hAnsiTheme="majorHAnsi" w:cstheme="majorHAnsi"/>
          <w:i/>
          <w:iCs/>
          <w:kern w:val="2"/>
          <w:szCs w:val="22"/>
          <w14:ligatures w14:val="standardContextual"/>
        </w:rPr>
        <w:t>Artículo 6 bis Lineamientos generales</w:t>
      </w:r>
      <w:r w:rsidRPr="00A64921">
        <w:rPr>
          <w:rFonts w:asciiTheme="majorHAnsi" w:eastAsia="Aptos" w:hAnsiTheme="majorHAnsi" w:cstheme="majorHAnsi"/>
          <w:kern w:val="2"/>
          <w:szCs w:val="22"/>
          <w14:ligatures w14:val="standardContextual"/>
        </w:rPr>
        <w:t xml:space="preserve"> del Acuerdo CONASSIF 16-22 habilita a los Superintendentes para emitir los lineamientos generales necesarios para la aplicación de dicho Reglamento.</w:t>
      </w:r>
    </w:p>
    <w:p w14:paraId="51637306" w14:textId="77777777" w:rsidR="00A64921" w:rsidRPr="00A64921" w:rsidRDefault="00A64921" w:rsidP="00A64921">
      <w:pPr>
        <w:spacing w:before="0" w:after="0" w:line="240" w:lineRule="auto"/>
        <w:ind w:left="567" w:hanging="567"/>
        <w:rPr>
          <w:rFonts w:asciiTheme="majorHAnsi" w:eastAsia="Aptos" w:hAnsiTheme="majorHAnsi" w:cstheme="majorHAnsi"/>
          <w:kern w:val="2"/>
          <w:szCs w:val="22"/>
          <w14:ligatures w14:val="standardContextual"/>
        </w:rPr>
      </w:pPr>
    </w:p>
    <w:p w14:paraId="7C873C1D" w14:textId="77777777" w:rsidR="00E35433" w:rsidRDefault="00E35433" w:rsidP="00A64921">
      <w:pPr>
        <w:spacing w:before="0" w:after="0" w:line="240" w:lineRule="auto"/>
        <w:ind w:left="567"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IV)</w:t>
      </w:r>
      <w:r w:rsidRPr="00A64921">
        <w:rPr>
          <w:rFonts w:asciiTheme="majorHAnsi" w:eastAsia="Aptos" w:hAnsiTheme="majorHAnsi" w:cstheme="majorHAnsi"/>
          <w:kern w:val="2"/>
          <w:szCs w:val="22"/>
          <w:lang w:val="es-CR"/>
          <w14:ligatures w14:val="standardContextual"/>
        </w:rPr>
        <w:tab/>
        <w:t>Con el propósito de dotar de mayor flexibilidad, claridad y adaptabilidad a la normativa aplicable en materia de supervisión consolidada, se considera oportuno trasladar los contenidos actualmente incluidos en los anexos X, XI, XIII, XIV y XV del Acuerdo CONASSIF 16-22</w:t>
      </w:r>
      <w:r w:rsidRPr="00A64921">
        <w:rPr>
          <w:rFonts w:asciiTheme="majorHAnsi" w:eastAsia="Aptos" w:hAnsiTheme="majorHAnsi" w:cstheme="majorHAnsi"/>
          <w:bCs/>
          <w:kern w:val="2"/>
          <w:szCs w:val="22"/>
          <w:lang w:val="es-CR"/>
          <w14:ligatures w14:val="standardContextual"/>
        </w:rPr>
        <w:t xml:space="preserve"> a lineamientos emitidos por los superintendentes</w:t>
      </w:r>
      <w:r w:rsidRPr="00A64921">
        <w:rPr>
          <w:rFonts w:asciiTheme="majorHAnsi" w:eastAsia="Aptos" w:hAnsiTheme="majorHAnsi" w:cstheme="majorHAnsi"/>
          <w:kern w:val="2"/>
          <w:szCs w:val="22"/>
          <w:lang w:val="es-CR"/>
          <w14:ligatures w14:val="standardContextual"/>
        </w:rPr>
        <w:t>. Esta medida permitirá una actualización más ágil y oportuna de dichos contenidos, en respuesta a los cambios en las mejores prácticas internacionales, los estándares de supervisión y las condiciones del mercado, sin comprometer la seguridad jurídica ni la coherencia del marco regulatorio. Asimismo, se busca facilitar la comprensión y aplicación de la normativa por parte de los grupos y conglomerados financieros, al separar los principios generales y disposiciones del reglamento, de los aspectos metodológicos y operativos que pueden requerir ajustes más frecuentes.</w:t>
      </w:r>
    </w:p>
    <w:p w14:paraId="17BCB12F" w14:textId="77777777" w:rsidR="00A64921" w:rsidRPr="00A64921" w:rsidRDefault="00A64921" w:rsidP="00A64921">
      <w:pPr>
        <w:spacing w:before="0" w:after="0" w:line="240" w:lineRule="auto"/>
        <w:ind w:left="567" w:hanging="567"/>
        <w:rPr>
          <w:rFonts w:asciiTheme="majorHAnsi" w:eastAsia="Aptos" w:hAnsiTheme="majorHAnsi" w:cstheme="majorHAnsi"/>
          <w:kern w:val="2"/>
          <w:szCs w:val="22"/>
          <w:lang w:val="es-CR"/>
          <w14:ligatures w14:val="standardContextual"/>
        </w:rPr>
      </w:pPr>
    </w:p>
    <w:p w14:paraId="1FFF4A12" w14:textId="77777777" w:rsidR="00363D82" w:rsidRDefault="00363D82" w:rsidP="00E35433">
      <w:pPr>
        <w:spacing w:before="0" w:after="120" w:line="240" w:lineRule="auto"/>
        <w:ind w:left="567" w:hanging="567"/>
        <w:rPr>
          <w:rFonts w:asciiTheme="majorHAnsi" w:eastAsia="Aptos" w:hAnsiTheme="majorHAnsi" w:cstheme="majorHAnsi"/>
          <w:b/>
          <w:bCs/>
          <w:kern w:val="2"/>
          <w:szCs w:val="22"/>
          <w:lang w:val="es-CR"/>
          <w14:ligatures w14:val="standardContextual"/>
        </w:rPr>
      </w:pPr>
    </w:p>
    <w:p w14:paraId="6B1A0CC2" w14:textId="6DD859F0" w:rsidR="00E35433" w:rsidRPr="00A64921" w:rsidRDefault="00E35433" w:rsidP="00E35433">
      <w:pPr>
        <w:spacing w:before="0" w:after="120" w:line="240" w:lineRule="auto"/>
        <w:ind w:left="567"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lastRenderedPageBreak/>
        <w:t>Considerando sobre la Evaluación Costo-Beneficio</w:t>
      </w:r>
    </w:p>
    <w:p w14:paraId="616861CA" w14:textId="77777777" w:rsidR="00E35433" w:rsidRPr="00A64921" w:rsidRDefault="00E35433" w:rsidP="00E35433">
      <w:pPr>
        <w:spacing w:before="0" w:after="120" w:line="240" w:lineRule="auto"/>
        <w:ind w:left="567" w:hanging="567"/>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V)</w:t>
      </w:r>
      <w:r w:rsidRPr="00A64921">
        <w:rPr>
          <w:rFonts w:asciiTheme="majorHAnsi" w:eastAsia="Aptos" w:hAnsiTheme="majorHAnsi" w:cstheme="majorHAnsi"/>
          <w:kern w:val="2"/>
          <w:szCs w:val="22"/>
          <w:lang w:val="es-CR"/>
          <w14:ligatures w14:val="standardContextual"/>
        </w:rPr>
        <w:tab/>
        <w:t>La Evaluación Costo-Beneficio de la regulación se realiza de conformidad con lo establecido en los artículos 1 y 12 de la Ley Protección al ciudadano del exceso de requisitos y trámites administrativos, Ley 8220 y en los artículos 12, 12bis, 13, 13 bis y 56 al 60bis del Reglamento a la Ley de Protección al Ciudadano del Exceso de Requisitos y Trámites Administrativos, No. 37045- MP-MEIC. Dicha regulación indica que la Administración Pública debe realizar un análisis de impacto regulatorio mediante una evaluación costo-beneficio antes de emitir cualquier nueva regulación o reformar las existentes, cuando establezcan trámites, requisitos y procedimientos que deba cumplir el administrado ante la Administración. De dicho análisis se determinó que la regulación no establece ni modifica trámites, requisitos o procedimientos que el administrado deba cumplir ante la Administración Central, por lo que no se realiza este control previo.</w:t>
      </w:r>
    </w:p>
    <w:p w14:paraId="77E5EDE3" w14:textId="77777777" w:rsidR="00A64921" w:rsidRDefault="00A64921" w:rsidP="00E35433">
      <w:pPr>
        <w:spacing w:before="0" w:after="120" w:line="240" w:lineRule="auto"/>
        <w:rPr>
          <w:rFonts w:ascii="Roboto" w:eastAsia="Aptos" w:hAnsi="Roboto"/>
          <w:b/>
          <w:bCs/>
          <w:color w:val="0070C0"/>
          <w:kern w:val="2"/>
          <w:szCs w:val="22"/>
          <w14:ligatures w14:val="standardContextual"/>
        </w:rPr>
      </w:pPr>
    </w:p>
    <w:p w14:paraId="7C7C7133" w14:textId="2BCBE0DF" w:rsidR="00E35433" w:rsidRPr="00A64921" w:rsidRDefault="00A64921" w:rsidP="00A64921">
      <w:pPr>
        <w:spacing w:before="0" w:after="0" w:line="240" w:lineRule="auto"/>
        <w:jc w:val="center"/>
        <w:rPr>
          <w:rFonts w:asciiTheme="majorHAnsi" w:eastAsia="Aptos" w:hAnsiTheme="majorHAnsi" w:cstheme="majorHAnsi"/>
          <w:b/>
          <w:bCs/>
          <w:color w:val="000000" w:themeColor="text1"/>
          <w:kern w:val="2"/>
          <w:szCs w:val="22"/>
          <w14:ligatures w14:val="standardContextual"/>
        </w:rPr>
      </w:pPr>
      <w:r w:rsidRPr="00A64921">
        <w:rPr>
          <w:rFonts w:asciiTheme="majorHAnsi" w:eastAsia="Aptos" w:hAnsiTheme="majorHAnsi" w:cstheme="majorHAnsi"/>
          <w:b/>
          <w:bCs/>
          <w:color w:val="000000" w:themeColor="text1"/>
          <w:kern w:val="2"/>
          <w:szCs w:val="22"/>
          <w14:ligatures w14:val="standardContextual"/>
        </w:rPr>
        <w:t>DISPONEN:</w:t>
      </w:r>
    </w:p>
    <w:p w14:paraId="60BDAE69" w14:textId="77777777" w:rsidR="00A64921" w:rsidRPr="00A64921" w:rsidRDefault="00A64921" w:rsidP="00A64921">
      <w:pPr>
        <w:spacing w:before="0" w:after="0" w:line="240" w:lineRule="auto"/>
        <w:jc w:val="center"/>
        <w:rPr>
          <w:rFonts w:asciiTheme="majorHAnsi" w:eastAsia="Aptos" w:hAnsiTheme="majorHAnsi" w:cstheme="majorHAnsi"/>
          <w:b/>
          <w:bCs/>
          <w:color w:val="000000" w:themeColor="text1"/>
          <w:kern w:val="2"/>
          <w:szCs w:val="22"/>
          <w14:ligatures w14:val="standardContextual"/>
        </w:rPr>
      </w:pPr>
    </w:p>
    <w:p w14:paraId="4D0FA42B" w14:textId="77777777" w:rsidR="00E35433" w:rsidRPr="00A64921" w:rsidRDefault="00E35433" w:rsidP="00A64921">
      <w:pPr>
        <w:spacing w:before="0" w:after="0" w:line="240" w:lineRule="auto"/>
        <w:rPr>
          <w:rFonts w:asciiTheme="majorHAnsi" w:eastAsia="Aptos" w:hAnsiTheme="majorHAnsi" w:cstheme="majorHAnsi"/>
          <w:kern w:val="2"/>
          <w:szCs w:val="22"/>
          <w14:ligatures w14:val="standardContextual"/>
        </w:rPr>
      </w:pPr>
      <w:r w:rsidRPr="00A64921">
        <w:rPr>
          <w:rFonts w:asciiTheme="majorHAnsi" w:eastAsia="Aptos" w:hAnsiTheme="majorHAnsi" w:cstheme="majorHAnsi"/>
          <w:kern w:val="2"/>
          <w:szCs w:val="22"/>
          <w14:ligatures w14:val="standardContextual"/>
        </w:rPr>
        <w:t xml:space="preserve">Aprobar los </w:t>
      </w:r>
      <w:r w:rsidRPr="00A64921">
        <w:rPr>
          <w:rFonts w:asciiTheme="majorHAnsi" w:eastAsia="Aptos" w:hAnsiTheme="majorHAnsi" w:cstheme="majorHAnsi"/>
          <w:i/>
          <w:iCs/>
          <w:kern w:val="2"/>
          <w:szCs w:val="22"/>
          <w14:ligatures w14:val="standardContextual"/>
        </w:rPr>
        <w:t>Lineamientos Generales del Reglamento sobre supervisión consolidada, Acuerdo CONASSIF 16-22</w:t>
      </w:r>
      <w:r w:rsidRPr="00A64921">
        <w:rPr>
          <w:rFonts w:asciiTheme="majorHAnsi" w:eastAsia="Aptos" w:hAnsiTheme="majorHAnsi" w:cstheme="majorHAnsi"/>
          <w:kern w:val="2"/>
          <w:szCs w:val="22"/>
          <w14:ligatures w14:val="standardContextual"/>
        </w:rPr>
        <w:t>, de conformidad con el texto que se incluye a continuación:</w:t>
      </w:r>
    </w:p>
    <w:p w14:paraId="12F6069A" w14:textId="77777777" w:rsidR="00A64921" w:rsidRDefault="00A64921" w:rsidP="00A64921">
      <w:pPr>
        <w:spacing w:before="0" w:after="0" w:line="240" w:lineRule="auto"/>
        <w:jc w:val="center"/>
        <w:rPr>
          <w:rFonts w:asciiTheme="majorHAnsi" w:eastAsia="Aptos" w:hAnsiTheme="majorHAnsi" w:cstheme="majorHAnsi"/>
          <w:b/>
          <w:bCs/>
          <w:i/>
          <w:iCs/>
          <w:kern w:val="2"/>
          <w:szCs w:val="22"/>
          <w14:ligatures w14:val="standardContextual"/>
        </w:rPr>
      </w:pPr>
    </w:p>
    <w:p w14:paraId="6C19DC29" w14:textId="308900F2" w:rsidR="00E35433" w:rsidRPr="00A64921" w:rsidRDefault="00E35433" w:rsidP="00A64921">
      <w:pPr>
        <w:spacing w:before="0" w:after="0" w:line="240" w:lineRule="auto"/>
        <w:jc w:val="center"/>
        <w:rPr>
          <w:rFonts w:asciiTheme="majorHAnsi" w:eastAsia="Aptos" w:hAnsiTheme="majorHAnsi" w:cstheme="majorHAnsi"/>
          <w:b/>
          <w:bCs/>
          <w:i/>
          <w:iCs/>
          <w:kern w:val="2"/>
          <w:szCs w:val="22"/>
          <w14:ligatures w14:val="standardContextual"/>
        </w:rPr>
      </w:pPr>
      <w:r w:rsidRPr="00A64921">
        <w:rPr>
          <w:rFonts w:asciiTheme="majorHAnsi" w:eastAsia="Aptos" w:hAnsiTheme="majorHAnsi" w:cstheme="majorHAnsi"/>
          <w:b/>
          <w:bCs/>
          <w:i/>
          <w:iCs/>
          <w:kern w:val="2"/>
          <w:szCs w:val="22"/>
          <w14:ligatures w14:val="standardContextual"/>
        </w:rPr>
        <w:t>Lineamientos generales para la aplicación Reglamento sobre supervisión consolidada</w:t>
      </w:r>
    </w:p>
    <w:p w14:paraId="3720093B" w14:textId="77777777" w:rsidR="00E35433" w:rsidRDefault="00E35433" w:rsidP="00A64921">
      <w:pPr>
        <w:spacing w:before="0" w:after="0" w:line="240" w:lineRule="auto"/>
        <w:jc w:val="center"/>
        <w:rPr>
          <w:rFonts w:asciiTheme="majorHAnsi" w:eastAsia="Aptos" w:hAnsiTheme="majorHAnsi" w:cstheme="majorHAnsi"/>
          <w:b/>
          <w:bCs/>
          <w:i/>
          <w:iCs/>
          <w:kern w:val="2"/>
          <w:szCs w:val="22"/>
          <w14:ligatures w14:val="standardContextual"/>
        </w:rPr>
      </w:pPr>
      <w:r w:rsidRPr="00A64921">
        <w:rPr>
          <w:rFonts w:asciiTheme="majorHAnsi" w:eastAsia="Aptos" w:hAnsiTheme="majorHAnsi" w:cstheme="majorHAnsi"/>
          <w:b/>
          <w:bCs/>
          <w:i/>
          <w:iCs/>
          <w:kern w:val="2"/>
          <w:szCs w:val="22"/>
          <w14:ligatures w14:val="standardContextual"/>
        </w:rPr>
        <w:t>Acuerdo CONASSIF 16-22</w:t>
      </w:r>
    </w:p>
    <w:p w14:paraId="6FB50F5B" w14:textId="77777777" w:rsidR="00A64921" w:rsidRDefault="00A64921" w:rsidP="00A64921">
      <w:pPr>
        <w:spacing w:before="0" w:after="0" w:line="240" w:lineRule="auto"/>
        <w:jc w:val="center"/>
        <w:rPr>
          <w:rFonts w:asciiTheme="majorHAnsi" w:eastAsia="Aptos" w:hAnsiTheme="majorHAnsi" w:cstheme="majorHAnsi"/>
          <w:b/>
          <w:bCs/>
          <w:i/>
          <w:iCs/>
          <w:kern w:val="2"/>
          <w:szCs w:val="22"/>
          <w14:ligatures w14:val="standardContextual"/>
        </w:rPr>
      </w:pPr>
    </w:p>
    <w:p w14:paraId="0E2BFF41" w14:textId="77777777" w:rsidR="00A64921" w:rsidRPr="00A64921" w:rsidRDefault="00A64921" w:rsidP="00A64921">
      <w:pPr>
        <w:spacing w:before="0" w:after="0" w:line="240" w:lineRule="auto"/>
        <w:jc w:val="center"/>
        <w:rPr>
          <w:rFonts w:asciiTheme="majorHAnsi" w:eastAsia="Aptos" w:hAnsiTheme="majorHAnsi" w:cstheme="majorHAnsi"/>
          <w:b/>
          <w:bCs/>
          <w:i/>
          <w:iCs/>
          <w:kern w:val="2"/>
          <w:szCs w:val="22"/>
          <w14:ligatures w14:val="standardContextual"/>
        </w:rPr>
      </w:pPr>
    </w:p>
    <w:p w14:paraId="630EEB7B" w14:textId="77777777" w:rsidR="00E35433" w:rsidRPr="00A64921" w:rsidRDefault="00E35433" w:rsidP="00A64921">
      <w:pPr>
        <w:spacing w:before="0" w:after="0" w:line="240" w:lineRule="auto"/>
        <w:ind w:left="567" w:hanging="567"/>
        <w:rPr>
          <w:rFonts w:asciiTheme="majorHAnsi" w:eastAsia="Aptos" w:hAnsiTheme="majorHAnsi" w:cstheme="majorHAnsi"/>
          <w:b/>
          <w:bCs/>
          <w:color w:val="000000" w:themeColor="text1"/>
          <w:kern w:val="2"/>
          <w:szCs w:val="22"/>
          <w:lang w:val="es-CR"/>
          <w14:ligatures w14:val="standardContextual"/>
        </w:rPr>
      </w:pPr>
      <w:r w:rsidRPr="00A64921">
        <w:rPr>
          <w:rFonts w:asciiTheme="majorHAnsi" w:eastAsia="Aptos" w:hAnsiTheme="majorHAnsi" w:cstheme="majorHAnsi"/>
          <w:b/>
          <w:bCs/>
          <w:color w:val="000000" w:themeColor="text1"/>
          <w:kern w:val="2"/>
          <w:szCs w:val="22"/>
          <w:lang w:val="es-CR"/>
          <w14:ligatures w14:val="standardContextual"/>
        </w:rPr>
        <w:t>I)</w:t>
      </w:r>
      <w:r w:rsidRPr="00A64921">
        <w:rPr>
          <w:rFonts w:asciiTheme="majorHAnsi" w:eastAsia="Aptos" w:hAnsiTheme="majorHAnsi" w:cstheme="majorHAnsi"/>
          <w:b/>
          <w:bCs/>
          <w:color w:val="000000" w:themeColor="text1"/>
          <w:kern w:val="2"/>
          <w:szCs w:val="22"/>
          <w:lang w:val="es-CR"/>
          <w14:ligatures w14:val="standardContextual"/>
        </w:rPr>
        <w:tab/>
        <w:t>OBJETIVO GENERAL</w:t>
      </w:r>
    </w:p>
    <w:p w14:paraId="2327AF67" w14:textId="4480BA2A" w:rsidR="00A64921" w:rsidRDefault="00E35433" w:rsidP="00A64921">
      <w:pPr>
        <w:spacing w:before="0" w:after="0" w:line="240" w:lineRule="auto"/>
        <w:ind w:left="567"/>
        <w:rPr>
          <w:rFonts w:asciiTheme="majorHAnsi" w:eastAsia="Aptos" w:hAnsiTheme="majorHAnsi" w:cstheme="majorHAnsi"/>
          <w:color w:val="000000" w:themeColor="text1"/>
          <w:kern w:val="2"/>
          <w:szCs w:val="22"/>
          <w:lang w:val="es-CR"/>
          <w14:ligatures w14:val="standardContextual"/>
        </w:rPr>
      </w:pPr>
      <w:r w:rsidRPr="00A64921">
        <w:rPr>
          <w:rFonts w:asciiTheme="majorHAnsi" w:eastAsia="Aptos" w:hAnsiTheme="majorHAnsi" w:cstheme="majorHAnsi"/>
          <w:color w:val="000000" w:themeColor="text1"/>
          <w:kern w:val="2"/>
          <w:szCs w:val="22"/>
          <w:lang w:val="es-CR"/>
          <w14:ligatures w14:val="standardContextual"/>
        </w:rPr>
        <w:t xml:space="preserve">Establecer detalles metodológicos y orientaciones para la aplicación de las disposiciones establecidas en el </w:t>
      </w:r>
      <w:r w:rsidRPr="00A64921">
        <w:rPr>
          <w:rFonts w:asciiTheme="majorHAnsi" w:eastAsia="Aptos" w:hAnsiTheme="majorHAnsi" w:cstheme="majorHAnsi"/>
          <w:i/>
          <w:iCs/>
          <w:color w:val="000000" w:themeColor="text1"/>
          <w:kern w:val="2"/>
          <w:szCs w:val="22"/>
          <w:lang w:val="es-CR"/>
          <w14:ligatures w14:val="standardContextual"/>
        </w:rPr>
        <w:t>Título IV. Suficiencia patrimonial de un grupo o conglomerado financiero</w:t>
      </w:r>
      <w:r w:rsidRPr="00A64921">
        <w:rPr>
          <w:rFonts w:asciiTheme="majorHAnsi" w:eastAsia="Aptos" w:hAnsiTheme="majorHAnsi" w:cstheme="majorHAnsi"/>
          <w:color w:val="000000" w:themeColor="text1"/>
          <w:kern w:val="2"/>
          <w:szCs w:val="22"/>
          <w:lang w:val="es-CR"/>
          <w14:ligatures w14:val="standardContextual"/>
        </w:rPr>
        <w:t xml:space="preserve"> del </w:t>
      </w:r>
      <w:r w:rsidRPr="00A64921">
        <w:rPr>
          <w:rFonts w:asciiTheme="majorHAnsi" w:eastAsia="Aptos" w:hAnsiTheme="majorHAnsi" w:cstheme="majorHAnsi"/>
          <w:i/>
          <w:iCs/>
          <w:color w:val="000000" w:themeColor="text1"/>
          <w:kern w:val="2"/>
          <w:szCs w:val="22"/>
          <w:lang w:val="es-CR"/>
          <w14:ligatures w14:val="standardContextual"/>
        </w:rPr>
        <w:t>Reglamento sobre supervisión consolidada</w:t>
      </w:r>
      <w:r w:rsidRPr="00A64921">
        <w:rPr>
          <w:rFonts w:asciiTheme="majorHAnsi" w:eastAsia="Aptos" w:hAnsiTheme="majorHAnsi" w:cstheme="majorHAnsi"/>
          <w:color w:val="000000" w:themeColor="text1"/>
          <w:kern w:val="2"/>
          <w:szCs w:val="22"/>
          <w:lang w:val="es-CR"/>
          <w14:ligatures w14:val="standardContextual"/>
        </w:rPr>
        <w:t>, Acuerdo CONASSIF 16-22.</w:t>
      </w:r>
    </w:p>
    <w:p w14:paraId="32963B4D" w14:textId="77777777" w:rsidR="00A64921" w:rsidRPr="00A64921" w:rsidRDefault="00A64921" w:rsidP="00A64921">
      <w:pPr>
        <w:spacing w:before="0" w:after="0" w:line="240" w:lineRule="auto"/>
        <w:ind w:left="567"/>
        <w:rPr>
          <w:rFonts w:asciiTheme="majorHAnsi" w:eastAsia="Aptos" w:hAnsiTheme="majorHAnsi" w:cstheme="majorHAnsi"/>
          <w:color w:val="000000" w:themeColor="text1"/>
          <w:kern w:val="2"/>
          <w:szCs w:val="22"/>
          <w:lang w:val="es-CR"/>
          <w14:ligatures w14:val="standardContextual"/>
        </w:rPr>
      </w:pPr>
    </w:p>
    <w:p w14:paraId="3D040794" w14:textId="77777777" w:rsidR="00E35433" w:rsidRPr="00A64921" w:rsidRDefault="00E35433" w:rsidP="00A64921">
      <w:pPr>
        <w:spacing w:before="0" w:after="0" w:line="240" w:lineRule="auto"/>
        <w:ind w:left="567" w:hanging="567"/>
        <w:rPr>
          <w:rFonts w:asciiTheme="majorHAnsi" w:eastAsia="Aptos" w:hAnsiTheme="majorHAnsi" w:cstheme="majorHAnsi"/>
          <w:b/>
          <w:bCs/>
          <w:color w:val="000000" w:themeColor="text1"/>
          <w:kern w:val="2"/>
          <w:szCs w:val="22"/>
          <w:lang w:val="es-CR"/>
          <w14:ligatures w14:val="standardContextual"/>
        </w:rPr>
      </w:pPr>
      <w:r w:rsidRPr="00A64921">
        <w:rPr>
          <w:rFonts w:asciiTheme="majorHAnsi" w:eastAsia="Aptos" w:hAnsiTheme="majorHAnsi" w:cstheme="majorHAnsi"/>
          <w:b/>
          <w:bCs/>
          <w:color w:val="000000" w:themeColor="text1"/>
          <w:kern w:val="2"/>
          <w:szCs w:val="22"/>
          <w:lang w:val="es-CR"/>
          <w14:ligatures w14:val="standardContextual"/>
        </w:rPr>
        <w:t>II)</w:t>
      </w:r>
      <w:r w:rsidRPr="00A64921">
        <w:rPr>
          <w:rFonts w:asciiTheme="majorHAnsi" w:eastAsia="Aptos" w:hAnsiTheme="majorHAnsi" w:cstheme="majorHAnsi"/>
          <w:b/>
          <w:bCs/>
          <w:color w:val="000000" w:themeColor="text1"/>
          <w:kern w:val="2"/>
          <w:szCs w:val="22"/>
          <w:lang w:val="es-CR"/>
          <w14:ligatures w14:val="standardContextual"/>
        </w:rPr>
        <w:tab/>
        <w:t>ALCANCE</w:t>
      </w:r>
    </w:p>
    <w:p w14:paraId="5EA39DC4" w14:textId="77777777" w:rsidR="00E35433" w:rsidRDefault="00E35433" w:rsidP="00A64921">
      <w:pPr>
        <w:spacing w:before="0" w:after="0" w:line="240" w:lineRule="auto"/>
        <w:ind w:left="567"/>
        <w:rPr>
          <w:rFonts w:asciiTheme="majorHAnsi" w:eastAsia="Aptos" w:hAnsiTheme="majorHAnsi" w:cstheme="majorHAnsi"/>
          <w:color w:val="000000" w:themeColor="text1"/>
          <w:kern w:val="2"/>
          <w:szCs w:val="22"/>
          <w:lang w:val="es-CR"/>
          <w14:ligatures w14:val="standardContextual"/>
        </w:rPr>
      </w:pPr>
      <w:r w:rsidRPr="00A64921">
        <w:rPr>
          <w:rFonts w:asciiTheme="majorHAnsi" w:eastAsia="Aptos" w:hAnsiTheme="majorHAnsi" w:cstheme="majorHAnsi"/>
          <w:color w:val="000000" w:themeColor="text1"/>
          <w:kern w:val="2"/>
          <w:szCs w:val="22"/>
          <w:lang w:val="es-CR"/>
          <w14:ligatures w14:val="standardContextual"/>
        </w:rPr>
        <w:t>Estos lineamientos aplican a las entidades incluidas en el “Alcance” del Acuerdo CONASSIF 16-22.</w:t>
      </w:r>
    </w:p>
    <w:p w14:paraId="1F347B8B" w14:textId="77777777" w:rsidR="00A64921" w:rsidRPr="00A64921" w:rsidRDefault="00A64921" w:rsidP="00A64921">
      <w:pPr>
        <w:spacing w:before="0" w:after="0" w:line="240" w:lineRule="auto"/>
        <w:ind w:left="567"/>
        <w:rPr>
          <w:rFonts w:asciiTheme="majorHAnsi" w:eastAsia="Aptos" w:hAnsiTheme="majorHAnsi" w:cstheme="majorHAnsi"/>
          <w:b/>
          <w:bCs/>
          <w:color w:val="000000" w:themeColor="text1"/>
          <w:kern w:val="2"/>
          <w:szCs w:val="22"/>
          <w:lang w:val="es-CR"/>
          <w14:ligatures w14:val="standardContextual"/>
        </w:rPr>
      </w:pPr>
    </w:p>
    <w:p w14:paraId="45E862B6" w14:textId="77777777" w:rsidR="00E35433" w:rsidRPr="00A64921" w:rsidRDefault="00E35433" w:rsidP="00A64921">
      <w:pPr>
        <w:spacing w:before="0" w:after="0" w:line="240" w:lineRule="auto"/>
        <w:ind w:left="567" w:hanging="567"/>
        <w:rPr>
          <w:rFonts w:asciiTheme="majorHAnsi" w:eastAsia="Aptos" w:hAnsiTheme="majorHAnsi" w:cstheme="majorHAnsi"/>
          <w:b/>
          <w:bCs/>
          <w:color w:val="000000" w:themeColor="text1"/>
          <w:kern w:val="2"/>
          <w:szCs w:val="22"/>
          <w:lang w:val="es-CR"/>
          <w14:ligatures w14:val="standardContextual"/>
        </w:rPr>
      </w:pPr>
      <w:r w:rsidRPr="00A64921">
        <w:rPr>
          <w:rFonts w:asciiTheme="majorHAnsi" w:eastAsia="Aptos" w:hAnsiTheme="majorHAnsi" w:cstheme="majorHAnsi"/>
          <w:b/>
          <w:bCs/>
          <w:color w:val="000000" w:themeColor="text1"/>
          <w:kern w:val="2"/>
          <w:szCs w:val="22"/>
          <w:lang w:val="es-CR"/>
          <w14:ligatures w14:val="standardContextual"/>
        </w:rPr>
        <w:t>III)</w:t>
      </w:r>
      <w:r w:rsidRPr="00A64921">
        <w:rPr>
          <w:rFonts w:asciiTheme="majorHAnsi" w:eastAsia="Aptos" w:hAnsiTheme="majorHAnsi" w:cstheme="majorHAnsi"/>
          <w:b/>
          <w:bCs/>
          <w:color w:val="000000" w:themeColor="text1"/>
          <w:kern w:val="2"/>
          <w:szCs w:val="22"/>
          <w:lang w:val="es-CR"/>
          <w14:ligatures w14:val="standardContextual"/>
        </w:rPr>
        <w:tab/>
        <w:t>FORMATOS DE REMISIÓN DE INFORMACIÓN</w:t>
      </w:r>
    </w:p>
    <w:p w14:paraId="7F1FB947" w14:textId="77777777" w:rsidR="00E35433" w:rsidRPr="00A64921" w:rsidRDefault="00E35433" w:rsidP="00A64921">
      <w:pPr>
        <w:spacing w:before="0" w:after="0" w:line="240" w:lineRule="auto"/>
        <w:ind w:left="567"/>
        <w:rPr>
          <w:rFonts w:asciiTheme="majorHAnsi" w:eastAsia="Aptos" w:hAnsiTheme="majorHAnsi" w:cstheme="majorHAnsi"/>
          <w:color w:val="000000" w:themeColor="text1"/>
          <w:kern w:val="2"/>
          <w:szCs w:val="22"/>
          <w:lang w:val="es-CR"/>
          <w14:ligatures w14:val="standardContextual"/>
        </w:rPr>
      </w:pPr>
      <w:r w:rsidRPr="00A64921">
        <w:rPr>
          <w:rFonts w:asciiTheme="majorHAnsi" w:eastAsia="Aptos" w:hAnsiTheme="majorHAnsi" w:cstheme="majorHAnsi"/>
          <w:bCs/>
          <w:color w:val="000000" w:themeColor="text1"/>
          <w:kern w:val="2"/>
          <w:szCs w:val="22"/>
          <w:lang w:val="es-CR"/>
          <w14:ligatures w14:val="standardContextual"/>
        </w:rPr>
        <w:lastRenderedPageBreak/>
        <w:t>A continuación, se incluyen los formatos que utilizarán las controladoras de grupos y conglomerados para el suministro de información al supervisor responsable.</w:t>
      </w:r>
    </w:p>
    <w:p w14:paraId="7F13DED6" w14:textId="77777777" w:rsidR="00E35433" w:rsidRPr="00A64921" w:rsidRDefault="00E35433" w:rsidP="00E35433">
      <w:pPr>
        <w:spacing w:after="120" w:line="240" w:lineRule="auto"/>
        <w:ind w:left="1134" w:hanging="567"/>
        <w:rPr>
          <w:rFonts w:asciiTheme="majorHAnsi" w:eastAsia="Aptos" w:hAnsiTheme="majorHAnsi" w:cstheme="majorHAnsi"/>
          <w:b/>
          <w:bCs/>
          <w:kern w:val="2"/>
          <w:szCs w:val="22"/>
          <w:lang w:val="es-CR"/>
          <w14:ligatures w14:val="standardContextual"/>
        </w:rPr>
      </w:pPr>
      <w:bookmarkStart w:id="0" w:name="_Toc187133740"/>
      <w:r w:rsidRPr="00A64921">
        <w:rPr>
          <w:rFonts w:asciiTheme="majorHAnsi" w:eastAsia="Aptos" w:hAnsiTheme="majorHAnsi" w:cstheme="majorHAnsi"/>
          <w:b/>
          <w:bCs/>
          <w:kern w:val="2"/>
          <w:szCs w:val="22"/>
          <w:lang w:val="es-CR"/>
          <w14:ligatures w14:val="standardContextual"/>
        </w:rPr>
        <w:t>A)</w:t>
      </w:r>
      <w:r w:rsidRPr="00A64921">
        <w:rPr>
          <w:rFonts w:asciiTheme="majorHAnsi" w:eastAsia="Aptos" w:hAnsiTheme="majorHAnsi" w:cstheme="majorHAnsi"/>
          <w:b/>
          <w:bCs/>
          <w:kern w:val="2"/>
          <w:szCs w:val="22"/>
          <w:lang w:val="es-CR"/>
          <w14:ligatures w14:val="standardContextual"/>
        </w:rPr>
        <w:tab/>
        <w:t>CÁLCULO DEL CAPITAL AJUSTADO</w:t>
      </w:r>
    </w:p>
    <w:bookmarkEnd w:id="0"/>
    <w:p w14:paraId="3858B64C" w14:textId="77777777" w:rsidR="00E35433" w:rsidRPr="00A64921" w:rsidRDefault="00E35433" w:rsidP="00E35433">
      <w:pPr>
        <w:spacing w:after="120" w:line="240" w:lineRule="auto"/>
        <w:ind w:left="1701"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1)</w:t>
      </w:r>
      <w:r w:rsidRPr="00A64921">
        <w:rPr>
          <w:rFonts w:asciiTheme="majorHAnsi" w:eastAsia="Aptos" w:hAnsiTheme="majorHAnsi" w:cstheme="majorHAnsi"/>
          <w:b/>
          <w:bCs/>
          <w:kern w:val="2"/>
          <w:szCs w:val="22"/>
          <w:lang w:val="es-CR"/>
          <w14:ligatures w14:val="standardContextual"/>
        </w:rPr>
        <w:tab/>
        <w:t>Cuentas y subcuentas para calcular el capital ajustado para el grupo y conglomerado financiero cuando el supervisor responsable sea SUGEF, SUGEVAL o SUPEN</w:t>
      </w:r>
    </w:p>
    <w:tbl>
      <w:tblPr>
        <w:tblW w:w="4404" w:type="pct"/>
        <w:tblInd w:w="1124" w:type="dxa"/>
        <w:tblCellMar>
          <w:left w:w="70" w:type="dxa"/>
          <w:right w:w="70" w:type="dxa"/>
        </w:tblCellMar>
        <w:tblLook w:val="04A0" w:firstRow="1" w:lastRow="0" w:firstColumn="1" w:lastColumn="0" w:noHBand="0" w:noVBand="1"/>
      </w:tblPr>
      <w:tblGrid>
        <w:gridCol w:w="1406"/>
        <w:gridCol w:w="6319"/>
        <w:gridCol w:w="42"/>
      </w:tblGrid>
      <w:tr w:rsidR="00E35433" w:rsidRPr="00A64921" w14:paraId="59CB68C1" w14:textId="77777777" w:rsidTr="00E35433">
        <w:trPr>
          <w:trHeight w:val="30"/>
          <w:tblHeader/>
        </w:trPr>
        <w:tc>
          <w:tcPr>
            <w:tcW w:w="905" w:type="pct"/>
            <w:tcBorders>
              <w:top w:val="single" w:sz="8" w:space="0" w:color="000000"/>
              <w:left w:val="single" w:sz="8" w:space="0" w:color="000000"/>
              <w:bottom w:val="single" w:sz="8" w:space="0" w:color="000000"/>
              <w:right w:val="single" w:sz="8" w:space="0" w:color="000000"/>
            </w:tcBorders>
            <w:shd w:val="clear" w:color="auto" w:fill="DAE9F7"/>
            <w:vAlign w:val="center"/>
          </w:tcPr>
          <w:p w14:paraId="3E565382" w14:textId="77777777" w:rsidR="00E35433" w:rsidRPr="00A64921" w:rsidRDefault="00E35433" w:rsidP="00B911B9">
            <w:pPr>
              <w:spacing w:before="0" w:after="0" w:line="240" w:lineRule="auto"/>
              <w:jc w:val="center"/>
              <w:rPr>
                <w:rFonts w:asciiTheme="majorHAnsi" w:eastAsia="Aptos" w:hAnsiTheme="majorHAnsi" w:cstheme="majorHAnsi"/>
                <w:b/>
                <w:bCs/>
                <w:kern w:val="2"/>
                <w:sz w:val="16"/>
                <w:szCs w:val="16"/>
                <w:lang w:val="es-CR"/>
                <w14:ligatures w14:val="standardContextual"/>
              </w:rPr>
            </w:pPr>
            <w:r w:rsidRPr="00A64921">
              <w:rPr>
                <w:rFonts w:asciiTheme="majorHAnsi" w:eastAsia="Aptos" w:hAnsiTheme="majorHAnsi" w:cstheme="majorHAnsi"/>
                <w:b/>
                <w:bCs/>
                <w:kern w:val="2"/>
                <w:sz w:val="16"/>
                <w:szCs w:val="16"/>
                <w:lang w:val="es-CR"/>
                <w14:ligatures w14:val="standardContextual"/>
              </w:rPr>
              <w:t>Cuenta contable</w:t>
            </w:r>
          </w:p>
        </w:tc>
        <w:tc>
          <w:tcPr>
            <w:tcW w:w="4095" w:type="pct"/>
            <w:gridSpan w:val="2"/>
            <w:tcBorders>
              <w:top w:val="single" w:sz="8" w:space="0" w:color="000000"/>
              <w:left w:val="nil"/>
              <w:bottom w:val="single" w:sz="8" w:space="0" w:color="000000"/>
              <w:right w:val="single" w:sz="8" w:space="0" w:color="000000"/>
            </w:tcBorders>
            <w:shd w:val="clear" w:color="auto" w:fill="DAE9F7"/>
            <w:vAlign w:val="center"/>
          </w:tcPr>
          <w:p w14:paraId="10CE6A29" w14:textId="77777777" w:rsidR="00E35433" w:rsidRPr="00A64921" w:rsidRDefault="00E35433" w:rsidP="00B911B9">
            <w:pPr>
              <w:spacing w:before="0" w:after="0" w:line="240" w:lineRule="auto"/>
              <w:ind w:left="567" w:hanging="567"/>
              <w:jc w:val="center"/>
              <w:rPr>
                <w:rFonts w:asciiTheme="majorHAnsi" w:eastAsia="Aptos" w:hAnsiTheme="majorHAnsi" w:cstheme="majorHAnsi"/>
                <w:b/>
                <w:bCs/>
                <w:kern w:val="2"/>
                <w:sz w:val="16"/>
                <w:szCs w:val="16"/>
                <w:lang w:val="es-CR"/>
                <w14:ligatures w14:val="standardContextual"/>
              </w:rPr>
            </w:pPr>
            <w:r w:rsidRPr="00A64921">
              <w:rPr>
                <w:rFonts w:asciiTheme="majorHAnsi" w:eastAsia="Aptos" w:hAnsiTheme="majorHAnsi" w:cstheme="majorHAnsi"/>
                <w:b/>
                <w:bCs/>
                <w:kern w:val="2"/>
                <w:sz w:val="16"/>
                <w:szCs w:val="16"/>
                <w:lang w:val="es-CR"/>
                <w14:ligatures w14:val="standardContextual"/>
              </w:rPr>
              <w:t>Descripción</w:t>
            </w:r>
          </w:p>
        </w:tc>
      </w:tr>
      <w:tr w:rsidR="00E35433" w:rsidRPr="00A64921" w14:paraId="5F495E76" w14:textId="77777777" w:rsidTr="00C55BA7">
        <w:trPr>
          <w:trHeight w:val="78"/>
        </w:trPr>
        <w:tc>
          <w:tcPr>
            <w:tcW w:w="905" w:type="pct"/>
            <w:tcBorders>
              <w:top w:val="single" w:sz="8" w:space="0" w:color="000000"/>
              <w:left w:val="single" w:sz="8" w:space="0" w:color="000000"/>
              <w:bottom w:val="single" w:sz="8" w:space="0" w:color="000000"/>
              <w:right w:val="single" w:sz="8" w:space="0" w:color="000000"/>
            </w:tcBorders>
            <w:vAlign w:val="center"/>
            <w:hideMark/>
          </w:tcPr>
          <w:p w14:paraId="6B7EA75A"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31000000</w:t>
            </w:r>
          </w:p>
        </w:tc>
        <w:tc>
          <w:tcPr>
            <w:tcW w:w="4095" w:type="pct"/>
            <w:gridSpan w:val="2"/>
            <w:tcBorders>
              <w:top w:val="single" w:sz="8" w:space="0" w:color="000000"/>
              <w:left w:val="nil"/>
              <w:bottom w:val="single" w:sz="8" w:space="0" w:color="000000"/>
              <w:right w:val="single" w:sz="8" w:space="0" w:color="000000"/>
            </w:tcBorders>
            <w:vAlign w:val="center"/>
            <w:hideMark/>
          </w:tcPr>
          <w:p w14:paraId="74E70F78"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Capital Social</w:t>
            </w:r>
          </w:p>
        </w:tc>
      </w:tr>
      <w:tr w:rsidR="00E35433" w:rsidRPr="00A64921" w14:paraId="1299E346"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1CB9B60D"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32000000</w:t>
            </w:r>
          </w:p>
        </w:tc>
        <w:tc>
          <w:tcPr>
            <w:tcW w:w="4095" w:type="pct"/>
            <w:gridSpan w:val="2"/>
            <w:tcBorders>
              <w:top w:val="nil"/>
              <w:left w:val="nil"/>
              <w:bottom w:val="single" w:sz="8" w:space="0" w:color="000000"/>
              <w:right w:val="single" w:sz="8" w:space="0" w:color="000000"/>
            </w:tcBorders>
            <w:vAlign w:val="center"/>
            <w:hideMark/>
          </w:tcPr>
          <w:p w14:paraId="1B89DAC1"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Aportes patrimoniales no capitalizados</w:t>
            </w:r>
          </w:p>
        </w:tc>
      </w:tr>
      <w:tr w:rsidR="00E35433" w:rsidRPr="00A64921" w14:paraId="3CBB3B67" w14:textId="77777777" w:rsidTr="00C55BA7">
        <w:trPr>
          <w:trHeight w:val="30"/>
        </w:trPr>
        <w:tc>
          <w:tcPr>
            <w:tcW w:w="905" w:type="pct"/>
            <w:tcBorders>
              <w:top w:val="nil"/>
              <w:left w:val="single" w:sz="8" w:space="0" w:color="000000"/>
              <w:bottom w:val="nil"/>
              <w:right w:val="single" w:sz="8" w:space="0" w:color="000000"/>
            </w:tcBorders>
            <w:vAlign w:val="center"/>
            <w:hideMark/>
          </w:tcPr>
          <w:p w14:paraId="34B0C102"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33101000 +</w:t>
            </w:r>
          </w:p>
        </w:tc>
        <w:tc>
          <w:tcPr>
            <w:tcW w:w="4095" w:type="pct"/>
            <w:gridSpan w:val="2"/>
            <w:tcBorders>
              <w:top w:val="nil"/>
              <w:left w:val="nil"/>
              <w:bottom w:val="nil"/>
              <w:right w:val="single" w:sz="8" w:space="0" w:color="000000"/>
            </w:tcBorders>
            <w:vAlign w:val="center"/>
            <w:hideMark/>
          </w:tcPr>
          <w:p w14:paraId="7BE935A0"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 xml:space="preserve">Superávit por revaluación de propiedades inmobiliarias </w:t>
            </w:r>
          </w:p>
        </w:tc>
      </w:tr>
      <w:tr w:rsidR="00E35433" w:rsidRPr="00A64921" w14:paraId="25B75498" w14:textId="77777777" w:rsidTr="00C55BA7">
        <w:trPr>
          <w:trHeight w:val="50"/>
        </w:trPr>
        <w:tc>
          <w:tcPr>
            <w:tcW w:w="905" w:type="pct"/>
            <w:tcBorders>
              <w:top w:val="nil"/>
              <w:left w:val="single" w:sz="8" w:space="0" w:color="000000"/>
              <w:bottom w:val="nil"/>
              <w:right w:val="single" w:sz="8" w:space="0" w:color="000000"/>
            </w:tcBorders>
            <w:vAlign w:val="center"/>
            <w:hideMark/>
          </w:tcPr>
          <w:p w14:paraId="75E2B70E"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33106000 +</w:t>
            </w:r>
          </w:p>
        </w:tc>
        <w:tc>
          <w:tcPr>
            <w:tcW w:w="4095" w:type="pct"/>
            <w:gridSpan w:val="2"/>
            <w:tcBorders>
              <w:top w:val="nil"/>
              <w:left w:val="nil"/>
              <w:bottom w:val="nil"/>
              <w:right w:val="single" w:sz="8" w:space="0" w:color="000000"/>
            </w:tcBorders>
            <w:vAlign w:val="center"/>
            <w:hideMark/>
          </w:tcPr>
          <w:p w14:paraId="15958FB8"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Superávit por reevaluación de otros activos</w:t>
            </w:r>
          </w:p>
        </w:tc>
      </w:tr>
      <w:tr w:rsidR="00E35433" w:rsidRPr="00A64921" w14:paraId="7EA17401" w14:textId="77777777" w:rsidTr="00C55BA7">
        <w:trPr>
          <w:trHeight w:val="50"/>
        </w:trPr>
        <w:tc>
          <w:tcPr>
            <w:tcW w:w="905" w:type="pct"/>
            <w:tcBorders>
              <w:top w:val="nil"/>
              <w:left w:val="single" w:sz="8" w:space="0" w:color="000000"/>
              <w:bottom w:val="nil"/>
              <w:right w:val="single" w:sz="8" w:space="0" w:color="000000"/>
            </w:tcBorders>
            <w:vAlign w:val="center"/>
            <w:hideMark/>
          </w:tcPr>
          <w:p w14:paraId="05352164"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33200000</w:t>
            </w:r>
          </w:p>
        </w:tc>
        <w:tc>
          <w:tcPr>
            <w:tcW w:w="4095" w:type="pct"/>
            <w:gridSpan w:val="2"/>
            <w:tcBorders>
              <w:top w:val="nil"/>
              <w:left w:val="nil"/>
              <w:bottom w:val="nil"/>
              <w:right w:val="single" w:sz="8" w:space="0" w:color="000000"/>
            </w:tcBorders>
            <w:vAlign w:val="center"/>
            <w:hideMark/>
          </w:tcPr>
          <w:p w14:paraId="624EA875"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Ajuste por valuación de participaciones en otras empresas</w:t>
            </w:r>
          </w:p>
        </w:tc>
      </w:tr>
      <w:tr w:rsidR="00E35433" w:rsidRPr="00A64921" w14:paraId="5A685958" w14:textId="77777777" w:rsidTr="00C55BA7">
        <w:trPr>
          <w:trHeight w:val="50"/>
        </w:trPr>
        <w:tc>
          <w:tcPr>
            <w:tcW w:w="905" w:type="pct"/>
            <w:tcBorders>
              <w:top w:val="nil"/>
              <w:left w:val="single" w:sz="8" w:space="0" w:color="000000"/>
              <w:bottom w:val="single" w:sz="8" w:space="0" w:color="000000"/>
              <w:right w:val="single" w:sz="8" w:space="0" w:color="000000"/>
            </w:tcBorders>
            <w:hideMark/>
          </w:tcPr>
          <w:p w14:paraId="12EC52F6"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p>
        </w:tc>
        <w:tc>
          <w:tcPr>
            <w:tcW w:w="4095" w:type="pct"/>
            <w:gridSpan w:val="2"/>
            <w:tcBorders>
              <w:top w:val="nil"/>
              <w:left w:val="nil"/>
              <w:bottom w:val="single" w:sz="8" w:space="0" w:color="000000"/>
              <w:right w:val="single" w:sz="8" w:space="0" w:color="000000"/>
            </w:tcBorders>
            <w:vAlign w:val="center"/>
            <w:hideMark/>
          </w:tcPr>
          <w:p w14:paraId="0F375FF1"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(La suma de las tres cuentas hasta un máximo del 20% del capital ajustado).</w:t>
            </w:r>
          </w:p>
        </w:tc>
      </w:tr>
      <w:tr w:rsidR="00E35433" w:rsidRPr="00A64921" w14:paraId="1BCB9623"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70387908"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33102000</w:t>
            </w:r>
          </w:p>
        </w:tc>
        <w:tc>
          <w:tcPr>
            <w:tcW w:w="4095" w:type="pct"/>
            <w:gridSpan w:val="2"/>
            <w:tcBorders>
              <w:top w:val="nil"/>
              <w:left w:val="nil"/>
              <w:bottom w:val="single" w:sz="8" w:space="0" w:color="000000"/>
              <w:right w:val="single" w:sz="8" w:space="0" w:color="000000"/>
            </w:tcBorders>
            <w:vAlign w:val="center"/>
            <w:hideMark/>
          </w:tcPr>
          <w:p w14:paraId="41880F9B"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Ajuste por deterioro y valuación de inversiones al valor razonable con cambios en otro resultado integral, cuando su saldo sea deudor.</w:t>
            </w:r>
          </w:p>
        </w:tc>
      </w:tr>
      <w:tr w:rsidR="00E35433" w:rsidRPr="00A64921" w14:paraId="22AD37F9"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6C4B749C"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33103000</w:t>
            </w:r>
          </w:p>
        </w:tc>
        <w:tc>
          <w:tcPr>
            <w:tcW w:w="4095" w:type="pct"/>
            <w:gridSpan w:val="2"/>
            <w:tcBorders>
              <w:top w:val="nil"/>
              <w:left w:val="nil"/>
              <w:bottom w:val="single" w:sz="8" w:space="0" w:color="000000"/>
              <w:right w:val="single" w:sz="8" w:space="0" w:color="000000"/>
            </w:tcBorders>
            <w:vAlign w:val="center"/>
            <w:hideMark/>
          </w:tcPr>
          <w:p w14:paraId="25C571D8"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Ajuste por deterioro y valuación de inversiones en respaldo de la reserva de liquidez, cuando su saldo sea deudor.</w:t>
            </w:r>
          </w:p>
        </w:tc>
      </w:tr>
      <w:tr w:rsidR="00E35433" w:rsidRPr="00A64921" w14:paraId="6AC28A0C"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6A491064"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33104000</w:t>
            </w:r>
          </w:p>
        </w:tc>
        <w:tc>
          <w:tcPr>
            <w:tcW w:w="4095" w:type="pct"/>
            <w:gridSpan w:val="2"/>
            <w:tcBorders>
              <w:top w:val="nil"/>
              <w:left w:val="nil"/>
              <w:bottom w:val="single" w:sz="8" w:space="0" w:color="000000"/>
              <w:right w:val="single" w:sz="8" w:space="0" w:color="000000"/>
            </w:tcBorders>
            <w:vAlign w:val="center"/>
            <w:hideMark/>
          </w:tcPr>
          <w:p w14:paraId="1006AA5E"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Ajuste por deterioro y valuación de instrumentos financieros restringidos, cuando su saldo sea deudor.</w:t>
            </w:r>
          </w:p>
        </w:tc>
      </w:tr>
      <w:tr w:rsidR="00E35433" w:rsidRPr="00A64921" w14:paraId="38AC6178" w14:textId="77777777" w:rsidTr="00C55BA7">
        <w:trPr>
          <w:trHeight w:val="56"/>
        </w:trPr>
        <w:tc>
          <w:tcPr>
            <w:tcW w:w="905" w:type="pct"/>
            <w:tcBorders>
              <w:top w:val="nil"/>
              <w:left w:val="single" w:sz="8" w:space="0" w:color="000000"/>
              <w:bottom w:val="single" w:sz="8" w:space="0" w:color="000000"/>
              <w:right w:val="single" w:sz="8" w:space="0" w:color="000000"/>
            </w:tcBorders>
            <w:vAlign w:val="center"/>
            <w:hideMark/>
          </w:tcPr>
          <w:p w14:paraId="4436ED83"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33105000</w:t>
            </w:r>
          </w:p>
        </w:tc>
        <w:tc>
          <w:tcPr>
            <w:tcW w:w="4095" w:type="pct"/>
            <w:gridSpan w:val="2"/>
            <w:tcBorders>
              <w:top w:val="nil"/>
              <w:left w:val="nil"/>
              <w:bottom w:val="single" w:sz="8" w:space="0" w:color="000000"/>
              <w:right w:val="single" w:sz="8" w:space="0" w:color="000000"/>
            </w:tcBorders>
            <w:vAlign w:val="center"/>
            <w:hideMark/>
          </w:tcPr>
          <w:p w14:paraId="0A429DCC"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Ajuste por deterioro y valuación de instrumentos financieros en cesación de pagos, morosos o en litigio, cuando su saldo sea deudor.</w:t>
            </w:r>
          </w:p>
        </w:tc>
      </w:tr>
      <w:tr w:rsidR="00E35433" w:rsidRPr="00A64921" w14:paraId="1BB0E7A1"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48240193"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33107000</w:t>
            </w:r>
          </w:p>
        </w:tc>
        <w:tc>
          <w:tcPr>
            <w:tcW w:w="4095" w:type="pct"/>
            <w:gridSpan w:val="2"/>
            <w:tcBorders>
              <w:top w:val="nil"/>
              <w:left w:val="nil"/>
              <w:bottom w:val="single" w:sz="8" w:space="0" w:color="000000"/>
              <w:right w:val="single" w:sz="8" w:space="0" w:color="000000"/>
            </w:tcBorders>
            <w:vAlign w:val="center"/>
            <w:hideMark/>
          </w:tcPr>
          <w:p w14:paraId="285D3B19"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Ajuste por valoración de instrumentos derivados, cuando su saldo sea deudor</w:t>
            </w:r>
          </w:p>
        </w:tc>
      </w:tr>
      <w:tr w:rsidR="00E35433" w:rsidRPr="00A64921" w14:paraId="38DBBBF8"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6CB2D225"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33108000</w:t>
            </w:r>
          </w:p>
        </w:tc>
        <w:tc>
          <w:tcPr>
            <w:tcW w:w="4095" w:type="pct"/>
            <w:gridSpan w:val="2"/>
            <w:tcBorders>
              <w:top w:val="nil"/>
              <w:left w:val="nil"/>
              <w:bottom w:val="single" w:sz="8" w:space="0" w:color="000000"/>
              <w:right w:val="single" w:sz="8" w:space="0" w:color="000000"/>
            </w:tcBorders>
            <w:vAlign w:val="center"/>
            <w:hideMark/>
          </w:tcPr>
          <w:p w14:paraId="2334BA4C"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Ajuste por valoración de obligaciones de entregar títulos en reportos y préstamos de valores, cuando su saldo sea deudor</w:t>
            </w:r>
          </w:p>
        </w:tc>
      </w:tr>
      <w:tr w:rsidR="00E35433" w:rsidRPr="00A64921" w14:paraId="32D1AC21"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60C6E212"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33300000</w:t>
            </w:r>
          </w:p>
        </w:tc>
        <w:tc>
          <w:tcPr>
            <w:tcW w:w="4095" w:type="pct"/>
            <w:gridSpan w:val="2"/>
            <w:tcBorders>
              <w:top w:val="nil"/>
              <w:left w:val="nil"/>
              <w:bottom w:val="single" w:sz="8" w:space="0" w:color="000000"/>
              <w:right w:val="single" w:sz="8" w:space="0" w:color="000000"/>
            </w:tcBorders>
            <w:vAlign w:val="center"/>
            <w:hideMark/>
          </w:tcPr>
          <w:p w14:paraId="48DBC998"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Ajuste por conversión de estados financieros</w:t>
            </w:r>
          </w:p>
        </w:tc>
      </w:tr>
      <w:tr w:rsidR="00E35433" w:rsidRPr="00A64921" w14:paraId="3B839251"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30C534A6"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34100000</w:t>
            </w:r>
          </w:p>
        </w:tc>
        <w:tc>
          <w:tcPr>
            <w:tcW w:w="4095" w:type="pct"/>
            <w:gridSpan w:val="2"/>
            <w:tcBorders>
              <w:top w:val="nil"/>
              <w:left w:val="nil"/>
              <w:bottom w:val="single" w:sz="8" w:space="0" w:color="000000"/>
              <w:right w:val="single" w:sz="8" w:space="0" w:color="000000"/>
            </w:tcBorders>
            <w:vAlign w:val="center"/>
            <w:hideMark/>
          </w:tcPr>
          <w:p w14:paraId="188182CC"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 xml:space="preserve">Reserva Legal </w:t>
            </w:r>
          </w:p>
        </w:tc>
      </w:tr>
      <w:tr w:rsidR="00E35433" w:rsidRPr="00A64921" w14:paraId="24943C39"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41910ED5"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35000000</w:t>
            </w:r>
          </w:p>
        </w:tc>
        <w:tc>
          <w:tcPr>
            <w:tcW w:w="4095" w:type="pct"/>
            <w:gridSpan w:val="2"/>
            <w:tcBorders>
              <w:top w:val="nil"/>
              <w:left w:val="nil"/>
              <w:bottom w:val="single" w:sz="8" w:space="0" w:color="000000"/>
              <w:right w:val="single" w:sz="8" w:space="0" w:color="000000"/>
            </w:tcBorders>
            <w:vAlign w:val="center"/>
            <w:hideMark/>
          </w:tcPr>
          <w:p w14:paraId="74F2E04F"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Resultados Acumulados de ejercicios anteriores cuando su saldo sea deudor, o hasta el monto de la cuenta 351.02 “Utilidades de ejercicios anteriores afectadas para capitalizar”, cuando su saldo sea acreedor</w:t>
            </w:r>
          </w:p>
        </w:tc>
      </w:tr>
      <w:tr w:rsidR="00E35433" w:rsidRPr="00A64921" w14:paraId="3312D84A"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65D7248E"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36000000</w:t>
            </w:r>
          </w:p>
        </w:tc>
        <w:tc>
          <w:tcPr>
            <w:tcW w:w="4095" w:type="pct"/>
            <w:gridSpan w:val="2"/>
            <w:tcBorders>
              <w:top w:val="nil"/>
              <w:left w:val="nil"/>
              <w:bottom w:val="single" w:sz="8" w:space="0" w:color="000000"/>
              <w:right w:val="single" w:sz="8" w:space="0" w:color="000000"/>
            </w:tcBorders>
            <w:vAlign w:val="center"/>
            <w:hideMark/>
          </w:tcPr>
          <w:p w14:paraId="09A2513A"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 xml:space="preserve">Resultado del Periodo, solo cuando su saldo sea deudor </w:t>
            </w:r>
            <w:r w:rsidRPr="00A64921">
              <w:rPr>
                <w:rFonts w:asciiTheme="majorHAnsi" w:eastAsia="Aptos" w:hAnsiTheme="majorHAnsi" w:cstheme="majorHAnsi"/>
                <w:kern w:val="2"/>
                <w:sz w:val="16"/>
                <w:szCs w:val="16"/>
                <w:vertAlign w:val="superscript"/>
                <w:lang w:val="es-CR"/>
                <w14:ligatures w14:val="standardContextual"/>
              </w:rPr>
              <w:t>(1)</w:t>
            </w:r>
          </w:p>
        </w:tc>
      </w:tr>
      <w:tr w:rsidR="00E35433" w:rsidRPr="00A64921" w14:paraId="7878E5A8"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75006DE4"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38000000</w:t>
            </w:r>
          </w:p>
        </w:tc>
        <w:tc>
          <w:tcPr>
            <w:tcW w:w="4095" w:type="pct"/>
            <w:gridSpan w:val="2"/>
            <w:tcBorders>
              <w:top w:val="nil"/>
              <w:left w:val="nil"/>
              <w:bottom w:val="single" w:sz="8" w:space="0" w:color="000000"/>
              <w:right w:val="single" w:sz="8" w:space="0" w:color="000000"/>
            </w:tcBorders>
            <w:vAlign w:val="center"/>
            <w:hideMark/>
          </w:tcPr>
          <w:p w14:paraId="2C84A9F5"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 xml:space="preserve">Aportes patrimoniales en </w:t>
            </w:r>
            <w:proofErr w:type="gramStart"/>
            <w:r w:rsidRPr="00A64921">
              <w:rPr>
                <w:rFonts w:asciiTheme="majorHAnsi" w:eastAsia="Aptos" w:hAnsiTheme="majorHAnsi" w:cstheme="majorHAnsi"/>
                <w:kern w:val="2"/>
                <w:sz w:val="16"/>
                <w:szCs w:val="16"/>
                <w:lang w:val="es-CR"/>
                <w14:ligatures w14:val="standardContextual"/>
              </w:rPr>
              <w:t>fondos especiales o reservas especiales</w:t>
            </w:r>
            <w:proofErr w:type="gramEnd"/>
          </w:p>
        </w:tc>
      </w:tr>
      <w:tr w:rsidR="00E35433" w:rsidRPr="00A64921" w14:paraId="2944DCC4"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510F4D13"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50000000 – 40000000</w:t>
            </w:r>
          </w:p>
        </w:tc>
        <w:tc>
          <w:tcPr>
            <w:tcW w:w="4095" w:type="pct"/>
            <w:gridSpan w:val="2"/>
            <w:tcBorders>
              <w:top w:val="nil"/>
              <w:left w:val="nil"/>
              <w:bottom w:val="single" w:sz="8" w:space="0" w:color="000000"/>
              <w:right w:val="single" w:sz="8" w:space="0" w:color="000000"/>
            </w:tcBorders>
            <w:vAlign w:val="center"/>
            <w:hideMark/>
          </w:tcPr>
          <w:p w14:paraId="530CB33C" w14:textId="77777777"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 xml:space="preserve">Resultado de las cuentas 500 “Ingresos” menos las 400 “Gastos”; cuando el resultado sea negativo </w:t>
            </w:r>
          </w:p>
        </w:tc>
      </w:tr>
      <w:tr w:rsidR="00E35433" w:rsidRPr="00A64921" w14:paraId="445A17B7" w14:textId="77777777" w:rsidTr="00C55BA7">
        <w:trPr>
          <w:trHeight w:val="30"/>
        </w:trPr>
        <w:tc>
          <w:tcPr>
            <w:tcW w:w="905" w:type="pct"/>
            <w:tcBorders>
              <w:top w:val="nil"/>
              <w:left w:val="single" w:sz="8" w:space="0" w:color="000000"/>
              <w:bottom w:val="single" w:sz="8" w:space="0" w:color="000000"/>
              <w:right w:val="single" w:sz="8" w:space="0" w:color="000000"/>
            </w:tcBorders>
            <w:vAlign w:val="center"/>
            <w:hideMark/>
          </w:tcPr>
          <w:p w14:paraId="51D6081E"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37000000</w:t>
            </w:r>
          </w:p>
        </w:tc>
        <w:tc>
          <w:tcPr>
            <w:tcW w:w="4095" w:type="pct"/>
            <w:gridSpan w:val="2"/>
            <w:tcBorders>
              <w:top w:val="nil"/>
              <w:left w:val="nil"/>
              <w:bottom w:val="single" w:sz="8" w:space="0" w:color="000000"/>
              <w:right w:val="single" w:sz="8" w:space="0" w:color="000000"/>
            </w:tcBorders>
            <w:vAlign w:val="center"/>
            <w:hideMark/>
          </w:tcPr>
          <w:p w14:paraId="1B025A97" w14:textId="60FCA6B9" w:rsidR="00E35433" w:rsidRPr="00A64921" w:rsidRDefault="00E35433" w:rsidP="00B911B9">
            <w:pPr>
              <w:spacing w:before="0" w:after="0" w:line="240" w:lineRule="auto"/>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 xml:space="preserve">Participaciones no </w:t>
            </w:r>
            <w:r w:rsidR="005A7A9F" w:rsidRPr="00A64921">
              <w:rPr>
                <w:rFonts w:asciiTheme="majorHAnsi" w:eastAsia="Aptos" w:hAnsiTheme="majorHAnsi" w:cstheme="majorHAnsi"/>
                <w:kern w:val="2"/>
                <w:sz w:val="16"/>
                <w:szCs w:val="16"/>
                <w:lang w:val="es-CR"/>
                <w14:ligatures w14:val="standardContextual"/>
              </w:rPr>
              <w:t>controladoras</w:t>
            </w:r>
            <w:r w:rsidR="005A7A9F" w:rsidRPr="00A64921">
              <w:rPr>
                <w:rFonts w:asciiTheme="majorHAnsi" w:eastAsia="Aptos" w:hAnsiTheme="majorHAnsi" w:cstheme="majorHAnsi"/>
                <w:kern w:val="2"/>
                <w:sz w:val="16"/>
                <w:szCs w:val="16"/>
                <w:vertAlign w:val="superscript"/>
                <w:lang w:val="es-CR"/>
                <w14:ligatures w14:val="standardContextual"/>
              </w:rPr>
              <w:t xml:space="preserve"> (</w:t>
            </w:r>
            <w:r w:rsidRPr="00A64921">
              <w:rPr>
                <w:rFonts w:asciiTheme="majorHAnsi" w:eastAsia="Aptos" w:hAnsiTheme="majorHAnsi" w:cstheme="majorHAnsi"/>
                <w:kern w:val="2"/>
                <w:sz w:val="16"/>
                <w:szCs w:val="16"/>
                <w:vertAlign w:val="superscript"/>
                <w:lang w:val="es-CR"/>
                <w14:ligatures w14:val="standardContextual"/>
              </w:rPr>
              <w:t>2)</w:t>
            </w:r>
          </w:p>
        </w:tc>
      </w:tr>
      <w:tr w:rsidR="00E35433" w:rsidRPr="00A64921" w14:paraId="496B3D3F" w14:textId="77777777" w:rsidTr="00C55BA7">
        <w:trPr>
          <w:gridAfter w:val="1"/>
          <w:wAfter w:w="27" w:type="pct"/>
          <w:trHeight w:val="50"/>
        </w:trPr>
        <w:tc>
          <w:tcPr>
            <w:tcW w:w="4973" w:type="pct"/>
            <w:gridSpan w:val="2"/>
            <w:noWrap/>
            <w:vAlign w:val="center"/>
            <w:hideMark/>
          </w:tcPr>
          <w:p w14:paraId="4F4C9E8C"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(1)</w:t>
            </w:r>
            <w:r w:rsidRPr="00A64921">
              <w:rPr>
                <w:rFonts w:asciiTheme="majorHAnsi" w:eastAsia="Aptos" w:hAnsiTheme="majorHAnsi" w:cstheme="majorHAnsi"/>
                <w:kern w:val="2"/>
                <w:sz w:val="16"/>
                <w:szCs w:val="16"/>
                <w:lang w:val="es-CR"/>
                <w14:ligatures w14:val="standardContextual"/>
              </w:rPr>
              <w:tab/>
              <w:t>Cuenta utilizada por entidades que llevan a cabo un cierre contable semestral.</w:t>
            </w:r>
          </w:p>
        </w:tc>
      </w:tr>
      <w:tr w:rsidR="00E35433" w:rsidRPr="00A64921" w14:paraId="1542DAB4" w14:textId="77777777" w:rsidTr="00C55BA7">
        <w:trPr>
          <w:gridAfter w:val="1"/>
          <w:wAfter w:w="27" w:type="pct"/>
          <w:trHeight w:val="285"/>
        </w:trPr>
        <w:tc>
          <w:tcPr>
            <w:tcW w:w="4973" w:type="pct"/>
            <w:gridSpan w:val="2"/>
            <w:vAlign w:val="bottom"/>
            <w:hideMark/>
          </w:tcPr>
          <w:p w14:paraId="3219724E" w14:textId="77777777" w:rsidR="00E35433" w:rsidRPr="00A64921" w:rsidRDefault="00E35433" w:rsidP="00B911B9">
            <w:pPr>
              <w:spacing w:before="0" w:after="0" w:line="240" w:lineRule="auto"/>
              <w:ind w:left="567"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(2)</w:t>
            </w:r>
            <w:r w:rsidRPr="00A64921">
              <w:rPr>
                <w:rFonts w:asciiTheme="majorHAnsi" w:eastAsia="Aptos" w:hAnsiTheme="majorHAnsi" w:cstheme="majorHAnsi"/>
                <w:kern w:val="2"/>
                <w:sz w:val="16"/>
                <w:szCs w:val="16"/>
                <w:lang w:val="es-CR"/>
                <w14:ligatures w14:val="standardContextual"/>
              </w:rPr>
              <w:tab/>
              <w:t xml:space="preserve">Únicamente la porción de las participaciones no controladoras que se origina en partidas patrimoniales de las entidades y empresas integrantes del grupo o conglomerado financiero en las cuales su entidad controladora participa en menos de un 100% en su capital social. </w:t>
            </w:r>
          </w:p>
        </w:tc>
      </w:tr>
    </w:tbl>
    <w:p w14:paraId="40CCDFFE" w14:textId="77777777" w:rsidR="00E35433" w:rsidRPr="00A64921" w:rsidRDefault="00E35433" w:rsidP="00E35433">
      <w:pPr>
        <w:spacing w:after="120" w:line="240" w:lineRule="auto"/>
        <w:ind w:left="1701"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lastRenderedPageBreak/>
        <w:t>2)</w:t>
      </w:r>
      <w:r w:rsidRPr="00A64921">
        <w:rPr>
          <w:rFonts w:asciiTheme="majorHAnsi" w:eastAsia="Aptos" w:hAnsiTheme="majorHAnsi" w:cstheme="majorHAnsi"/>
          <w:b/>
          <w:bCs/>
          <w:kern w:val="2"/>
          <w:szCs w:val="22"/>
          <w:lang w:val="es-CR"/>
          <w14:ligatures w14:val="standardContextual"/>
        </w:rPr>
        <w:tab/>
        <w:t>Cuentas y subcuentas para calcular el capital ajustado para el grupo y conglomerado financiero cuando el supervisor responsable sea SUGESE</w:t>
      </w:r>
    </w:p>
    <w:tbl>
      <w:tblPr>
        <w:tblW w:w="8222" w:type="dxa"/>
        <w:tblInd w:w="1124" w:type="dxa"/>
        <w:tblCellMar>
          <w:left w:w="70" w:type="dxa"/>
          <w:right w:w="70" w:type="dxa"/>
        </w:tblCellMar>
        <w:tblLook w:val="04A0" w:firstRow="1" w:lastRow="0" w:firstColumn="1" w:lastColumn="0" w:noHBand="0" w:noVBand="1"/>
      </w:tblPr>
      <w:tblGrid>
        <w:gridCol w:w="1550"/>
        <w:gridCol w:w="6672"/>
      </w:tblGrid>
      <w:tr w:rsidR="00E35433" w:rsidRPr="00A64921" w14:paraId="72BDB8FA" w14:textId="77777777" w:rsidTr="00E35433">
        <w:trPr>
          <w:trHeight w:val="82"/>
          <w:tblHeader/>
        </w:trPr>
        <w:tc>
          <w:tcPr>
            <w:tcW w:w="1550" w:type="dxa"/>
            <w:tcBorders>
              <w:top w:val="single" w:sz="4" w:space="0" w:color="auto"/>
              <w:left w:val="single" w:sz="8" w:space="0" w:color="auto"/>
              <w:bottom w:val="single" w:sz="4" w:space="0" w:color="auto"/>
              <w:right w:val="single" w:sz="4" w:space="0" w:color="auto"/>
            </w:tcBorders>
            <w:shd w:val="clear" w:color="auto" w:fill="DAE9F7"/>
            <w:vAlign w:val="center"/>
          </w:tcPr>
          <w:p w14:paraId="0EB9DA62" w14:textId="77777777" w:rsidR="00E35433" w:rsidRPr="00A64921" w:rsidRDefault="00E35433" w:rsidP="00A64921">
            <w:pPr>
              <w:widowControl w:val="0"/>
              <w:spacing w:before="0" w:after="0" w:line="276" w:lineRule="auto"/>
              <w:jc w:val="center"/>
              <w:rPr>
                <w:rFonts w:asciiTheme="majorHAnsi" w:eastAsia="Aptos" w:hAnsiTheme="majorHAnsi" w:cstheme="majorHAnsi"/>
                <w:b/>
                <w:bCs/>
                <w:color w:val="000000"/>
                <w:kern w:val="2"/>
                <w:sz w:val="16"/>
                <w:szCs w:val="16"/>
                <w:lang w:val="es-CR" w:eastAsia="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Cuenta contable</w:t>
            </w:r>
          </w:p>
        </w:tc>
        <w:tc>
          <w:tcPr>
            <w:tcW w:w="6672" w:type="dxa"/>
            <w:tcBorders>
              <w:top w:val="single" w:sz="4" w:space="0" w:color="auto"/>
              <w:left w:val="nil"/>
              <w:bottom w:val="single" w:sz="4" w:space="0" w:color="auto"/>
              <w:right w:val="single" w:sz="8" w:space="0" w:color="auto"/>
            </w:tcBorders>
            <w:shd w:val="clear" w:color="auto" w:fill="DAE9F7"/>
            <w:vAlign w:val="center"/>
          </w:tcPr>
          <w:p w14:paraId="0AFBA38B" w14:textId="77777777" w:rsidR="00E35433" w:rsidRPr="00A64921" w:rsidRDefault="00E35433" w:rsidP="00A64921">
            <w:pPr>
              <w:widowControl w:val="0"/>
              <w:spacing w:before="0" w:after="0" w:line="276" w:lineRule="auto"/>
              <w:ind w:left="148"/>
              <w:jc w:val="center"/>
              <w:rPr>
                <w:rFonts w:asciiTheme="majorHAnsi" w:eastAsia="Aptos" w:hAnsiTheme="majorHAnsi" w:cstheme="majorHAnsi"/>
                <w:b/>
                <w:bCs/>
                <w:color w:val="000000"/>
                <w:kern w:val="2"/>
                <w:sz w:val="16"/>
                <w:szCs w:val="16"/>
                <w:lang w:val="es-CR" w:eastAsia="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Descripción</w:t>
            </w:r>
          </w:p>
        </w:tc>
      </w:tr>
      <w:tr w:rsidR="00E35433" w:rsidRPr="00A64921" w14:paraId="5C7C2E0F" w14:textId="77777777" w:rsidTr="00C55BA7">
        <w:trPr>
          <w:trHeight w:val="40"/>
        </w:trPr>
        <w:tc>
          <w:tcPr>
            <w:tcW w:w="1550" w:type="dxa"/>
            <w:tcBorders>
              <w:top w:val="single" w:sz="4" w:space="0" w:color="auto"/>
              <w:left w:val="single" w:sz="8" w:space="0" w:color="auto"/>
              <w:bottom w:val="single" w:sz="4" w:space="0" w:color="auto"/>
              <w:right w:val="single" w:sz="4" w:space="0" w:color="auto"/>
            </w:tcBorders>
            <w:vAlign w:val="center"/>
            <w:hideMark/>
          </w:tcPr>
          <w:p w14:paraId="736E3279"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3.010</w:t>
            </w:r>
          </w:p>
        </w:tc>
        <w:tc>
          <w:tcPr>
            <w:tcW w:w="6672" w:type="dxa"/>
            <w:tcBorders>
              <w:top w:val="single" w:sz="4" w:space="0" w:color="auto"/>
              <w:left w:val="nil"/>
              <w:bottom w:val="single" w:sz="4" w:space="0" w:color="auto"/>
              <w:right w:val="single" w:sz="8" w:space="0" w:color="auto"/>
            </w:tcBorders>
            <w:vAlign w:val="center"/>
            <w:hideMark/>
          </w:tcPr>
          <w:p w14:paraId="65933C46"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Capital social y capital mínimo funcionamiento</w:t>
            </w:r>
          </w:p>
        </w:tc>
      </w:tr>
      <w:tr w:rsidR="00E35433" w:rsidRPr="00A64921" w14:paraId="48F3F125"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22FFCD1E"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3.020</w:t>
            </w:r>
          </w:p>
        </w:tc>
        <w:tc>
          <w:tcPr>
            <w:tcW w:w="6672" w:type="dxa"/>
            <w:tcBorders>
              <w:top w:val="nil"/>
              <w:left w:val="nil"/>
              <w:bottom w:val="single" w:sz="4" w:space="0" w:color="auto"/>
              <w:right w:val="single" w:sz="8" w:space="0" w:color="auto"/>
            </w:tcBorders>
            <w:vAlign w:val="center"/>
            <w:hideMark/>
          </w:tcPr>
          <w:p w14:paraId="4A6CBF4E"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Aportes patrimoniales no capitalizados</w:t>
            </w:r>
          </w:p>
        </w:tc>
      </w:tr>
      <w:tr w:rsidR="00E35433" w:rsidRPr="00A64921" w14:paraId="1B1FA03A" w14:textId="77777777" w:rsidTr="00C55BA7">
        <w:trPr>
          <w:trHeight w:val="40"/>
        </w:trPr>
        <w:tc>
          <w:tcPr>
            <w:tcW w:w="1550" w:type="dxa"/>
            <w:tcBorders>
              <w:top w:val="nil"/>
              <w:left w:val="single" w:sz="8" w:space="0" w:color="auto"/>
              <w:bottom w:val="nil"/>
              <w:right w:val="single" w:sz="4" w:space="0" w:color="auto"/>
            </w:tcBorders>
            <w:vAlign w:val="center"/>
            <w:hideMark/>
          </w:tcPr>
          <w:p w14:paraId="5177022A"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3.030.010.010 +</w:t>
            </w:r>
          </w:p>
        </w:tc>
        <w:tc>
          <w:tcPr>
            <w:tcW w:w="6672" w:type="dxa"/>
            <w:tcBorders>
              <w:top w:val="nil"/>
              <w:left w:val="nil"/>
              <w:bottom w:val="nil"/>
              <w:right w:val="single" w:sz="8" w:space="0" w:color="auto"/>
            </w:tcBorders>
            <w:vAlign w:val="center"/>
            <w:hideMark/>
          </w:tcPr>
          <w:p w14:paraId="5D9AEA69"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Superávit por revaluación de propiedades inmobiliarias</w:t>
            </w:r>
          </w:p>
        </w:tc>
      </w:tr>
      <w:tr w:rsidR="00E35433" w:rsidRPr="00A64921" w14:paraId="0C0689D4" w14:textId="77777777" w:rsidTr="00C55BA7">
        <w:trPr>
          <w:trHeight w:val="50"/>
        </w:trPr>
        <w:tc>
          <w:tcPr>
            <w:tcW w:w="1550" w:type="dxa"/>
            <w:tcBorders>
              <w:top w:val="nil"/>
              <w:left w:val="single" w:sz="8" w:space="0" w:color="auto"/>
              <w:bottom w:val="nil"/>
              <w:right w:val="single" w:sz="4" w:space="0" w:color="auto"/>
            </w:tcBorders>
            <w:vAlign w:val="center"/>
            <w:hideMark/>
          </w:tcPr>
          <w:p w14:paraId="2752A1FF"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3.030.010.060 +</w:t>
            </w:r>
          </w:p>
        </w:tc>
        <w:tc>
          <w:tcPr>
            <w:tcW w:w="6672" w:type="dxa"/>
            <w:tcBorders>
              <w:top w:val="nil"/>
              <w:left w:val="nil"/>
              <w:bottom w:val="nil"/>
              <w:right w:val="single" w:sz="8" w:space="0" w:color="auto"/>
            </w:tcBorders>
            <w:vAlign w:val="center"/>
            <w:hideMark/>
          </w:tcPr>
          <w:p w14:paraId="281D6DB5"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Superávit por revaluación de otros activos</w:t>
            </w:r>
          </w:p>
        </w:tc>
      </w:tr>
      <w:tr w:rsidR="00E35433" w:rsidRPr="00A64921" w14:paraId="263C30D9" w14:textId="77777777" w:rsidTr="00C55BA7">
        <w:trPr>
          <w:trHeight w:val="50"/>
        </w:trPr>
        <w:tc>
          <w:tcPr>
            <w:tcW w:w="1550" w:type="dxa"/>
            <w:tcBorders>
              <w:top w:val="nil"/>
              <w:left w:val="single" w:sz="8" w:space="0" w:color="auto"/>
              <w:right w:val="single" w:sz="4" w:space="0" w:color="auto"/>
            </w:tcBorders>
            <w:vAlign w:val="center"/>
            <w:hideMark/>
          </w:tcPr>
          <w:p w14:paraId="71E25205"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3.030.020</w:t>
            </w:r>
          </w:p>
        </w:tc>
        <w:tc>
          <w:tcPr>
            <w:tcW w:w="6672" w:type="dxa"/>
            <w:tcBorders>
              <w:top w:val="nil"/>
              <w:left w:val="nil"/>
              <w:right w:val="single" w:sz="8" w:space="0" w:color="auto"/>
            </w:tcBorders>
            <w:vAlign w:val="center"/>
            <w:hideMark/>
          </w:tcPr>
          <w:p w14:paraId="12717903"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Ajuste por valuación de participaciones en otras empresas</w:t>
            </w:r>
          </w:p>
        </w:tc>
      </w:tr>
      <w:tr w:rsidR="00E35433" w:rsidRPr="00A64921" w14:paraId="380F0718" w14:textId="77777777" w:rsidTr="00C55BA7">
        <w:trPr>
          <w:trHeight w:val="50"/>
        </w:trPr>
        <w:tc>
          <w:tcPr>
            <w:tcW w:w="1550" w:type="dxa"/>
            <w:tcBorders>
              <w:top w:val="nil"/>
              <w:left w:val="single" w:sz="8" w:space="0" w:color="auto"/>
              <w:bottom w:val="single" w:sz="8" w:space="0" w:color="auto"/>
              <w:right w:val="single" w:sz="8" w:space="0" w:color="auto"/>
            </w:tcBorders>
            <w:noWrap/>
            <w:vAlign w:val="bottom"/>
          </w:tcPr>
          <w:p w14:paraId="6E2AB69E"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eastAsia="es-CR"/>
                <w14:ligatures w14:val="standardContextual"/>
              </w:rPr>
            </w:pPr>
          </w:p>
        </w:tc>
        <w:tc>
          <w:tcPr>
            <w:tcW w:w="6672" w:type="dxa"/>
            <w:tcBorders>
              <w:top w:val="nil"/>
              <w:left w:val="nil"/>
              <w:bottom w:val="single" w:sz="8" w:space="0" w:color="auto"/>
              <w:right w:val="single" w:sz="8" w:space="0" w:color="auto"/>
            </w:tcBorders>
            <w:vAlign w:val="center"/>
            <w:hideMark/>
          </w:tcPr>
          <w:p w14:paraId="77ACB7AB"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(La suma de las tres cuentas hasta un máximo del 20% del capital ajustado).</w:t>
            </w:r>
          </w:p>
        </w:tc>
      </w:tr>
      <w:tr w:rsidR="00E35433" w:rsidRPr="00A64921" w14:paraId="19046F5E" w14:textId="77777777" w:rsidTr="00C55BA7">
        <w:trPr>
          <w:trHeight w:val="136"/>
        </w:trPr>
        <w:tc>
          <w:tcPr>
            <w:tcW w:w="1550" w:type="dxa"/>
            <w:tcBorders>
              <w:top w:val="single" w:sz="4" w:space="0" w:color="auto"/>
              <w:left w:val="single" w:sz="8" w:space="0" w:color="auto"/>
              <w:bottom w:val="single" w:sz="4" w:space="0" w:color="auto"/>
              <w:right w:val="single" w:sz="4" w:space="0" w:color="auto"/>
            </w:tcBorders>
            <w:vAlign w:val="center"/>
            <w:hideMark/>
          </w:tcPr>
          <w:p w14:paraId="338FF3D1"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3.030.010.020</w:t>
            </w:r>
          </w:p>
        </w:tc>
        <w:tc>
          <w:tcPr>
            <w:tcW w:w="6672" w:type="dxa"/>
            <w:tcBorders>
              <w:top w:val="single" w:sz="4" w:space="0" w:color="auto"/>
              <w:left w:val="nil"/>
              <w:bottom w:val="single" w:sz="4" w:space="0" w:color="auto"/>
              <w:right w:val="single" w:sz="8" w:space="0" w:color="auto"/>
            </w:tcBorders>
            <w:vAlign w:val="center"/>
            <w:hideMark/>
          </w:tcPr>
          <w:p w14:paraId="3489796F"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Ajuste por deterioro y por valuación de inversiones al valor razonable con cambios en otro resultado integral cuando su saldo sea deudor</w:t>
            </w:r>
          </w:p>
        </w:tc>
      </w:tr>
      <w:tr w:rsidR="00E35433" w:rsidRPr="00A64921" w14:paraId="3A22BC8E"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5A312D08"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3.030.010.030</w:t>
            </w:r>
          </w:p>
        </w:tc>
        <w:tc>
          <w:tcPr>
            <w:tcW w:w="6672" w:type="dxa"/>
            <w:tcBorders>
              <w:top w:val="nil"/>
              <w:left w:val="nil"/>
              <w:bottom w:val="single" w:sz="4" w:space="0" w:color="auto"/>
              <w:right w:val="single" w:sz="8" w:space="0" w:color="auto"/>
            </w:tcBorders>
            <w:vAlign w:val="center"/>
            <w:hideMark/>
          </w:tcPr>
          <w:p w14:paraId="2B997B7A"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Ajuste por deterioro y por valuación de inversiones en respaldo de la reserva de liquidez, cuando el saldo sea deudor.</w:t>
            </w:r>
          </w:p>
        </w:tc>
      </w:tr>
      <w:tr w:rsidR="00E35433" w:rsidRPr="00A64921" w14:paraId="721431A3"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61A86721"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3.030.010.040</w:t>
            </w:r>
          </w:p>
        </w:tc>
        <w:tc>
          <w:tcPr>
            <w:tcW w:w="6672" w:type="dxa"/>
            <w:tcBorders>
              <w:top w:val="nil"/>
              <w:left w:val="nil"/>
              <w:bottom w:val="single" w:sz="4" w:space="0" w:color="auto"/>
              <w:right w:val="single" w:sz="8" w:space="0" w:color="auto"/>
            </w:tcBorders>
            <w:vAlign w:val="center"/>
            <w:hideMark/>
          </w:tcPr>
          <w:p w14:paraId="14894B23"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Ajuste por deterioro y valuación de instrumentos financieros restringidos, cuando el saldo sea deudor.</w:t>
            </w:r>
          </w:p>
        </w:tc>
      </w:tr>
      <w:tr w:rsidR="00E35433" w:rsidRPr="00A64921" w14:paraId="422D5AC6" w14:textId="77777777" w:rsidTr="00C55BA7">
        <w:trPr>
          <w:trHeight w:val="149"/>
        </w:trPr>
        <w:tc>
          <w:tcPr>
            <w:tcW w:w="1550" w:type="dxa"/>
            <w:tcBorders>
              <w:top w:val="nil"/>
              <w:left w:val="single" w:sz="8" w:space="0" w:color="auto"/>
              <w:bottom w:val="single" w:sz="4" w:space="0" w:color="auto"/>
              <w:right w:val="single" w:sz="4" w:space="0" w:color="auto"/>
            </w:tcBorders>
            <w:vAlign w:val="center"/>
            <w:hideMark/>
          </w:tcPr>
          <w:p w14:paraId="0BC135B3"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3.030.010.050</w:t>
            </w:r>
          </w:p>
        </w:tc>
        <w:tc>
          <w:tcPr>
            <w:tcW w:w="6672" w:type="dxa"/>
            <w:tcBorders>
              <w:top w:val="nil"/>
              <w:left w:val="nil"/>
              <w:bottom w:val="single" w:sz="4" w:space="0" w:color="auto"/>
              <w:right w:val="single" w:sz="8" w:space="0" w:color="auto"/>
            </w:tcBorders>
            <w:vAlign w:val="center"/>
            <w:hideMark/>
          </w:tcPr>
          <w:p w14:paraId="0E35D4B2"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Ajuste por deterioro y valuación de instrumentos financieros en cesación de pagos, morosos o en litigio, cuando el saldo sea deudor</w:t>
            </w:r>
          </w:p>
        </w:tc>
      </w:tr>
      <w:tr w:rsidR="00E35433" w:rsidRPr="00A64921" w14:paraId="34B526F5"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61003AEA"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3.030.010.070</w:t>
            </w:r>
          </w:p>
        </w:tc>
        <w:tc>
          <w:tcPr>
            <w:tcW w:w="6672" w:type="dxa"/>
            <w:tcBorders>
              <w:top w:val="nil"/>
              <w:left w:val="nil"/>
              <w:bottom w:val="single" w:sz="4" w:space="0" w:color="auto"/>
              <w:right w:val="single" w:sz="8" w:space="0" w:color="auto"/>
            </w:tcBorders>
            <w:vAlign w:val="center"/>
            <w:hideMark/>
          </w:tcPr>
          <w:p w14:paraId="60E10CCE"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Ajuste por valoración de instrumentos derivados, cuando el saldo sea deudor</w:t>
            </w:r>
          </w:p>
        </w:tc>
      </w:tr>
      <w:tr w:rsidR="00E35433" w:rsidRPr="00A64921" w14:paraId="21313C75"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24A462F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3.030.010.080</w:t>
            </w:r>
          </w:p>
        </w:tc>
        <w:tc>
          <w:tcPr>
            <w:tcW w:w="6672" w:type="dxa"/>
            <w:tcBorders>
              <w:top w:val="nil"/>
              <w:left w:val="nil"/>
              <w:bottom w:val="single" w:sz="4" w:space="0" w:color="auto"/>
              <w:right w:val="single" w:sz="8" w:space="0" w:color="auto"/>
            </w:tcBorders>
            <w:vAlign w:val="center"/>
            <w:hideMark/>
          </w:tcPr>
          <w:p w14:paraId="51756F07"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Ajuste por valoración de obligaciones de entregar títulos en reportos y préstamos de valores, cuando el saldo sea deudor</w:t>
            </w:r>
          </w:p>
        </w:tc>
      </w:tr>
      <w:tr w:rsidR="00E35433" w:rsidRPr="00A64921" w14:paraId="5BF6C2FA"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78E910F8"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3.030.030</w:t>
            </w:r>
          </w:p>
        </w:tc>
        <w:tc>
          <w:tcPr>
            <w:tcW w:w="6672" w:type="dxa"/>
            <w:tcBorders>
              <w:top w:val="nil"/>
              <w:left w:val="nil"/>
              <w:bottom w:val="single" w:sz="4" w:space="0" w:color="auto"/>
              <w:right w:val="single" w:sz="8" w:space="0" w:color="auto"/>
            </w:tcBorders>
            <w:vAlign w:val="center"/>
            <w:hideMark/>
          </w:tcPr>
          <w:p w14:paraId="203CEA57"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Ajuste por conversión de estados financieros</w:t>
            </w:r>
          </w:p>
        </w:tc>
      </w:tr>
      <w:tr w:rsidR="00E35433" w:rsidRPr="00A64921" w14:paraId="0D16A98F"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24A2D394"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3.040.010</w:t>
            </w:r>
          </w:p>
        </w:tc>
        <w:tc>
          <w:tcPr>
            <w:tcW w:w="6672" w:type="dxa"/>
            <w:tcBorders>
              <w:top w:val="nil"/>
              <w:left w:val="nil"/>
              <w:bottom w:val="single" w:sz="4" w:space="0" w:color="auto"/>
              <w:right w:val="single" w:sz="8" w:space="0" w:color="auto"/>
            </w:tcBorders>
            <w:vAlign w:val="center"/>
            <w:hideMark/>
          </w:tcPr>
          <w:p w14:paraId="159B97AE"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Reserva legal</w:t>
            </w:r>
          </w:p>
        </w:tc>
      </w:tr>
      <w:tr w:rsidR="00E35433" w:rsidRPr="00A64921" w14:paraId="30D47522" w14:textId="77777777" w:rsidTr="00C55BA7">
        <w:trPr>
          <w:trHeight w:val="58"/>
        </w:trPr>
        <w:tc>
          <w:tcPr>
            <w:tcW w:w="1550" w:type="dxa"/>
            <w:tcBorders>
              <w:top w:val="single" w:sz="4" w:space="0" w:color="auto"/>
              <w:left w:val="single" w:sz="8" w:space="0" w:color="auto"/>
              <w:bottom w:val="single" w:sz="4" w:space="0" w:color="auto"/>
              <w:right w:val="single" w:sz="4" w:space="0" w:color="auto"/>
            </w:tcBorders>
            <w:vAlign w:val="center"/>
            <w:hideMark/>
          </w:tcPr>
          <w:p w14:paraId="39738108"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3.050</w:t>
            </w:r>
          </w:p>
        </w:tc>
        <w:tc>
          <w:tcPr>
            <w:tcW w:w="6672" w:type="dxa"/>
            <w:tcBorders>
              <w:top w:val="nil"/>
              <w:left w:val="nil"/>
              <w:bottom w:val="single" w:sz="4" w:space="0" w:color="000000"/>
              <w:right w:val="single" w:sz="8" w:space="0" w:color="000000"/>
            </w:tcBorders>
            <w:vAlign w:val="center"/>
            <w:hideMark/>
          </w:tcPr>
          <w:p w14:paraId="1F29DE95"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Resultados acumulados de ejercicios anteriores</w:t>
            </w:r>
          </w:p>
          <w:p w14:paraId="244CC955"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(Cuando su saldo sea deudor, o hasta el monto de la cuenta 3 050 010 020 “Utilidades de ejercicios anteriores afectadas para capitalizar”, cuando su saldo sea acreedor).</w:t>
            </w:r>
          </w:p>
        </w:tc>
      </w:tr>
      <w:tr w:rsidR="00E35433" w:rsidRPr="00A64921" w14:paraId="3A1EADC5" w14:textId="77777777" w:rsidTr="00C55BA7">
        <w:trPr>
          <w:trHeight w:val="40"/>
        </w:trPr>
        <w:tc>
          <w:tcPr>
            <w:tcW w:w="1550" w:type="dxa"/>
            <w:tcBorders>
              <w:top w:val="single" w:sz="4" w:space="0" w:color="auto"/>
              <w:left w:val="single" w:sz="8" w:space="0" w:color="auto"/>
              <w:bottom w:val="single" w:sz="4" w:space="0" w:color="auto"/>
              <w:right w:val="single" w:sz="4" w:space="0" w:color="auto"/>
            </w:tcBorders>
            <w:vAlign w:val="center"/>
            <w:hideMark/>
          </w:tcPr>
          <w:p w14:paraId="619E561E"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3.060</w:t>
            </w:r>
          </w:p>
        </w:tc>
        <w:tc>
          <w:tcPr>
            <w:tcW w:w="6672" w:type="dxa"/>
            <w:tcBorders>
              <w:top w:val="nil"/>
              <w:left w:val="nil"/>
              <w:bottom w:val="single" w:sz="4" w:space="0" w:color="auto"/>
              <w:right w:val="single" w:sz="8" w:space="0" w:color="auto"/>
            </w:tcBorders>
            <w:vAlign w:val="center"/>
            <w:hideMark/>
          </w:tcPr>
          <w:p w14:paraId="125AA2A7"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Resultado del período, solo cuando su saldo sea deudor</w:t>
            </w:r>
          </w:p>
        </w:tc>
      </w:tr>
      <w:tr w:rsidR="00E35433" w:rsidRPr="00A64921" w14:paraId="1AF52DAC"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45FD34E2"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3.080</w:t>
            </w:r>
          </w:p>
        </w:tc>
        <w:tc>
          <w:tcPr>
            <w:tcW w:w="6672" w:type="dxa"/>
            <w:tcBorders>
              <w:top w:val="nil"/>
              <w:left w:val="nil"/>
              <w:bottom w:val="single" w:sz="4" w:space="0" w:color="auto"/>
              <w:right w:val="single" w:sz="8" w:space="0" w:color="auto"/>
            </w:tcBorders>
            <w:vAlign w:val="center"/>
            <w:hideMark/>
          </w:tcPr>
          <w:p w14:paraId="1DE2A589"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Aportes patrimoniales en fondos o reservas especiales</w:t>
            </w:r>
          </w:p>
        </w:tc>
      </w:tr>
      <w:tr w:rsidR="00E35433" w:rsidRPr="00A64921" w14:paraId="121F44B0"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4AE5DC1A"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5.000 – 4.000</w:t>
            </w:r>
          </w:p>
        </w:tc>
        <w:tc>
          <w:tcPr>
            <w:tcW w:w="6672" w:type="dxa"/>
            <w:tcBorders>
              <w:top w:val="nil"/>
              <w:left w:val="nil"/>
              <w:bottom w:val="single" w:sz="4" w:space="0" w:color="auto"/>
              <w:right w:val="single" w:sz="8" w:space="0" w:color="auto"/>
            </w:tcBorders>
            <w:vAlign w:val="center"/>
            <w:hideMark/>
          </w:tcPr>
          <w:p w14:paraId="6F39A942"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 xml:space="preserve">Resultado de las cuentas 5000 “Ingresos” menos las 4000 “Gastos”; cuando el resultado sea negativo </w:t>
            </w:r>
          </w:p>
        </w:tc>
      </w:tr>
      <w:tr w:rsidR="00E35433" w:rsidRPr="00A64921" w14:paraId="43433739" w14:textId="77777777" w:rsidTr="00C55BA7">
        <w:trPr>
          <w:trHeight w:val="40"/>
        </w:trPr>
        <w:tc>
          <w:tcPr>
            <w:tcW w:w="1550" w:type="dxa"/>
            <w:tcBorders>
              <w:top w:val="nil"/>
              <w:left w:val="single" w:sz="8" w:space="0" w:color="auto"/>
              <w:bottom w:val="single" w:sz="4" w:space="0" w:color="auto"/>
              <w:right w:val="single" w:sz="4" w:space="0" w:color="auto"/>
            </w:tcBorders>
            <w:vAlign w:val="center"/>
            <w:hideMark/>
          </w:tcPr>
          <w:p w14:paraId="549AC33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3.070</w:t>
            </w:r>
          </w:p>
        </w:tc>
        <w:tc>
          <w:tcPr>
            <w:tcW w:w="6672" w:type="dxa"/>
            <w:tcBorders>
              <w:top w:val="nil"/>
              <w:left w:val="nil"/>
              <w:bottom w:val="single" w:sz="4" w:space="0" w:color="auto"/>
              <w:right w:val="single" w:sz="8" w:space="0" w:color="auto"/>
            </w:tcBorders>
            <w:vAlign w:val="center"/>
            <w:hideMark/>
          </w:tcPr>
          <w:p w14:paraId="5040066C" w14:textId="77777777" w:rsidR="00E35433" w:rsidRPr="00A64921" w:rsidRDefault="00E35433" w:rsidP="00A64921">
            <w:pPr>
              <w:widowControl w:val="0"/>
              <w:spacing w:before="0" w:after="0" w:line="276" w:lineRule="auto"/>
              <w:ind w:left="148"/>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 xml:space="preserve">Participaciones no controladoras </w:t>
            </w:r>
            <w:r w:rsidRPr="00A64921">
              <w:rPr>
                <w:rFonts w:asciiTheme="majorHAnsi" w:eastAsia="Aptos" w:hAnsiTheme="majorHAnsi" w:cstheme="majorHAnsi"/>
                <w:color w:val="000000"/>
                <w:kern w:val="2"/>
                <w:sz w:val="16"/>
                <w:szCs w:val="16"/>
                <w:vertAlign w:val="superscript"/>
                <w:lang w:val="es-CR" w:eastAsia="es-CR"/>
                <w14:ligatures w14:val="standardContextual"/>
              </w:rPr>
              <w:t>(1)</w:t>
            </w:r>
          </w:p>
        </w:tc>
      </w:tr>
    </w:tbl>
    <w:p w14:paraId="04AA6552" w14:textId="77777777" w:rsidR="00E35433" w:rsidRPr="00A64921" w:rsidRDefault="00E35433" w:rsidP="00E35433">
      <w:pPr>
        <w:spacing w:before="0" w:after="0" w:line="240" w:lineRule="auto"/>
        <w:ind w:left="1418" w:hanging="284"/>
        <w:rPr>
          <w:rFonts w:asciiTheme="majorHAnsi" w:eastAsia="Aptos" w:hAnsiTheme="majorHAnsi" w:cstheme="majorHAnsi"/>
          <w:kern w:val="2"/>
          <w:sz w:val="14"/>
          <w:szCs w:val="14"/>
          <w:lang w:val="es-CR"/>
          <w14:ligatures w14:val="standardContextual"/>
        </w:rPr>
      </w:pPr>
      <w:r w:rsidRPr="00A64921">
        <w:rPr>
          <w:rFonts w:asciiTheme="majorHAnsi" w:eastAsia="Aptos" w:hAnsiTheme="majorHAnsi" w:cstheme="majorHAnsi"/>
          <w:kern w:val="2"/>
          <w:sz w:val="14"/>
          <w:szCs w:val="14"/>
          <w:lang w:val="es-CR"/>
          <w14:ligatures w14:val="standardContextual"/>
        </w:rPr>
        <w:t>(1)</w:t>
      </w:r>
      <w:r w:rsidRPr="00A64921">
        <w:rPr>
          <w:rFonts w:asciiTheme="majorHAnsi" w:eastAsia="Aptos" w:hAnsiTheme="majorHAnsi" w:cstheme="majorHAnsi"/>
          <w:kern w:val="2"/>
          <w:sz w:val="14"/>
          <w:szCs w:val="14"/>
          <w:lang w:val="es-CR"/>
          <w14:ligatures w14:val="standardContextual"/>
        </w:rPr>
        <w:tab/>
        <w:t xml:space="preserve">Únicamente la porción de las participaciones no controladoras que se origina en partidas patrimoniales de naturaleza similar a las indicadas en la sección A de este anexo, correspondientes a las entidades o empresas integrantes del grupo o conglomerado financiero en las cuales su entidad controladora participa en menos de un 100% en su capital social. </w:t>
      </w:r>
    </w:p>
    <w:p w14:paraId="17FDA593" w14:textId="77777777" w:rsidR="00E35433" w:rsidRPr="00A64921" w:rsidRDefault="00E35433" w:rsidP="00E35433">
      <w:pPr>
        <w:spacing w:after="120" w:line="240" w:lineRule="auto"/>
        <w:ind w:left="1134" w:hanging="567"/>
        <w:rPr>
          <w:rFonts w:asciiTheme="majorHAnsi" w:eastAsia="Aptos" w:hAnsiTheme="majorHAnsi" w:cstheme="majorHAnsi"/>
          <w:b/>
          <w:bCs/>
          <w:kern w:val="2"/>
          <w:szCs w:val="22"/>
          <w:lang w:val="es-CR"/>
          <w14:ligatures w14:val="standardContextual"/>
        </w:rPr>
      </w:pPr>
      <w:bookmarkStart w:id="1" w:name="_Toc187133743"/>
      <w:r w:rsidRPr="00A64921">
        <w:rPr>
          <w:rFonts w:asciiTheme="majorHAnsi" w:eastAsia="Aptos" w:hAnsiTheme="majorHAnsi" w:cstheme="majorHAnsi"/>
          <w:b/>
          <w:bCs/>
          <w:kern w:val="2"/>
          <w:szCs w:val="22"/>
          <w:lang w:val="es-CR"/>
          <w14:ligatures w14:val="standardContextual"/>
        </w:rPr>
        <w:t>B)</w:t>
      </w:r>
      <w:r w:rsidRPr="00A64921">
        <w:rPr>
          <w:rFonts w:asciiTheme="majorHAnsi" w:eastAsia="Aptos" w:hAnsiTheme="majorHAnsi" w:cstheme="majorHAnsi"/>
          <w:b/>
          <w:bCs/>
          <w:kern w:val="2"/>
          <w:szCs w:val="22"/>
          <w:lang w:val="es-CR"/>
          <w14:ligatures w14:val="standardContextual"/>
        </w:rPr>
        <w:tab/>
        <w:t>OPERACIONES ACTIVAS, DIRECTAS E INDIRECTAS, SUJETAS A LÍMITES DE CRÉDITO</w:t>
      </w:r>
    </w:p>
    <w:bookmarkEnd w:id="1"/>
    <w:p w14:paraId="78C5C760" w14:textId="77777777" w:rsidR="00E35433" w:rsidRPr="00A64921" w:rsidRDefault="00E35433" w:rsidP="00E35433">
      <w:pPr>
        <w:spacing w:after="120" w:line="240" w:lineRule="auto"/>
        <w:ind w:left="1701"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1)</w:t>
      </w:r>
      <w:r w:rsidRPr="00A64921">
        <w:rPr>
          <w:rFonts w:asciiTheme="majorHAnsi" w:eastAsia="Aptos" w:hAnsiTheme="majorHAnsi" w:cstheme="majorHAnsi"/>
          <w:b/>
          <w:bCs/>
          <w:kern w:val="2"/>
          <w:szCs w:val="22"/>
          <w:lang w:val="es-CR"/>
          <w14:ligatures w14:val="standardContextual"/>
        </w:rPr>
        <w:tab/>
        <w:t>Para el grupo y conglomerado financiero cuando el supervisor responsable sea SUGEF, SUGEVAL o SUPEN</w:t>
      </w:r>
    </w:p>
    <w:p w14:paraId="567E98F2" w14:textId="77777777" w:rsidR="00E35433" w:rsidRPr="00A64921" w:rsidRDefault="00E35433" w:rsidP="00E35433">
      <w:pPr>
        <w:spacing w:before="0" w:after="120" w:line="240" w:lineRule="auto"/>
        <w:ind w:left="1134"/>
        <w:rPr>
          <w:rFonts w:asciiTheme="majorHAnsi" w:hAnsiTheme="majorHAnsi" w:cstheme="majorHAnsi"/>
          <w:szCs w:val="22"/>
          <w:lang w:val="es-CR" w:eastAsia="es-CR"/>
        </w:rPr>
      </w:pPr>
      <w:r w:rsidRPr="00A64921">
        <w:rPr>
          <w:rFonts w:asciiTheme="majorHAnsi" w:hAnsiTheme="majorHAnsi" w:cstheme="majorHAnsi"/>
          <w:szCs w:val="22"/>
          <w:lang w:val="es-CR" w:eastAsia="es-CR"/>
        </w:rPr>
        <w:lastRenderedPageBreak/>
        <w:t xml:space="preserve">Detalle de las cuentas, subcuentas o cuentas analíticas de la operación activa, directa e indirecta de conformidad con la codificación del Anexo 1 del </w:t>
      </w:r>
      <w:r w:rsidRPr="00A64921">
        <w:rPr>
          <w:rFonts w:asciiTheme="majorHAnsi" w:hAnsiTheme="majorHAnsi" w:cstheme="majorHAnsi"/>
          <w:i/>
          <w:iCs/>
          <w:szCs w:val="22"/>
          <w:lang w:val="es-CR" w:eastAsia="es-CR"/>
        </w:rPr>
        <w:t>Reglamento de Información Financiera</w:t>
      </w:r>
      <w:r w:rsidRPr="00A64921">
        <w:rPr>
          <w:rFonts w:asciiTheme="majorHAnsi" w:hAnsiTheme="majorHAnsi" w:cstheme="majorHAnsi"/>
          <w:szCs w:val="22"/>
          <w:lang w:val="es-CR" w:eastAsia="es-CR"/>
        </w:rPr>
        <w:t>, para efectos del cálculo de límites.</w:t>
      </w:r>
    </w:p>
    <w:p w14:paraId="51BE6B7B" w14:textId="77777777" w:rsidR="00E35433" w:rsidRPr="00A64921" w:rsidRDefault="00E35433" w:rsidP="00E35433">
      <w:pPr>
        <w:spacing w:after="120" w:line="240" w:lineRule="auto"/>
        <w:ind w:left="2268" w:hanging="567"/>
        <w:rPr>
          <w:rFonts w:asciiTheme="majorHAnsi" w:hAnsiTheme="majorHAnsi" w:cstheme="majorHAnsi"/>
          <w:sz w:val="20"/>
          <w:szCs w:val="20"/>
          <w:lang w:val="es-CR" w:eastAsia="es-CR"/>
        </w:rPr>
      </w:pPr>
      <w:r w:rsidRPr="00A64921">
        <w:rPr>
          <w:rFonts w:asciiTheme="majorHAnsi" w:hAnsiTheme="majorHAnsi" w:cstheme="majorHAnsi"/>
          <w:sz w:val="20"/>
          <w:szCs w:val="20"/>
          <w:lang w:val="es-CR" w:eastAsia="es-CR"/>
        </w:rPr>
        <w:t>a)</w:t>
      </w:r>
      <w:r w:rsidRPr="00A64921">
        <w:rPr>
          <w:rFonts w:asciiTheme="majorHAnsi" w:hAnsiTheme="majorHAnsi" w:cstheme="majorHAnsi"/>
          <w:sz w:val="20"/>
          <w:szCs w:val="20"/>
          <w:lang w:val="es-CR" w:eastAsia="es-CR"/>
        </w:rPr>
        <w:tab/>
        <w:t>INVERSIONES EN VALORES</w:t>
      </w:r>
    </w:p>
    <w:tbl>
      <w:tblPr>
        <w:tblW w:w="4401" w:type="pct"/>
        <w:tblInd w:w="1124" w:type="dxa"/>
        <w:tblCellMar>
          <w:left w:w="70" w:type="dxa"/>
          <w:right w:w="70" w:type="dxa"/>
        </w:tblCellMar>
        <w:tblLook w:val="04A0" w:firstRow="1" w:lastRow="0" w:firstColumn="1" w:lastColumn="0" w:noHBand="0" w:noVBand="1"/>
      </w:tblPr>
      <w:tblGrid>
        <w:gridCol w:w="1597"/>
        <w:gridCol w:w="6165"/>
      </w:tblGrid>
      <w:tr w:rsidR="00E35433" w:rsidRPr="00A64921" w14:paraId="18698B2D" w14:textId="77777777" w:rsidTr="00E35433">
        <w:trPr>
          <w:trHeight w:val="30"/>
          <w:tblHeader/>
        </w:trPr>
        <w:tc>
          <w:tcPr>
            <w:tcW w:w="1029" w:type="pct"/>
            <w:tcBorders>
              <w:top w:val="single" w:sz="8" w:space="0" w:color="000000"/>
              <w:left w:val="single" w:sz="8" w:space="0" w:color="000000"/>
              <w:bottom w:val="single" w:sz="8" w:space="0" w:color="000000"/>
              <w:right w:val="single" w:sz="8" w:space="0" w:color="000000"/>
            </w:tcBorders>
            <w:shd w:val="clear" w:color="auto" w:fill="DAE9F7"/>
            <w:vAlign w:val="center"/>
          </w:tcPr>
          <w:p w14:paraId="112E3949" w14:textId="77777777" w:rsidR="00E35433" w:rsidRPr="00A64921" w:rsidRDefault="00E35433" w:rsidP="00A64921">
            <w:pPr>
              <w:widowControl w:val="0"/>
              <w:spacing w:before="0" w:after="0" w:line="276" w:lineRule="auto"/>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Cuenta contable</w:t>
            </w:r>
          </w:p>
        </w:tc>
        <w:tc>
          <w:tcPr>
            <w:tcW w:w="3971" w:type="pct"/>
            <w:tcBorders>
              <w:top w:val="single" w:sz="8" w:space="0" w:color="000000"/>
              <w:left w:val="nil"/>
              <w:bottom w:val="single" w:sz="8" w:space="0" w:color="000000"/>
              <w:right w:val="single" w:sz="8" w:space="0" w:color="000000"/>
            </w:tcBorders>
            <w:shd w:val="clear" w:color="auto" w:fill="DAE9F7"/>
            <w:vAlign w:val="center"/>
          </w:tcPr>
          <w:p w14:paraId="355852B4" w14:textId="77777777" w:rsidR="00E35433" w:rsidRPr="00A64921" w:rsidRDefault="00E35433" w:rsidP="00A64921">
            <w:pPr>
              <w:widowControl w:val="0"/>
              <w:spacing w:before="0" w:after="0" w:line="276" w:lineRule="auto"/>
              <w:ind w:left="-64"/>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Descripción</w:t>
            </w:r>
          </w:p>
        </w:tc>
      </w:tr>
      <w:tr w:rsidR="00E35433" w:rsidRPr="00A64921" w14:paraId="13DCE4E4" w14:textId="77777777" w:rsidTr="00C55BA7">
        <w:trPr>
          <w:trHeight w:val="174"/>
        </w:trPr>
        <w:tc>
          <w:tcPr>
            <w:tcW w:w="1029" w:type="pct"/>
            <w:tcBorders>
              <w:top w:val="single" w:sz="8" w:space="0" w:color="000000"/>
              <w:left w:val="single" w:sz="8" w:space="0" w:color="000000"/>
              <w:bottom w:val="single" w:sz="8" w:space="0" w:color="000000"/>
              <w:right w:val="single" w:sz="8" w:space="0" w:color="000000"/>
            </w:tcBorders>
            <w:vAlign w:val="center"/>
            <w:hideMark/>
          </w:tcPr>
          <w:p w14:paraId="240CF146"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121</w:t>
            </w:r>
            <w:r w:rsidRPr="00A64921">
              <w:rPr>
                <w:rFonts w:asciiTheme="majorHAnsi" w:eastAsia="Aptos" w:hAnsiTheme="majorHAnsi" w:cstheme="majorHAnsi"/>
                <w:kern w:val="2"/>
                <w:sz w:val="16"/>
                <w:szCs w:val="16"/>
                <w:lang w:val="es-CR"/>
                <w14:ligatures w14:val="standardContextual"/>
              </w:rPr>
              <w:t>00000</w:t>
            </w:r>
          </w:p>
        </w:tc>
        <w:tc>
          <w:tcPr>
            <w:tcW w:w="3971" w:type="pct"/>
            <w:tcBorders>
              <w:top w:val="single" w:sz="8" w:space="0" w:color="000000"/>
              <w:left w:val="nil"/>
              <w:bottom w:val="single" w:sz="8" w:space="0" w:color="000000"/>
              <w:right w:val="single" w:sz="8" w:space="0" w:color="000000"/>
            </w:tcBorders>
            <w:vAlign w:val="center"/>
            <w:hideMark/>
          </w:tcPr>
          <w:p w14:paraId="1F90DF8D"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Inversiones al valor razonable con cambios resultados </w:t>
            </w:r>
          </w:p>
        </w:tc>
      </w:tr>
      <w:tr w:rsidR="00E35433" w:rsidRPr="00A64921" w14:paraId="33016DC9" w14:textId="77777777" w:rsidTr="00C55BA7">
        <w:trPr>
          <w:trHeight w:val="70"/>
        </w:trPr>
        <w:tc>
          <w:tcPr>
            <w:tcW w:w="1029" w:type="pct"/>
            <w:tcBorders>
              <w:top w:val="nil"/>
              <w:left w:val="single" w:sz="8" w:space="0" w:color="000000"/>
              <w:bottom w:val="single" w:sz="8" w:space="0" w:color="000000"/>
              <w:right w:val="single" w:sz="8" w:space="0" w:color="000000"/>
            </w:tcBorders>
            <w:vAlign w:val="center"/>
            <w:hideMark/>
          </w:tcPr>
          <w:p w14:paraId="1C45A8F1"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12101000</w:t>
            </w:r>
          </w:p>
        </w:tc>
        <w:tc>
          <w:tcPr>
            <w:tcW w:w="3971" w:type="pct"/>
            <w:tcBorders>
              <w:top w:val="nil"/>
              <w:left w:val="nil"/>
              <w:bottom w:val="single" w:sz="8" w:space="0" w:color="000000"/>
              <w:right w:val="single" w:sz="8" w:space="0" w:color="000000"/>
            </w:tcBorders>
            <w:vAlign w:val="center"/>
            <w:hideMark/>
          </w:tcPr>
          <w:p w14:paraId="376EDC2D"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Instrumentos Financieros del BCCR</w:t>
            </w:r>
          </w:p>
        </w:tc>
      </w:tr>
      <w:tr w:rsidR="00E35433" w:rsidRPr="00A64921" w14:paraId="5DE8A3E9"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58DD7DC7"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12102000</w:t>
            </w:r>
          </w:p>
        </w:tc>
        <w:tc>
          <w:tcPr>
            <w:tcW w:w="3971" w:type="pct"/>
            <w:tcBorders>
              <w:top w:val="nil"/>
              <w:left w:val="nil"/>
              <w:bottom w:val="single" w:sz="8" w:space="0" w:color="000000"/>
              <w:right w:val="single" w:sz="8" w:space="0" w:color="000000"/>
            </w:tcBorders>
            <w:vAlign w:val="center"/>
            <w:hideMark/>
          </w:tcPr>
          <w:p w14:paraId="442F1941"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Instrumentos Financieros del Sector Público no Financiero del país</w:t>
            </w:r>
          </w:p>
        </w:tc>
      </w:tr>
      <w:tr w:rsidR="00E35433" w:rsidRPr="00A64921" w14:paraId="0E1382C1"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40E4FE8E"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122</w:t>
            </w:r>
            <w:r w:rsidRPr="00A64921">
              <w:rPr>
                <w:rFonts w:asciiTheme="majorHAnsi" w:eastAsia="Aptos" w:hAnsiTheme="majorHAnsi" w:cstheme="majorHAnsi"/>
                <w:kern w:val="2"/>
                <w:sz w:val="16"/>
                <w:szCs w:val="16"/>
                <w:lang w:val="es-CR"/>
                <w14:ligatures w14:val="standardContextual"/>
              </w:rPr>
              <w:t>00000</w:t>
            </w:r>
          </w:p>
        </w:tc>
        <w:tc>
          <w:tcPr>
            <w:tcW w:w="3971" w:type="pct"/>
            <w:tcBorders>
              <w:top w:val="nil"/>
              <w:left w:val="nil"/>
              <w:bottom w:val="single" w:sz="8" w:space="0" w:color="000000"/>
              <w:right w:val="single" w:sz="8" w:space="0" w:color="000000"/>
            </w:tcBorders>
            <w:vAlign w:val="center"/>
            <w:hideMark/>
          </w:tcPr>
          <w:p w14:paraId="2C06706B"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Inversiones al valor razonable con cambios en otro resultado integral</w:t>
            </w:r>
          </w:p>
        </w:tc>
      </w:tr>
      <w:tr w:rsidR="00E35433" w:rsidRPr="00A64921" w14:paraId="1CB08DF8"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1D8BDD56"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12201000</w:t>
            </w:r>
          </w:p>
        </w:tc>
        <w:tc>
          <w:tcPr>
            <w:tcW w:w="3971" w:type="pct"/>
            <w:tcBorders>
              <w:top w:val="nil"/>
              <w:left w:val="nil"/>
              <w:bottom w:val="single" w:sz="8" w:space="0" w:color="000000"/>
              <w:right w:val="single" w:sz="8" w:space="0" w:color="000000"/>
            </w:tcBorders>
            <w:vAlign w:val="center"/>
            <w:hideMark/>
          </w:tcPr>
          <w:p w14:paraId="19B70110"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Instrumentos Financieros del BCCR - Recursos propios</w:t>
            </w:r>
          </w:p>
        </w:tc>
      </w:tr>
      <w:tr w:rsidR="00E35433" w:rsidRPr="00A64921" w14:paraId="4B3A5B1F"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3C431DB0"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12202000</w:t>
            </w:r>
          </w:p>
        </w:tc>
        <w:tc>
          <w:tcPr>
            <w:tcW w:w="3971" w:type="pct"/>
            <w:tcBorders>
              <w:top w:val="nil"/>
              <w:left w:val="nil"/>
              <w:bottom w:val="single" w:sz="8" w:space="0" w:color="000000"/>
              <w:right w:val="single" w:sz="8" w:space="0" w:color="000000"/>
            </w:tcBorders>
            <w:vAlign w:val="center"/>
            <w:hideMark/>
          </w:tcPr>
          <w:p w14:paraId="75D6C46C"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Instrumentos Financieros del Sector Público no Financiero del país - Recursos propios</w:t>
            </w:r>
          </w:p>
        </w:tc>
      </w:tr>
      <w:tr w:rsidR="00E35433" w:rsidRPr="00A64921" w14:paraId="3339E648" w14:textId="77777777" w:rsidTr="00C55BA7">
        <w:trPr>
          <w:trHeight w:val="91"/>
        </w:trPr>
        <w:tc>
          <w:tcPr>
            <w:tcW w:w="1029" w:type="pct"/>
            <w:tcBorders>
              <w:top w:val="nil"/>
              <w:left w:val="single" w:sz="8" w:space="0" w:color="000000"/>
              <w:bottom w:val="single" w:sz="8" w:space="0" w:color="000000"/>
              <w:right w:val="single" w:sz="8" w:space="0" w:color="000000"/>
            </w:tcBorders>
            <w:vAlign w:val="center"/>
            <w:hideMark/>
          </w:tcPr>
          <w:p w14:paraId="18C67FB8"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12212000</w:t>
            </w:r>
          </w:p>
        </w:tc>
        <w:tc>
          <w:tcPr>
            <w:tcW w:w="3971" w:type="pct"/>
            <w:tcBorders>
              <w:top w:val="nil"/>
              <w:left w:val="nil"/>
              <w:bottom w:val="single" w:sz="8" w:space="0" w:color="000000"/>
              <w:right w:val="single" w:sz="8" w:space="0" w:color="000000"/>
            </w:tcBorders>
            <w:vAlign w:val="center"/>
            <w:hideMark/>
          </w:tcPr>
          <w:p w14:paraId="121E65F3"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Reporto y reporto tripartito posición vendedor a plazo - Recursos propios</w:t>
            </w:r>
          </w:p>
        </w:tc>
      </w:tr>
      <w:tr w:rsidR="00E35433" w:rsidRPr="00A64921" w14:paraId="00826D0B"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4F442B2D"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Excepto: 12214M01 </w:t>
            </w:r>
          </w:p>
        </w:tc>
        <w:tc>
          <w:tcPr>
            <w:tcW w:w="3971" w:type="pct"/>
            <w:tcBorders>
              <w:top w:val="nil"/>
              <w:left w:val="nil"/>
              <w:bottom w:val="single" w:sz="8" w:space="0" w:color="000000"/>
              <w:right w:val="single" w:sz="8" w:space="0" w:color="000000"/>
            </w:tcBorders>
            <w:vAlign w:val="center"/>
            <w:hideMark/>
          </w:tcPr>
          <w:p w14:paraId="05394115"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Contraparte BCCR con o sin garantía</w:t>
            </w:r>
          </w:p>
        </w:tc>
      </w:tr>
      <w:tr w:rsidR="00E35433" w:rsidRPr="00A64921" w14:paraId="522DC518"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269DEB21"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12214M08</w:t>
            </w:r>
          </w:p>
        </w:tc>
        <w:tc>
          <w:tcPr>
            <w:tcW w:w="3971" w:type="pct"/>
            <w:tcBorders>
              <w:top w:val="nil"/>
              <w:left w:val="nil"/>
              <w:bottom w:val="single" w:sz="8" w:space="0" w:color="000000"/>
              <w:right w:val="single" w:sz="8" w:space="0" w:color="000000"/>
            </w:tcBorders>
            <w:vAlign w:val="center"/>
            <w:hideMark/>
          </w:tcPr>
          <w:p w14:paraId="13522A4F"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Otras contrapartes con garantía</w:t>
            </w:r>
          </w:p>
        </w:tc>
      </w:tr>
      <w:tr w:rsidR="00E35433" w:rsidRPr="00A64921" w14:paraId="25FF5562"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40EF083E"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12260000</w:t>
            </w:r>
          </w:p>
        </w:tc>
        <w:tc>
          <w:tcPr>
            <w:tcW w:w="3971" w:type="pct"/>
            <w:tcBorders>
              <w:top w:val="nil"/>
              <w:left w:val="nil"/>
              <w:bottom w:val="single" w:sz="8" w:space="0" w:color="000000"/>
              <w:right w:val="single" w:sz="8" w:space="0" w:color="000000"/>
            </w:tcBorders>
            <w:vAlign w:val="center"/>
            <w:hideMark/>
          </w:tcPr>
          <w:p w14:paraId="2D1BFE81"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Instrumentos financieros del BCCR-Respaldo Reserva de Liquidez</w:t>
            </w:r>
          </w:p>
        </w:tc>
      </w:tr>
      <w:tr w:rsidR="00E35433" w:rsidRPr="00A64921" w14:paraId="65182E5C"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4F7B651F"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12261000</w:t>
            </w:r>
          </w:p>
        </w:tc>
        <w:tc>
          <w:tcPr>
            <w:tcW w:w="3971" w:type="pct"/>
            <w:tcBorders>
              <w:top w:val="nil"/>
              <w:left w:val="nil"/>
              <w:bottom w:val="single" w:sz="8" w:space="0" w:color="000000"/>
              <w:right w:val="single" w:sz="8" w:space="0" w:color="000000"/>
            </w:tcBorders>
            <w:vAlign w:val="center"/>
            <w:hideMark/>
          </w:tcPr>
          <w:p w14:paraId="4BE32BE8"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Instrumentos financieros emitidos por el gobierno central del país - Respaldo Reserva Liquidez </w:t>
            </w:r>
          </w:p>
        </w:tc>
      </w:tr>
      <w:tr w:rsidR="00E35433" w:rsidRPr="00A64921" w14:paraId="0A39ED44" w14:textId="77777777" w:rsidTr="00C55BA7">
        <w:trPr>
          <w:trHeight w:val="370"/>
        </w:trPr>
        <w:tc>
          <w:tcPr>
            <w:tcW w:w="1029" w:type="pct"/>
            <w:tcBorders>
              <w:top w:val="nil"/>
              <w:left w:val="single" w:sz="8" w:space="0" w:color="000000"/>
              <w:bottom w:val="single" w:sz="8" w:space="0" w:color="000000"/>
              <w:right w:val="single" w:sz="8" w:space="0" w:color="000000"/>
            </w:tcBorders>
            <w:vAlign w:val="center"/>
            <w:hideMark/>
          </w:tcPr>
          <w:p w14:paraId="6BB75969"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12262000</w:t>
            </w:r>
          </w:p>
        </w:tc>
        <w:tc>
          <w:tcPr>
            <w:tcW w:w="3971" w:type="pct"/>
            <w:tcBorders>
              <w:top w:val="nil"/>
              <w:left w:val="nil"/>
              <w:bottom w:val="single" w:sz="8" w:space="0" w:color="000000"/>
              <w:right w:val="single" w:sz="8" w:space="0" w:color="000000"/>
            </w:tcBorders>
            <w:vAlign w:val="center"/>
            <w:hideMark/>
          </w:tcPr>
          <w:p w14:paraId="73EDF0C0"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Instrumentos financieros emitidos por entidades del Sistema Bancario Nacional - Respaldo Reserva Liquidez </w:t>
            </w:r>
          </w:p>
        </w:tc>
      </w:tr>
      <w:tr w:rsidR="00E35433" w:rsidRPr="00A64921" w14:paraId="6943BBE2"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6B4FF263"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123</w:t>
            </w:r>
            <w:r w:rsidRPr="00A64921">
              <w:rPr>
                <w:rFonts w:asciiTheme="majorHAnsi" w:eastAsia="Aptos" w:hAnsiTheme="majorHAnsi" w:cstheme="majorHAnsi"/>
                <w:kern w:val="2"/>
                <w:sz w:val="16"/>
                <w:szCs w:val="16"/>
                <w:lang w:val="es-CR"/>
                <w14:ligatures w14:val="standardContextual"/>
              </w:rPr>
              <w:t>00000</w:t>
            </w:r>
          </w:p>
        </w:tc>
        <w:tc>
          <w:tcPr>
            <w:tcW w:w="3971" w:type="pct"/>
            <w:tcBorders>
              <w:top w:val="nil"/>
              <w:left w:val="nil"/>
              <w:bottom w:val="single" w:sz="8" w:space="0" w:color="000000"/>
              <w:right w:val="single" w:sz="8" w:space="0" w:color="000000"/>
            </w:tcBorders>
            <w:vAlign w:val="center"/>
            <w:hideMark/>
          </w:tcPr>
          <w:p w14:paraId="7512B201"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Inversiones al Costo Amortizado </w:t>
            </w:r>
          </w:p>
        </w:tc>
      </w:tr>
      <w:tr w:rsidR="00E35433" w:rsidRPr="00A64921" w14:paraId="72F4885B"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668BC01D"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12301000</w:t>
            </w:r>
          </w:p>
        </w:tc>
        <w:tc>
          <w:tcPr>
            <w:tcW w:w="3971" w:type="pct"/>
            <w:tcBorders>
              <w:top w:val="nil"/>
              <w:left w:val="nil"/>
              <w:bottom w:val="single" w:sz="8" w:space="0" w:color="000000"/>
              <w:right w:val="single" w:sz="8" w:space="0" w:color="000000"/>
            </w:tcBorders>
            <w:vAlign w:val="center"/>
            <w:hideMark/>
          </w:tcPr>
          <w:p w14:paraId="1A5611C6"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Instrumentos Financieros en el BCCR</w:t>
            </w:r>
          </w:p>
        </w:tc>
      </w:tr>
      <w:tr w:rsidR="00E35433" w:rsidRPr="00A64921" w14:paraId="0A444EB0" w14:textId="77777777" w:rsidTr="00C55BA7">
        <w:trPr>
          <w:trHeight w:val="59"/>
        </w:trPr>
        <w:tc>
          <w:tcPr>
            <w:tcW w:w="1029" w:type="pct"/>
            <w:tcBorders>
              <w:top w:val="nil"/>
              <w:left w:val="single" w:sz="8" w:space="0" w:color="000000"/>
              <w:bottom w:val="single" w:sz="8" w:space="0" w:color="000000"/>
              <w:right w:val="single" w:sz="8" w:space="0" w:color="000000"/>
            </w:tcBorders>
            <w:vAlign w:val="center"/>
            <w:hideMark/>
          </w:tcPr>
          <w:p w14:paraId="2A200A70"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12302000</w:t>
            </w:r>
          </w:p>
        </w:tc>
        <w:tc>
          <w:tcPr>
            <w:tcW w:w="3971" w:type="pct"/>
            <w:tcBorders>
              <w:top w:val="nil"/>
              <w:left w:val="nil"/>
              <w:bottom w:val="single" w:sz="8" w:space="0" w:color="000000"/>
              <w:right w:val="single" w:sz="8" w:space="0" w:color="000000"/>
            </w:tcBorders>
            <w:vAlign w:val="center"/>
            <w:hideMark/>
          </w:tcPr>
          <w:p w14:paraId="2A3D3C70"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Instrumentos Financieros en el Sector Público no Financiero del país</w:t>
            </w:r>
          </w:p>
        </w:tc>
      </w:tr>
      <w:tr w:rsidR="00E35433" w:rsidRPr="00A64921" w14:paraId="7370B60F"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798B59AD"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12312000</w:t>
            </w:r>
          </w:p>
        </w:tc>
        <w:tc>
          <w:tcPr>
            <w:tcW w:w="3971" w:type="pct"/>
            <w:tcBorders>
              <w:top w:val="nil"/>
              <w:left w:val="nil"/>
              <w:bottom w:val="single" w:sz="8" w:space="0" w:color="000000"/>
              <w:right w:val="single" w:sz="8" w:space="0" w:color="000000"/>
            </w:tcBorders>
            <w:vAlign w:val="center"/>
            <w:hideMark/>
          </w:tcPr>
          <w:p w14:paraId="71FC3456"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Reporto y reporto tripartito posición vendedor a plazo Recursos propios</w:t>
            </w:r>
          </w:p>
        </w:tc>
      </w:tr>
      <w:tr w:rsidR="00E35433" w:rsidRPr="00A64921" w14:paraId="5F48CB8B"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4605502A"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12314M01</w:t>
            </w:r>
          </w:p>
        </w:tc>
        <w:tc>
          <w:tcPr>
            <w:tcW w:w="3971" w:type="pct"/>
            <w:tcBorders>
              <w:top w:val="nil"/>
              <w:left w:val="nil"/>
              <w:bottom w:val="single" w:sz="8" w:space="0" w:color="000000"/>
              <w:right w:val="single" w:sz="8" w:space="0" w:color="000000"/>
            </w:tcBorders>
            <w:vAlign w:val="center"/>
            <w:hideMark/>
          </w:tcPr>
          <w:p w14:paraId="54E138B1"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Contraparte BCCR con o sin garantía </w:t>
            </w:r>
          </w:p>
        </w:tc>
      </w:tr>
      <w:tr w:rsidR="00E35433" w:rsidRPr="00A64921" w14:paraId="4E5618D2"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06B58D42"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12314M08</w:t>
            </w:r>
          </w:p>
        </w:tc>
        <w:tc>
          <w:tcPr>
            <w:tcW w:w="3971" w:type="pct"/>
            <w:tcBorders>
              <w:top w:val="nil"/>
              <w:left w:val="nil"/>
              <w:bottom w:val="single" w:sz="8" w:space="0" w:color="000000"/>
              <w:right w:val="single" w:sz="8" w:space="0" w:color="000000"/>
            </w:tcBorders>
            <w:vAlign w:val="center"/>
            <w:hideMark/>
          </w:tcPr>
          <w:p w14:paraId="7DF8D6D1"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Otras contrapartes con garantía</w:t>
            </w:r>
          </w:p>
        </w:tc>
      </w:tr>
      <w:tr w:rsidR="00E35433" w:rsidRPr="00A64921" w14:paraId="5E8315A8"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580304BB"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124</w:t>
            </w:r>
            <w:r w:rsidRPr="00A64921">
              <w:rPr>
                <w:rFonts w:asciiTheme="majorHAnsi" w:eastAsia="Aptos" w:hAnsiTheme="majorHAnsi" w:cstheme="majorHAnsi"/>
                <w:kern w:val="2"/>
                <w:sz w:val="16"/>
                <w:szCs w:val="16"/>
                <w:lang w:val="es-CR"/>
                <w14:ligatures w14:val="standardContextual"/>
              </w:rPr>
              <w:t>00000</w:t>
            </w:r>
          </w:p>
        </w:tc>
        <w:tc>
          <w:tcPr>
            <w:tcW w:w="3971" w:type="pct"/>
            <w:tcBorders>
              <w:top w:val="nil"/>
              <w:left w:val="nil"/>
              <w:bottom w:val="single" w:sz="8" w:space="0" w:color="000000"/>
              <w:right w:val="single" w:sz="8" w:space="0" w:color="000000"/>
            </w:tcBorders>
            <w:vAlign w:val="center"/>
            <w:hideMark/>
          </w:tcPr>
          <w:p w14:paraId="06D96EFA"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Inversiones en instrumentos financieros en entidades en cesación de pagos, morosos o en litigio</w:t>
            </w:r>
          </w:p>
        </w:tc>
      </w:tr>
      <w:tr w:rsidR="00E35433" w:rsidRPr="00A64921" w14:paraId="7A47C04A"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65E2A7A5"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125</w:t>
            </w:r>
            <w:r w:rsidRPr="00A64921">
              <w:rPr>
                <w:rFonts w:asciiTheme="majorHAnsi" w:eastAsia="Aptos" w:hAnsiTheme="majorHAnsi" w:cstheme="majorHAnsi"/>
                <w:kern w:val="2"/>
                <w:sz w:val="16"/>
                <w:szCs w:val="16"/>
                <w:lang w:val="es-CR"/>
                <w14:ligatures w14:val="standardContextual"/>
              </w:rPr>
              <w:t>00000</w:t>
            </w:r>
          </w:p>
        </w:tc>
        <w:tc>
          <w:tcPr>
            <w:tcW w:w="3971" w:type="pct"/>
            <w:tcBorders>
              <w:top w:val="nil"/>
              <w:left w:val="nil"/>
              <w:bottom w:val="single" w:sz="8" w:space="0" w:color="000000"/>
              <w:right w:val="single" w:sz="8" w:space="0" w:color="000000"/>
            </w:tcBorders>
            <w:vAlign w:val="center"/>
            <w:hideMark/>
          </w:tcPr>
          <w:p w14:paraId="43464812"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Instrumentos financieros vencidos y restringidos (*)</w:t>
            </w:r>
          </w:p>
        </w:tc>
      </w:tr>
      <w:tr w:rsidR="00E35433" w:rsidRPr="00A64921" w14:paraId="02DB399C"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2DA8CA59"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12601000</w:t>
            </w:r>
          </w:p>
        </w:tc>
        <w:tc>
          <w:tcPr>
            <w:tcW w:w="3971" w:type="pct"/>
            <w:tcBorders>
              <w:top w:val="nil"/>
              <w:left w:val="nil"/>
              <w:bottom w:val="single" w:sz="8" w:space="0" w:color="000000"/>
              <w:right w:val="single" w:sz="8" w:space="0" w:color="000000"/>
            </w:tcBorders>
            <w:vAlign w:val="center"/>
            <w:hideMark/>
          </w:tcPr>
          <w:p w14:paraId="3F678EBA"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Compra a futuro de moneda extranjera (Operación de cobertura)</w:t>
            </w:r>
          </w:p>
        </w:tc>
      </w:tr>
      <w:tr w:rsidR="00E35433" w:rsidRPr="00A64921" w14:paraId="5A4BBCA6"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2F3DC674"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12602000</w:t>
            </w:r>
          </w:p>
        </w:tc>
        <w:tc>
          <w:tcPr>
            <w:tcW w:w="3971" w:type="pct"/>
            <w:tcBorders>
              <w:top w:val="nil"/>
              <w:left w:val="nil"/>
              <w:bottom w:val="single" w:sz="8" w:space="0" w:color="000000"/>
              <w:right w:val="single" w:sz="8" w:space="0" w:color="000000"/>
            </w:tcBorders>
            <w:vAlign w:val="center"/>
            <w:hideMark/>
          </w:tcPr>
          <w:p w14:paraId="6FF30D22"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Venta a futuro de moneda extranjera (Operación de cobertura)</w:t>
            </w:r>
          </w:p>
        </w:tc>
      </w:tr>
      <w:tr w:rsidR="00E35433" w:rsidRPr="00A64921" w14:paraId="1D3DDACE"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26910A57"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12611000</w:t>
            </w:r>
          </w:p>
        </w:tc>
        <w:tc>
          <w:tcPr>
            <w:tcW w:w="3971" w:type="pct"/>
            <w:tcBorders>
              <w:top w:val="nil"/>
              <w:left w:val="nil"/>
              <w:bottom w:val="single" w:sz="8" w:space="0" w:color="000000"/>
              <w:right w:val="single" w:sz="8" w:space="0" w:color="000000"/>
            </w:tcBorders>
            <w:vAlign w:val="center"/>
            <w:hideMark/>
          </w:tcPr>
          <w:p w14:paraId="254683DF"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Compra a futuro de moneda extranjera (Operación diferente de cobertura)</w:t>
            </w:r>
          </w:p>
        </w:tc>
      </w:tr>
      <w:tr w:rsidR="00E35433" w:rsidRPr="00A64921" w14:paraId="7AA67404" w14:textId="77777777" w:rsidTr="00C55BA7">
        <w:trPr>
          <w:trHeight w:val="43"/>
        </w:trPr>
        <w:tc>
          <w:tcPr>
            <w:tcW w:w="1029" w:type="pct"/>
            <w:tcBorders>
              <w:top w:val="nil"/>
              <w:left w:val="single" w:sz="8" w:space="0" w:color="000000"/>
              <w:bottom w:val="single" w:sz="8" w:space="0" w:color="000000"/>
              <w:right w:val="single" w:sz="8" w:space="0" w:color="000000"/>
            </w:tcBorders>
            <w:vAlign w:val="center"/>
            <w:hideMark/>
          </w:tcPr>
          <w:p w14:paraId="68FFCDAD"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12612000</w:t>
            </w:r>
          </w:p>
        </w:tc>
        <w:tc>
          <w:tcPr>
            <w:tcW w:w="3971" w:type="pct"/>
            <w:tcBorders>
              <w:top w:val="nil"/>
              <w:left w:val="nil"/>
              <w:bottom w:val="single" w:sz="8" w:space="0" w:color="000000"/>
              <w:right w:val="single" w:sz="8" w:space="0" w:color="000000"/>
            </w:tcBorders>
            <w:vAlign w:val="center"/>
            <w:hideMark/>
          </w:tcPr>
          <w:p w14:paraId="38825292" w14:textId="77777777" w:rsidR="00E35433" w:rsidRPr="00A64921" w:rsidRDefault="00E35433" w:rsidP="00A64921">
            <w:pPr>
              <w:widowControl w:val="0"/>
              <w:spacing w:before="0" w:after="0" w:line="276" w:lineRule="auto"/>
              <w:ind w:left="-64"/>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Venta a futuro de moneda extranjera (Operación diferente de cobertura)</w:t>
            </w:r>
          </w:p>
        </w:tc>
      </w:tr>
    </w:tbl>
    <w:p w14:paraId="5948D676" w14:textId="7EE75DB3" w:rsidR="00B911B9" w:rsidRDefault="00E35433" w:rsidP="00E35433">
      <w:pPr>
        <w:spacing w:after="120" w:line="240" w:lineRule="auto"/>
        <w:ind w:left="2268" w:hanging="567"/>
        <w:rPr>
          <w:rFonts w:asciiTheme="majorHAnsi" w:hAnsiTheme="majorHAnsi" w:cstheme="majorHAnsi"/>
          <w:sz w:val="20"/>
          <w:szCs w:val="20"/>
          <w:lang w:val="es-CR" w:eastAsia="es-CR"/>
        </w:rPr>
      </w:pPr>
      <w:r w:rsidRPr="00A64921">
        <w:rPr>
          <w:rFonts w:asciiTheme="majorHAnsi" w:hAnsiTheme="majorHAnsi" w:cstheme="majorHAnsi"/>
          <w:sz w:val="20"/>
          <w:szCs w:val="20"/>
          <w:lang w:val="es-CR" w:eastAsia="es-CR"/>
        </w:rPr>
        <w:tab/>
      </w:r>
    </w:p>
    <w:p w14:paraId="08AB9346" w14:textId="77777777" w:rsidR="00B911B9" w:rsidRDefault="00B911B9" w:rsidP="00E35433">
      <w:pPr>
        <w:spacing w:after="120" w:line="240" w:lineRule="auto"/>
        <w:ind w:left="2268" w:hanging="567"/>
        <w:rPr>
          <w:rFonts w:asciiTheme="majorHAnsi" w:hAnsiTheme="majorHAnsi" w:cstheme="majorHAnsi"/>
          <w:sz w:val="20"/>
          <w:szCs w:val="20"/>
          <w:lang w:val="es-CR" w:eastAsia="es-CR"/>
        </w:rPr>
      </w:pPr>
    </w:p>
    <w:p w14:paraId="5EBDBA82" w14:textId="7C9518DA" w:rsidR="00E35433" w:rsidRPr="00A64921" w:rsidRDefault="00B911B9" w:rsidP="00E35433">
      <w:pPr>
        <w:spacing w:after="120" w:line="240" w:lineRule="auto"/>
        <w:ind w:left="2268" w:hanging="567"/>
        <w:rPr>
          <w:rFonts w:asciiTheme="majorHAnsi" w:hAnsiTheme="majorHAnsi" w:cstheme="majorHAnsi"/>
          <w:sz w:val="20"/>
          <w:szCs w:val="20"/>
          <w:lang w:val="es-CR" w:eastAsia="es-CR"/>
        </w:rPr>
      </w:pPr>
      <w:r>
        <w:rPr>
          <w:rFonts w:asciiTheme="majorHAnsi" w:hAnsiTheme="majorHAnsi" w:cstheme="majorHAnsi"/>
          <w:sz w:val="20"/>
          <w:szCs w:val="20"/>
          <w:lang w:val="es-CR" w:eastAsia="es-CR"/>
        </w:rPr>
        <w:lastRenderedPageBreak/>
        <w:t xml:space="preserve">b) </w:t>
      </w:r>
      <w:r w:rsidR="00E35433" w:rsidRPr="00A64921">
        <w:rPr>
          <w:rFonts w:asciiTheme="majorHAnsi" w:hAnsiTheme="majorHAnsi" w:cstheme="majorHAnsi"/>
          <w:sz w:val="20"/>
          <w:szCs w:val="20"/>
          <w:lang w:val="es-CR" w:eastAsia="es-CR"/>
        </w:rPr>
        <w:t xml:space="preserve">CARTERA DE </w:t>
      </w:r>
      <w:r w:rsidR="00A64921" w:rsidRPr="00A64921">
        <w:rPr>
          <w:rFonts w:asciiTheme="majorHAnsi" w:hAnsiTheme="majorHAnsi" w:cstheme="majorHAnsi"/>
          <w:sz w:val="20"/>
          <w:szCs w:val="20"/>
          <w:lang w:val="es-CR" w:eastAsia="es-CR"/>
        </w:rPr>
        <w:t>CRÉDITOS</w:t>
      </w:r>
      <w:r w:rsidR="00A64921" w:rsidRPr="00A64921">
        <w:rPr>
          <w:rFonts w:asciiTheme="majorHAnsi" w:hAnsiTheme="majorHAnsi" w:cstheme="majorHAnsi"/>
          <w:sz w:val="20"/>
          <w:szCs w:val="20"/>
          <w:vertAlign w:val="superscript"/>
          <w:lang w:val="es-CR" w:eastAsia="es-CR"/>
        </w:rPr>
        <w:t xml:space="preserve"> (</w:t>
      </w:r>
      <w:r w:rsidR="00E35433" w:rsidRPr="00A64921">
        <w:rPr>
          <w:rFonts w:asciiTheme="majorHAnsi" w:hAnsiTheme="majorHAnsi" w:cstheme="majorHAnsi"/>
          <w:sz w:val="20"/>
          <w:szCs w:val="20"/>
          <w:vertAlign w:val="superscript"/>
          <w:lang w:val="es-CR" w:eastAsia="es-CR"/>
        </w:rPr>
        <w:t>*)</w:t>
      </w:r>
    </w:p>
    <w:tbl>
      <w:tblPr>
        <w:tblW w:w="4401" w:type="pct"/>
        <w:tblInd w:w="1124" w:type="dxa"/>
        <w:tblCellMar>
          <w:left w:w="70" w:type="dxa"/>
          <w:right w:w="70" w:type="dxa"/>
        </w:tblCellMar>
        <w:tblLook w:val="04A0" w:firstRow="1" w:lastRow="0" w:firstColumn="1" w:lastColumn="0" w:noHBand="0" w:noVBand="1"/>
      </w:tblPr>
      <w:tblGrid>
        <w:gridCol w:w="1998"/>
        <w:gridCol w:w="5764"/>
      </w:tblGrid>
      <w:tr w:rsidR="00E35433" w:rsidRPr="00A64921" w14:paraId="01467143" w14:textId="77777777" w:rsidTr="00E35433">
        <w:trPr>
          <w:trHeight w:val="166"/>
          <w:tblHeader/>
        </w:trPr>
        <w:tc>
          <w:tcPr>
            <w:tcW w:w="1287" w:type="pct"/>
            <w:tcBorders>
              <w:top w:val="single" w:sz="8" w:space="0" w:color="000000"/>
              <w:left w:val="single" w:sz="8" w:space="0" w:color="000000"/>
              <w:bottom w:val="single" w:sz="8" w:space="0" w:color="000000"/>
              <w:right w:val="single" w:sz="8" w:space="0" w:color="000000"/>
            </w:tcBorders>
            <w:shd w:val="clear" w:color="auto" w:fill="DAE9F7"/>
            <w:vAlign w:val="center"/>
          </w:tcPr>
          <w:p w14:paraId="2FA8ED36" w14:textId="77777777" w:rsidR="00E35433" w:rsidRPr="00A64921" w:rsidRDefault="00E35433" w:rsidP="00A64921">
            <w:pPr>
              <w:widowControl w:val="0"/>
              <w:spacing w:before="0" w:after="0" w:line="276" w:lineRule="auto"/>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Cuenta contable</w:t>
            </w:r>
          </w:p>
        </w:tc>
        <w:tc>
          <w:tcPr>
            <w:tcW w:w="3713" w:type="pct"/>
            <w:tcBorders>
              <w:top w:val="single" w:sz="8" w:space="0" w:color="000000"/>
              <w:left w:val="nil"/>
              <w:bottom w:val="single" w:sz="8" w:space="0" w:color="000000"/>
              <w:right w:val="single" w:sz="8" w:space="0" w:color="000000"/>
            </w:tcBorders>
            <w:shd w:val="clear" w:color="auto" w:fill="DAE9F7"/>
            <w:vAlign w:val="center"/>
          </w:tcPr>
          <w:p w14:paraId="7EA0FE3D" w14:textId="77777777" w:rsidR="00E35433" w:rsidRPr="00A64921" w:rsidRDefault="00E35433" w:rsidP="00A64921">
            <w:pPr>
              <w:widowControl w:val="0"/>
              <w:spacing w:before="0" w:after="0" w:line="276" w:lineRule="auto"/>
              <w:ind w:left="-64"/>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Descripción</w:t>
            </w:r>
          </w:p>
        </w:tc>
      </w:tr>
      <w:tr w:rsidR="00E35433" w:rsidRPr="00A64921" w14:paraId="04003F76" w14:textId="77777777" w:rsidTr="00C55BA7">
        <w:trPr>
          <w:trHeight w:val="43"/>
        </w:trPr>
        <w:tc>
          <w:tcPr>
            <w:tcW w:w="1287" w:type="pct"/>
            <w:tcBorders>
              <w:top w:val="single" w:sz="8" w:space="0" w:color="000000"/>
              <w:left w:val="single" w:sz="8" w:space="0" w:color="000000"/>
              <w:bottom w:val="single" w:sz="8" w:space="0" w:color="000000"/>
              <w:right w:val="single" w:sz="8" w:space="0" w:color="000000"/>
            </w:tcBorders>
            <w:vAlign w:val="center"/>
            <w:hideMark/>
          </w:tcPr>
          <w:p w14:paraId="0673B7A3"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131</w:t>
            </w:r>
            <w:r w:rsidRPr="00A64921">
              <w:rPr>
                <w:rFonts w:asciiTheme="majorHAnsi" w:eastAsia="Aptos" w:hAnsiTheme="majorHAnsi" w:cstheme="majorHAnsi"/>
                <w:kern w:val="2"/>
                <w:sz w:val="16"/>
                <w:szCs w:val="16"/>
                <w:lang w:val="es-CR"/>
                <w14:ligatures w14:val="standardContextual"/>
              </w:rPr>
              <w:t>00000</w:t>
            </w:r>
          </w:p>
        </w:tc>
        <w:tc>
          <w:tcPr>
            <w:tcW w:w="3713" w:type="pct"/>
            <w:tcBorders>
              <w:top w:val="single" w:sz="8" w:space="0" w:color="000000"/>
              <w:left w:val="nil"/>
              <w:bottom w:val="single" w:sz="8" w:space="0" w:color="000000"/>
              <w:right w:val="single" w:sz="8" w:space="0" w:color="000000"/>
            </w:tcBorders>
            <w:vAlign w:val="center"/>
            <w:hideMark/>
          </w:tcPr>
          <w:p w14:paraId="2058A6B5"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Créditos vigentes </w:t>
            </w:r>
          </w:p>
        </w:tc>
      </w:tr>
      <w:tr w:rsidR="00E35433" w:rsidRPr="00A64921" w14:paraId="21AB6AB4" w14:textId="77777777" w:rsidTr="00C55BA7">
        <w:trPr>
          <w:trHeight w:val="43"/>
        </w:trPr>
        <w:tc>
          <w:tcPr>
            <w:tcW w:w="1287" w:type="pct"/>
            <w:tcBorders>
              <w:top w:val="nil"/>
              <w:left w:val="single" w:sz="8" w:space="0" w:color="000000"/>
              <w:bottom w:val="single" w:sz="8" w:space="0" w:color="000000"/>
              <w:right w:val="single" w:sz="8" w:space="0" w:color="000000"/>
            </w:tcBorders>
            <w:vAlign w:val="center"/>
            <w:hideMark/>
          </w:tcPr>
          <w:p w14:paraId="188F53EB"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13132M41</w:t>
            </w:r>
          </w:p>
        </w:tc>
        <w:tc>
          <w:tcPr>
            <w:tcW w:w="3713" w:type="pct"/>
            <w:tcBorders>
              <w:top w:val="nil"/>
              <w:left w:val="nil"/>
              <w:bottom w:val="single" w:sz="8" w:space="0" w:color="000000"/>
              <w:right w:val="single" w:sz="8" w:space="0" w:color="000000"/>
            </w:tcBorders>
            <w:vAlign w:val="center"/>
            <w:hideMark/>
          </w:tcPr>
          <w:p w14:paraId="4D93297C"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Préstamos con recursos del Fondo de Crédito para el desarrollo (FCD) – préstamos a la banca estatal (201)</w:t>
            </w:r>
          </w:p>
        </w:tc>
      </w:tr>
      <w:tr w:rsidR="00E35433" w:rsidRPr="00A64921" w14:paraId="154A67D5" w14:textId="77777777" w:rsidTr="00C55BA7">
        <w:trPr>
          <w:trHeight w:val="43"/>
        </w:trPr>
        <w:tc>
          <w:tcPr>
            <w:tcW w:w="1287" w:type="pct"/>
            <w:tcBorders>
              <w:top w:val="nil"/>
              <w:left w:val="single" w:sz="8" w:space="0" w:color="000000"/>
              <w:bottom w:val="single" w:sz="8" w:space="0" w:color="000000"/>
              <w:right w:val="single" w:sz="8" w:space="0" w:color="000000"/>
            </w:tcBorders>
            <w:vAlign w:val="center"/>
            <w:hideMark/>
          </w:tcPr>
          <w:p w14:paraId="482945B8"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13135000</w:t>
            </w:r>
          </w:p>
        </w:tc>
        <w:tc>
          <w:tcPr>
            <w:tcW w:w="3713" w:type="pct"/>
            <w:tcBorders>
              <w:top w:val="nil"/>
              <w:left w:val="nil"/>
              <w:bottom w:val="single" w:sz="8" w:space="0" w:color="000000"/>
              <w:right w:val="single" w:sz="8" w:space="0" w:color="000000"/>
            </w:tcBorders>
            <w:vAlign w:val="center"/>
            <w:hideMark/>
          </w:tcPr>
          <w:p w14:paraId="726484E0"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Créditos Sector Público</w:t>
            </w:r>
          </w:p>
        </w:tc>
      </w:tr>
      <w:tr w:rsidR="00E35433" w:rsidRPr="00A64921" w14:paraId="412DEAC6" w14:textId="77777777" w:rsidTr="00C55BA7">
        <w:trPr>
          <w:trHeight w:val="43"/>
        </w:trPr>
        <w:tc>
          <w:tcPr>
            <w:tcW w:w="1287" w:type="pct"/>
            <w:tcBorders>
              <w:top w:val="nil"/>
              <w:left w:val="single" w:sz="8" w:space="0" w:color="000000"/>
              <w:bottom w:val="single" w:sz="8" w:space="0" w:color="000000"/>
              <w:right w:val="single" w:sz="8" w:space="0" w:color="000000"/>
            </w:tcBorders>
            <w:vAlign w:val="center"/>
            <w:hideMark/>
          </w:tcPr>
          <w:p w14:paraId="627E23EE"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132</w:t>
            </w:r>
            <w:r w:rsidRPr="00A64921">
              <w:rPr>
                <w:rFonts w:asciiTheme="majorHAnsi" w:eastAsia="Aptos" w:hAnsiTheme="majorHAnsi" w:cstheme="majorHAnsi"/>
                <w:kern w:val="2"/>
                <w:sz w:val="16"/>
                <w:szCs w:val="16"/>
                <w:lang w:val="es-CR"/>
                <w14:ligatures w14:val="standardContextual"/>
              </w:rPr>
              <w:t>00000</w:t>
            </w:r>
          </w:p>
        </w:tc>
        <w:tc>
          <w:tcPr>
            <w:tcW w:w="3713" w:type="pct"/>
            <w:tcBorders>
              <w:top w:val="nil"/>
              <w:left w:val="nil"/>
              <w:bottom w:val="single" w:sz="8" w:space="0" w:color="000000"/>
              <w:right w:val="single" w:sz="8" w:space="0" w:color="000000"/>
            </w:tcBorders>
            <w:vAlign w:val="center"/>
            <w:hideMark/>
          </w:tcPr>
          <w:p w14:paraId="1C353B3A"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Créditos vencidos</w:t>
            </w:r>
          </w:p>
        </w:tc>
      </w:tr>
      <w:tr w:rsidR="00E35433" w:rsidRPr="00A64921" w14:paraId="5424DC31" w14:textId="77777777" w:rsidTr="00C55BA7">
        <w:trPr>
          <w:trHeight w:val="113"/>
        </w:trPr>
        <w:tc>
          <w:tcPr>
            <w:tcW w:w="1287" w:type="pct"/>
            <w:tcBorders>
              <w:top w:val="nil"/>
              <w:left w:val="single" w:sz="8" w:space="0" w:color="000000"/>
              <w:bottom w:val="single" w:sz="8" w:space="0" w:color="000000"/>
              <w:right w:val="single" w:sz="8" w:space="0" w:color="000000"/>
            </w:tcBorders>
            <w:vAlign w:val="center"/>
            <w:hideMark/>
          </w:tcPr>
          <w:p w14:paraId="19948B71"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13232M41</w:t>
            </w:r>
          </w:p>
        </w:tc>
        <w:tc>
          <w:tcPr>
            <w:tcW w:w="3713" w:type="pct"/>
            <w:tcBorders>
              <w:top w:val="nil"/>
              <w:left w:val="nil"/>
              <w:bottom w:val="single" w:sz="8" w:space="0" w:color="000000"/>
              <w:right w:val="single" w:sz="8" w:space="0" w:color="000000"/>
            </w:tcBorders>
            <w:vAlign w:val="center"/>
            <w:hideMark/>
          </w:tcPr>
          <w:p w14:paraId="72B63BE6"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Préstamos con recursos del Fondo de Crédito para el desarrollo (FCD) – préstamos a la banca estatal (201)</w:t>
            </w:r>
          </w:p>
        </w:tc>
      </w:tr>
      <w:tr w:rsidR="00E35433" w:rsidRPr="00A64921" w14:paraId="2497F495" w14:textId="77777777" w:rsidTr="00C55BA7">
        <w:trPr>
          <w:trHeight w:val="43"/>
        </w:trPr>
        <w:tc>
          <w:tcPr>
            <w:tcW w:w="1287" w:type="pct"/>
            <w:tcBorders>
              <w:top w:val="nil"/>
              <w:left w:val="single" w:sz="8" w:space="0" w:color="000000"/>
              <w:bottom w:val="single" w:sz="8" w:space="0" w:color="000000"/>
              <w:right w:val="single" w:sz="8" w:space="0" w:color="000000"/>
            </w:tcBorders>
            <w:vAlign w:val="center"/>
            <w:hideMark/>
          </w:tcPr>
          <w:p w14:paraId="25202489"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13235000</w:t>
            </w:r>
          </w:p>
        </w:tc>
        <w:tc>
          <w:tcPr>
            <w:tcW w:w="3713" w:type="pct"/>
            <w:tcBorders>
              <w:top w:val="nil"/>
              <w:left w:val="nil"/>
              <w:bottom w:val="single" w:sz="8" w:space="0" w:color="000000"/>
              <w:right w:val="single" w:sz="8" w:space="0" w:color="000000"/>
            </w:tcBorders>
            <w:vAlign w:val="center"/>
            <w:hideMark/>
          </w:tcPr>
          <w:p w14:paraId="5D26625A"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Créditos Sector Público</w:t>
            </w:r>
          </w:p>
        </w:tc>
      </w:tr>
      <w:tr w:rsidR="00E35433" w:rsidRPr="00A64921" w14:paraId="2013E14D" w14:textId="77777777" w:rsidTr="00C55BA7">
        <w:trPr>
          <w:trHeight w:val="43"/>
        </w:trPr>
        <w:tc>
          <w:tcPr>
            <w:tcW w:w="1287" w:type="pct"/>
            <w:tcBorders>
              <w:top w:val="nil"/>
              <w:left w:val="single" w:sz="8" w:space="0" w:color="000000"/>
              <w:bottom w:val="single" w:sz="8" w:space="0" w:color="000000"/>
              <w:right w:val="single" w:sz="8" w:space="0" w:color="000000"/>
            </w:tcBorders>
            <w:vAlign w:val="center"/>
            <w:hideMark/>
          </w:tcPr>
          <w:p w14:paraId="748EC274"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133</w:t>
            </w:r>
            <w:r w:rsidRPr="00A64921">
              <w:rPr>
                <w:rFonts w:asciiTheme="majorHAnsi" w:eastAsia="Aptos" w:hAnsiTheme="majorHAnsi" w:cstheme="majorHAnsi"/>
                <w:kern w:val="2"/>
                <w:sz w:val="16"/>
                <w:szCs w:val="16"/>
                <w:lang w:val="es-CR"/>
                <w14:ligatures w14:val="standardContextual"/>
              </w:rPr>
              <w:t>00000</w:t>
            </w:r>
          </w:p>
        </w:tc>
        <w:tc>
          <w:tcPr>
            <w:tcW w:w="3713" w:type="pct"/>
            <w:tcBorders>
              <w:top w:val="nil"/>
              <w:left w:val="nil"/>
              <w:bottom w:val="single" w:sz="8" w:space="0" w:color="000000"/>
              <w:right w:val="single" w:sz="8" w:space="0" w:color="000000"/>
            </w:tcBorders>
            <w:vAlign w:val="center"/>
            <w:hideMark/>
          </w:tcPr>
          <w:p w14:paraId="23C6E38A"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Créditos en cobro judicial </w:t>
            </w:r>
          </w:p>
        </w:tc>
      </w:tr>
      <w:tr w:rsidR="00E35433" w:rsidRPr="00A64921" w14:paraId="4EF2AE2B" w14:textId="77777777" w:rsidTr="00C55BA7">
        <w:trPr>
          <w:trHeight w:val="43"/>
        </w:trPr>
        <w:tc>
          <w:tcPr>
            <w:tcW w:w="1287" w:type="pct"/>
            <w:tcBorders>
              <w:top w:val="nil"/>
              <w:left w:val="single" w:sz="8" w:space="0" w:color="000000"/>
              <w:bottom w:val="single" w:sz="8" w:space="0" w:color="000000"/>
              <w:right w:val="single" w:sz="8" w:space="0" w:color="000000"/>
            </w:tcBorders>
            <w:vAlign w:val="center"/>
            <w:hideMark/>
          </w:tcPr>
          <w:p w14:paraId="35B71B58"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13332M41</w:t>
            </w:r>
          </w:p>
        </w:tc>
        <w:tc>
          <w:tcPr>
            <w:tcW w:w="3713" w:type="pct"/>
            <w:tcBorders>
              <w:top w:val="nil"/>
              <w:left w:val="nil"/>
              <w:bottom w:val="single" w:sz="8" w:space="0" w:color="000000"/>
              <w:right w:val="single" w:sz="8" w:space="0" w:color="000000"/>
            </w:tcBorders>
            <w:vAlign w:val="center"/>
            <w:hideMark/>
          </w:tcPr>
          <w:p w14:paraId="4CA0C6AD"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Préstamos con recursos del Fondo de Crédito para el desarrollo (FCD) – préstamos a la banca estatal (201)</w:t>
            </w:r>
          </w:p>
        </w:tc>
      </w:tr>
      <w:tr w:rsidR="00E35433" w:rsidRPr="00A64921" w14:paraId="0C350167" w14:textId="77777777" w:rsidTr="00C55BA7">
        <w:trPr>
          <w:trHeight w:val="43"/>
        </w:trPr>
        <w:tc>
          <w:tcPr>
            <w:tcW w:w="1287" w:type="pct"/>
            <w:tcBorders>
              <w:top w:val="nil"/>
              <w:left w:val="single" w:sz="8" w:space="0" w:color="000000"/>
              <w:bottom w:val="single" w:sz="8" w:space="0" w:color="000000"/>
              <w:right w:val="single" w:sz="8" w:space="0" w:color="000000"/>
            </w:tcBorders>
            <w:vAlign w:val="center"/>
            <w:hideMark/>
          </w:tcPr>
          <w:p w14:paraId="4F1080DC"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13335000</w:t>
            </w:r>
          </w:p>
        </w:tc>
        <w:tc>
          <w:tcPr>
            <w:tcW w:w="3713" w:type="pct"/>
            <w:tcBorders>
              <w:top w:val="nil"/>
              <w:left w:val="nil"/>
              <w:bottom w:val="single" w:sz="8" w:space="0" w:color="000000"/>
              <w:right w:val="single" w:sz="8" w:space="0" w:color="000000"/>
            </w:tcBorders>
            <w:vAlign w:val="center"/>
            <w:hideMark/>
          </w:tcPr>
          <w:p w14:paraId="472C5E93"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Créditos Sector Público</w:t>
            </w:r>
          </w:p>
        </w:tc>
      </w:tr>
      <w:tr w:rsidR="00E35433" w:rsidRPr="00A64921" w14:paraId="5FB85FFE" w14:textId="77777777" w:rsidTr="00C55BA7">
        <w:trPr>
          <w:trHeight w:val="43"/>
        </w:trPr>
        <w:tc>
          <w:tcPr>
            <w:tcW w:w="1287" w:type="pct"/>
            <w:tcBorders>
              <w:top w:val="nil"/>
              <w:left w:val="single" w:sz="8" w:space="0" w:color="000000"/>
              <w:bottom w:val="single" w:sz="8" w:space="0" w:color="000000"/>
              <w:right w:val="single" w:sz="8" w:space="0" w:color="000000"/>
            </w:tcBorders>
            <w:vAlign w:val="center"/>
            <w:hideMark/>
          </w:tcPr>
          <w:p w14:paraId="68837148"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134</w:t>
            </w:r>
            <w:r w:rsidRPr="00A64921">
              <w:rPr>
                <w:rFonts w:asciiTheme="majorHAnsi" w:eastAsia="Aptos" w:hAnsiTheme="majorHAnsi" w:cstheme="majorHAnsi"/>
                <w:kern w:val="2"/>
                <w:sz w:val="16"/>
                <w:szCs w:val="16"/>
                <w:lang w:val="es-CR"/>
                <w14:ligatures w14:val="standardContextual"/>
              </w:rPr>
              <w:t>00000</w:t>
            </w:r>
          </w:p>
        </w:tc>
        <w:tc>
          <w:tcPr>
            <w:tcW w:w="3713" w:type="pct"/>
            <w:tcBorders>
              <w:top w:val="nil"/>
              <w:left w:val="nil"/>
              <w:bottom w:val="single" w:sz="8" w:space="0" w:color="000000"/>
              <w:right w:val="single" w:sz="8" w:space="0" w:color="000000"/>
            </w:tcBorders>
            <w:vAlign w:val="center"/>
            <w:hideMark/>
          </w:tcPr>
          <w:p w14:paraId="159DBF16"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Créditos restringidos</w:t>
            </w:r>
          </w:p>
        </w:tc>
      </w:tr>
    </w:tbl>
    <w:p w14:paraId="3F478B89" w14:textId="77777777" w:rsidR="00E35433" w:rsidRPr="00E35433" w:rsidRDefault="00E35433" w:rsidP="00E35433">
      <w:pPr>
        <w:widowControl w:val="0"/>
        <w:spacing w:before="0" w:after="120" w:line="240" w:lineRule="auto"/>
        <w:rPr>
          <w:rFonts w:ascii="Roboto" w:eastAsia="Aptos" w:hAnsi="Roboto"/>
          <w:noProof/>
          <w:kern w:val="2"/>
          <w:sz w:val="20"/>
          <w:szCs w:val="20"/>
          <w:lang w:val="es-CR"/>
          <w14:ligatures w14:val="standardContextual"/>
        </w:rPr>
      </w:pPr>
    </w:p>
    <w:p w14:paraId="36C0CEB4" w14:textId="0679F203" w:rsidR="00E35433" w:rsidRPr="00A64921" w:rsidRDefault="00E35433" w:rsidP="00E35433">
      <w:pPr>
        <w:spacing w:after="120" w:line="240" w:lineRule="auto"/>
        <w:ind w:left="2268" w:hanging="567"/>
        <w:rPr>
          <w:rFonts w:asciiTheme="majorHAnsi" w:hAnsiTheme="majorHAnsi" w:cstheme="majorHAnsi"/>
          <w:sz w:val="20"/>
          <w:szCs w:val="20"/>
          <w:lang w:val="es-CR" w:eastAsia="es-CR"/>
        </w:rPr>
      </w:pPr>
      <w:r w:rsidRPr="00A64921">
        <w:rPr>
          <w:rFonts w:asciiTheme="majorHAnsi" w:hAnsiTheme="majorHAnsi" w:cstheme="majorHAnsi"/>
          <w:sz w:val="20"/>
          <w:szCs w:val="20"/>
          <w:lang w:val="es-CR" w:eastAsia="es-CR"/>
        </w:rPr>
        <w:t>c)</w:t>
      </w:r>
      <w:r w:rsidRPr="00A64921">
        <w:rPr>
          <w:rFonts w:asciiTheme="majorHAnsi" w:hAnsiTheme="majorHAnsi" w:cstheme="majorHAnsi"/>
          <w:sz w:val="20"/>
          <w:szCs w:val="20"/>
          <w:lang w:val="es-CR" w:eastAsia="es-CR"/>
        </w:rPr>
        <w:tab/>
        <w:t xml:space="preserve">CUENTAS Y PRODUCTOS POR </w:t>
      </w:r>
      <w:r w:rsidR="00A64921" w:rsidRPr="00A64921">
        <w:rPr>
          <w:rFonts w:asciiTheme="majorHAnsi" w:hAnsiTheme="majorHAnsi" w:cstheme="majorHAnsi"/>
          <w:sz w:val="20"/>
          <w:szCs w:val="20"/>
          <w:lang w:val="es-CR" w:eastAsia="es-CR"/>
        </w:rPr>
        <w:t>COBRAR</w:t>
      </w:r>
      <w:r w:rsidR="00A64921" w:rsidRPr="00A64921">
        <w:rPr>
          <w:rFonts w:asciiTheme="majorHAnsi" w:hAnsiTheme="majorHAnsi" w:cstheme="majorHAnsi"/>
          <w:sz w:val="20"/>
          <w:szCs w:val="20"/>
          <w:vertAlign w:val="superscript"/>
          <w:lang w:val="es-CR" w:eastAsia="es-CR"/>
        </w:rPr>
        <w:t xml:space="preserve"> (</w:t>
      </w:r>
      <w:r w:rsidRPr="00A64921">
        <w:rPr>
          <w:rFonts w:asciiTheme="majorHAnsi" w:hAnsiTheme="majorHAnsi" w:cstheme="majorHAnsi"/>
          <w:sz w:val="20"/>
          <w:szCs w:val="20"/>
          <w:vertAlign w:val="superscript"/>
          <w:lang w:val="es-CR" w:eastAsia="es-CR"/>
        </w:rPr>
        <w:t>*)</w:t>
      </w:r>
    </w:p>
    <w:tbl>
      <w:tblPr>
        <w:tblW w:w="4401" w:type="pct"/>
        <w:tblInd w:w="1124" w:type="dxa"/>
        <w:tblCellMar>
          <w:left w:w="70" w:type="dxa"/>
          <w:right w:w="70" w:type="dxa"/>
        </w:tblCellMar>
        <w:tblLook w:val="04A0" w:firstRow="1" w:lastRow="0" w:firstColumn="1" w:lastColumn="0" w:noHBand="0" w:noVBand="1"/>
      </w:tblPr>
      <w:tblGrid>
        <w:gridCol w:w="1465"/>
        <w:gridCol w:w="6297"/>
      </w:tblGrid>
      <w:tr w:rsidR="00E35433" w:rsidRPr="00A64921" w14:paraId="73C09E2F" w14:textId="77777777" w:rsidTr="00E35433">
        <w:trPr>
          <w:trHeight w:val="30"/>
          <w:tblHeader/>
        </w:trPr>
        <w:tc>
          <w:tcPr>
            <w:tcW w:w="944" w:type="pct"/>
            <w:tcBorders>
              <w:top w:val="single" w:sz="8" w:space="0" w:color="000000"/>
              <w:left w:val="single" w:sz="8" w:space="0" w:color="000000"/>
              <w:bottom w:val="single" w:sz="8" w:space="0" w:color="000000"/>
              <w:right w:val="single" w:sz="8" w:space="0" w:color="000000"/>
            </w:tcBorders>
            <w:shd w:val="clear" w:color="auto" w:fill="DAE9F7"/>
            <w:vAlign w:val="center"/>
          </w:tcPr>
          <w:p w14:paraId="1DC69141" w14:textId="77777777" w:rsidR="00E35433" w:rsidRPr="00A64921" w:rsidRDefault="00E35433" w:rsidP="00A64921">
            <w:pPr>
              <w:widowControl w:val="0"/>
              <w:spacing w:before="0" w:after="0" w:line="276" w:lineRule="auto"/>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Cuenta contable</w:t>
            </w:r>
          </w:p>
        </w:tc>
        <w:tc>
          <w:tcPr>
            <w:tcW w:w="4056" w:type="pct"/>
            <w:tcBorders>
              <w:top w:val="single" w:sz="8" w:space="0" w:color="000000"/>
              <w:left w:val="nil"/>
              <w:bottom w:val="single" w:sz="8" w:space="0" w:color="000000"/>
              <w:right w:val="single" w:sz="8" w:space="0" w:color="000000"/>
            </w:tcBorders>
            <w:shd w:val="clear" w:color="auto" w:fill="DAE9F7"/>
            <w:vAlign w:val="center"/>
          </w:tcPr>
          <w:p w14:paraId="65BF377D" w14:textId="77777777" w:rsidR="00E35433" w:rsidRPr="00A64921" w:rsidRDefault="00E35433" w:rsidP="00A64921">
            <w:pPr>
              <w:widowControl w:val="0"/>
              <w:spacing w:before="0" w:after="0" w:line="276" w:lineRule="auto"/>
              <w:ind w:left="-64"/>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Descripción</w:t>
            </w:r>
          </w:p>
        </w:tc>
      </w:tr>
      <w:tr w:rsidR="00E35433" w:rsidRPr="00A64921" w14:paraId="53D45290" w14:textId="77777777" w:rsidTr="00C55BA7">
        <w:trPr>
          <w:trHeight w:val="30"/>
        </w:trPr>
        <w:tc>
          <w:tcPr>
            <w:tcW w:w="944" w:type="pct"/>
            <w:tcBorders>
              <w:top w:val="single" w:sz="8" w:space="0" w:color="000000"/>
              <w:left w:val="single" w:sz="8" w:space="0" w:color="000000"/>
              <w:bottom w:val="single" w:sz="8" w:space="0" w:color="000000"/>
              <w:right w:val="single" w:sz="8" w:space="0" w:color="000000"/>
            </w:tcBorders>
            <w:vAlign w:val="center"/>
            <w:hideMark/>
          </w:tcPr>
          <w:p w14:paraId="3F8160DE"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128</w:t>
            </w:r>
            <w:r w:rsidRPr="00A64921">
              <w:rPr>
                <w:rFonts w:asciiTheme="majorHAnsi" w:eastAsia="Aptos" w:hAnsiTheme="majorHAnsi" w:cstheme="majorHAnsi"/>
                <w:kern w:val="2"/>
                <w:sz w:val="16"/>
                <w:szCs w:val="16"/>
                <w:lang w:val="es-CR"/>
                <w14:ligatures w14:val="standardContextual"/>
              </w:rPr>
              <w:t>00000</w:t>
            </w:r>
          </w:p>
        </w:tc>
        <w:tc>
          <w:tcPr>
            <w:tcW w:w="4056" w:type="pct"/>
            <w:tcBorders>
              <w:top w:val="single" w:sz="8" w:space="0" w:color="000000"/>
              <w:left w:val="nil"/>
              <w:bottom w:val="single" w:sz="8" w:space="0" w:color="000000"/>
              <w:right w:val="single" w:sz="8" w:space="0" w:color="000000"/>
            </w:tcBorders>
            <w:vAlign w:val="center"/>
            <w:hideMark/>
          </w:tcPr>
          <w:p w14:paraId="616DFEC9" w14:textId="77777777" w:rsidR="00E35433" w:rsidRPr="00A64921" w:rsidRDefault="00E35433" w:rsidP="00A64921">
            <w:pPr>
              <w:widowControl w:val="0"/>
              <w:spacing w:before="0" w:after="0" w:line="276" w:lineRule="auto"/>
              <w:ind w:left="69"/>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Cuentas y productos por cobrar asociados a inversiones en instrumentos financieros</w:t>
            </w:r>
          </w:p>
        </w:tc>
      </w:tr>
      <w:tr w:rsidR="00E35433" w:rsidRPr="00A64921" w14:paraId="4D28BB39" w14:textId="77777777" w:rsidTr="00C55BA7">
        <w:trPr>
          <w:trHeight w:val="30"/>
        </w:trPr>
        <w:tc>
          <w:tcPr>
            <w:tcW w:w="944" w:type="pct"/>
            <w:tcBorders>
              <w:top w:val="nil"/>
              <w:left w:val="single" w:sz="8" w:space="0" w:color="000000"/>
              <w:bottom w:val="single" w:sz="8" w:space="0" w:color="000000"/>
              <w:right w:val="single" w:sz="8" w:space="0" w:color="000000"/>
            </w:tcBorders>
            <w:vAlign w:val="center"/>
            <w:hideMark/>
          </w:tcPr>
          <w:p w14:paraId="13704D96"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138</w:t>
            </w:r>
            <w:r w:rsidRPr="00A64921">
              <w:rPr>
                <w:rFonts w:asciiTheme="majorHAnsi" w:eastAsia="Aptos" w:hAnsiTheme="majorHAnsi" w:cstheme="majorHAnsi"/>
                <w:kern w:val="2"/>
                <w:sz w:val="16"/>
                <w:szCs w:val="16"/>
                <w:lang w:val="es-CR"/>
                <w14:ligatures w14:val="standardContextual"/>
              </w:rPr>
              <w:t>00000</w:t>
            </w:r>
          </w:p>
        </w:tc>
        <w:tc>
          <w:tcPr>
            <w:tcW w:w="4056" w:type="pct"/>
            <w:tcBorders>
              <w:top w:val="nil"/>
              <w:left w:val="nil"/>
              <w:bottom w:val="single" w:sz="8" w:space="0" w:color="000000"/>
              <w:right w:val="single" w:sz="8" w:space="0" w:color="000000"/>
            </w:tcBorders>
            <w:vAlign w:val="center"/>
            <w:hideMark/>
          </w:tcPr>
          <w:p w14:paraId="565D1CDA" w14:textId="77777777" w:rsidR="00E35433" w:rsidRPr="00A64921" w:rsidRDefault="00E35433" w:rsidP="00A64921">
            <w:pPr>
              <w:widowControl w:val="0"/>
              <w:spacing w:before="0" w:after="0" w:line="276" w:lineRule="auto"/>
              <w:ind w:left="69"/>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Productos por cobrar asociados a cartera de créditos</w:t>
            </w:r>
          </w:p>
        </w:tc>
      </w:tr>
      <w:tr w:rsidR="00E35433" w:rsidRPr="00A64921" w14:paraId="393D545A" w14:textId="77777777" w:rsidTr="00C55BA7">
        <w:trPr>
          <w:trHeight w:val="30"/>
        </w:trPr>
        <w:tc>
          <w:tcPr>
            <w:tcW w:w="944" w:type="pct"/>
            <w:tcBorders>
              <w:top w:val="nil"/>
              <w:left w:val="single" w:sz="8" w:space="0" w:color="000000"/>
              <w:bottom w:val="single" w:sz="8" w:space="0" w:color="000000"/>
              <w:right w:val="single" w:sz="8" w:space="0" w:color="000000"/>
            </w:tcBorders>
            <w:vAlign w:val="center"/>
            <w:hideMark/>
          </w:tcPr>
          <w:p w14:paraId="2EA3665B"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Excepto: 13835000</w:t>
            </w:r>
          </w:p>
        </w:tc>
        <w:tc>
          <w:tcPr>
            <w:tcW w:w="4056" w:type="pct"/>
            <w:tcBorders>
              <w:top w:val="nil"/>
              <w:left w:val="nil"/>
              <w:bottom w:val="single" w:sz="8" w:space="0" w:color="000000"/>
              <w:right w:val="single" w:sz="8" w:space="0" w:color="000000"/>
            </w:tcBorders>
            <w:vAlign w:val="center"/>
            <w:hideMark/>
          </w:tcPr>
          <w:p w14:paraId="4D9A7312" w14:textId="77777777" w:rsidR="00E35433" w:rsidRPr="00A64921" w:rsidRDefault="00E35433" w:rsidP="00A64921">
            <w:pPr>
              <w:widowControl w:val="0"/>
              <w:spacing w:before="0" w:after="0" w:line="276" w:lineRule="auto"/>
              <w:ind w:left="69"/>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Productos por cobrar por Créditos – Sector Público</w:t>
            </w:r>
          </w:p>
        </w:tc>
      </w:tr>
      <w:tr w:rsidR="00E35433" w:rsidRPr="00A64921" w14:paraId="4D56B722" w14:textId="77777777" w:rsidTr="00C55BA7">
        <w:trPr>
          <w:trHeight w:val="30"/>
        </w:trPr>
        <w:tc>
          <w:tcPr>
            <w:tcW w:w="944" w:type="pct"/>
            <w:tcBorders>
              <w:top w:val="nil"/>
              <w:left w:val="single" w:sz="8" w:space="0" w:color="000000"/>
              <w:bottom w:val="single" w:sz="8" w:space="0" w:color="000000"/>
              <w:right w:val="single" w:sz="8" w:space="0" w:color="000000"/>
            </w:tcBorders>
            <w:vAlign w:val="center"/>
            <w:hideMark/>
          </w:tcPr>
          <w:p w14:paraId="00D9E03C"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142</w:t>
            </w:r>
            <w:r w:rsidRPr="00A64921">
              <w:rPr>
                <w:rFonts w:asciiTheme="majorHAnsi" w:eastAsia="Aptos" w:hAnsiTheme="majorHAnsi" w:cstheme="majorHAnsi"/>
                <w:kern w:val="2"/>
                <w:sz w:val="16"/>
                <w:szCs w:val="16"/>
                <w:lang w:val="es-CR"/>
                <w14:ligatures w14:val="standardContextual"/>
              </w:rPr>
              <w:t>00000</w:t>
            </w:r>
          </w:p>
        </w:tc>
        <w:tc>
          <w:tcPr>
            <w:tcW w:w="4056" w:type="pct"/>
            <w:tcBorders>
              <w:top w:val="nil"/>
              <w:left w:val="nil"/>
              <w:bottom w:val="single" w:sz="8" w:space="0" w:color="000000"/>
              <w:right w:val="single" w:sz="8" w:space="0" w:color="000000"/>
            </w:tcBorders>
            <w:vAlign w:val="center"/>
            <w:hideMark/>
          </w:tcPr>
          <w:p w14:paraId="417C019D" w14:textId="77777777" w:rsidR="00E35433" w:rsidRPr="00A64921" w:rsidRDefault="00E35433" w:rsidP="00A64921">
            <w:pPr>
              <w:widowControl w:val="0"/>
              <w:spacing w:before="0" w:after="0" w:line="276" w:lineRule="auto"/>
              <w:ind w:left="69"/>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Comisiones por cobrar </w:t>
            </w:r>
          </w:p>
        </w:tc>
      </w:tr>
      <w:tr w:rsidR="00E35433" w:rsidRPr="00A64921" w14:paraId="5C1707FF" w14:textId="77777777" w:rsidTr="00C55BA7">
        <w:trPr>
          <w:trHeight w:val="30"/>
        </w:trPr>
        <w:tc>
          <w:tcPr>
            <w:tcW w:w="944" w:type="pct"/>
            <w:tcBorders>
              <w:top w:val="nil"/>
              <w:left w:val="single" w:sz="8" w:space="0" w:color="000000"/>
              <w:bottom w:val="single" w:sz="8" w:space="0" w:color="000000"/>
              <w:right w:val="single" w:sz="8" w:space="0" w:color="000000"/>
            </w:tcBorders>
            <w:vAlign w:val="center"/>
            <w:hideMark/>
          </w:tcPr>
          <w:p w14:paraId="12BC6327"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145</w:t>
            </w:r>
            <w:r w:rsidRPr="00A64921">
              <w:rPr>
                <w:rFonts w:asciiTheme="majorHAnsi" w:eastAsia="Aptos" w:hAnsiTheme="majorHAnsi" w:cstheme="majorHAnsi"/>
                <w:kern w:val="2"/>
                <w:sz w:val="16"/>
                <w:szCs w:val="16"/>
                <w:lang w:val="es-CR"/>
                <w14:ligatures w14:val="standardContextual"/>
              </w:rPr>
              <w:t>00000</w:t>
            </w:r>
          </w:p>
        </w:tc>
        <w:tc>
          <w:tcPr>
            <w:tcW w:w="4056" w:type="pct"/>
            <w:tcBorders>
              <w:top w:val="nil"/>
              <w:left w:val="nil"/>
              <w:bottom w:val="single" w:sz="8" w:space="0" w:color="000000"/>
              <w:right w:val="single" w:sz="8" w:space="0" w:color="000000"/>
            </w:tcBorders>
            <w:vAlign w:val="center"/>
            <w:hideMark/>
          </w:tcPr>
          <w:p w14:paraId="603493CD" w14:textId="77777777" w:rsidR="00E35433" w:rsidRPr="00A64921" w:rsidRDefault="00E35433" w:rsidP="00A64921">
            <w:pPr>
              <w:widowControl w:val="0"/>
              <w:spacing w:before="0" w:after="0" w:line="276" w:lineRule="auto"/>
              <w:ind w:left="69"/>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Cuentas por cobrar por operaciones con partes relacionadas</w:t>
            </w:r>
          </w:p>
        </w:tc>
      </w:tr>
      <w:tr w:rsidR="00E35433" w:rsidRPr="00A64921" w14:paraId="58C401FB" w14:textId="77777777" w:rsidTr="00C55BA7">
        <w:trPr>
          <w:trHeight w:val="30"/>
        </w:trPr>
        <w:tc>
          <w:tcPr>
            <w:tcW w:w="944" w:type="pct"/>
            <w:tcBorders>
              <w:top w:val="nil"/>
              <w:left w:val="single" w:sz="8" w:space="0" w:color="000000"/>
              <w:bottom w:val="single" w:sz="8" w:space="0" w:color="000000"/>
              <w:right w:val="single" w:sz="8" w:space="0" w:color="000000"/>
            </w:tcBorders>
            <w:vAlign w:val="center"/>
            <w:hideMark/>
          </w:tcPr>
          <w:p w14:paraId="7A9AAA62"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147</w:t>
            </w:r>
            <w:r w:rsidRPr="00A64921">
              <w:rPr>
                <w:rFonts w:asciiTheme="majorHAnsi" w:eastAsia="Aptos" w:hAnsiTheme="majorHAnsi" w:cstheme="majorHAnsi"/>
                <w:kern w:val="2"/>
                <w:sz w:val="16"/>
                <w:szCs w:val="16"/>
                <w:lang w:val="es-CR"/>
                <w14:ligatures w14:val="standardContextual"/>
              </w:rPr>
              <w:t>00000</w:t>
            </w:r>
          </w:p>
        </w:tc>
        <w:tc>
          <w:tcPr>
            <w:tcW w:w="4056" w:type="pct"/>
            <w:tcBorders>
              <w:top w:val="nil"/>
              <w:left w:val="nil"/>
              <w:bottom w:val="single" w:sz="8" w:space="0" w:color="000000"/>
              <w:right w:val="single" w:sz="8" w:space="0" w:color="000000"/>
            </w:tcBorders>
            <w:vAlign w:val="center"/>
            <w:hideMark/>
          </w:tcPr>
          <w:p w14:paraId="1A876F42" w14:textId="77777777" w:rsidR="00E35433" w:rsidRPr="00A64921" w:rsidRDefault="00E35433" w:rsidP="00A64921">
            <w:pPr>
              <w:widowControl w:val="0"/>
              <w:spacing w:before="0" w:after="0" w:line="276" w:lineRule="auto"/>
              <w:ind w:left="69"/>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Otras cuentas por cobrar</w:t>
            </w:r>
          </w:p>
        </w:tc>
      </w:tr>
      <w:tr w:rsidR="00E35433" w:rsidRPr="00A64921" w14:paraId="5A61CF9C" w14:textId="77777777" w:rsidTr="00C55BA7">
        <w:trPr>
          <w:trHeight w:val="43"/>
        </w:trPr>
        <w:tc>
          <w:tcPr>
            <w:tcW w:w="944" w:type="pct"/>
            <w:tcBorders>
              <w:top w:val="nil"/>
              <w:left w:val="single" w:sz="8" w:space="0" w:color="000000"/>
              <w:bottom w:val="single" w:sz="8" w:space="0" w:color="000000"/>
              <w:right w:val="single" w:sz="8" w:space="0" w:color="000000"/>
            </w:tcBorders>
            <w:vAlign w:val="center"/>
            <w:hideMark/>
          </w:tcPr>
          <w:p w14:paraId="728CCD34" w14:textId="77777777" w:rsidR="00E35433" w:rsidRPr="00A64921" w:rsidRDefault="00E35433" w:rsidP="00A64921">
            <w:pPr>
              <w:widowControl w:val="0"/>
              <w:spacing w:before="0" w:after="0" w:line="276" w:lineRule="auto"/>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148</w:t>
            </w:r>
            <w:r w:rsidRPr="00A64921">
              <w:rPr>
                <w:rFonts w:asciiTheme="majorHAnsi" w:eastAsia="Aptos" w:hAnsiTheme="majorHAnsi" w:cstheme="majorHAnsi"/>
                <w:kern w:val="2"/>
                <w:sz w:val="16"/>
                <w:szCs w:val="16"/>
                <w:lang w:val="es-CR"/>
                <w14:ligatures w14:val="standardContextual"/>
              </w:rPr>
              <w:t>00000</w:t>
            </w:r>
          </w:p>
        </w:tc>
        <w:tc>
          <w:tcPr>
            <w:tcW w:w="4056" w:type="pct"/>
            <w:tcBorders>
              <w:top w:val="nil"/>
              <w:left w:val="nil"/>
              <w:bottom w:val="single" w:sz="8" w:space="0" w:color="000000"/>
              <w:right w:val="single" w:sz="8" w:space="0" w:color="000000"/>
            </w:tcBorders>
            <w:vAlign w:val="center"/>
            <w:hideMark/>
          </w:tcPr>
          <w:p w14:paraId="1EA9279F" w14:textId="77777777" w:rsidR="00E35433" w:rsidRPr="00A64921" w:rsidRDefault="00E35433" w:rsidP="00A64921">
            <w:pPr>
              <w:widowControl w:val="0"/>
              <w:spacing w:before="0" w:after="0" w:line="276" w:lineRule="auto"/>
              <w:ind w:left="69"/>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Productos por cobrar asociados a las cuentas por cobrar</w:t>
            </w:r>
          </w:p>
        </w:tc>
      </w:tr>
    </w:tbl>
    <w:p w14:paraId="75666D22" w14:textId="77777777" w:rsidR="00E35433" w:rsidRPr="00A64921" w:rsidRDefault="00E35433" w:rsidP="00E35433">
      <w:pPr>
        <w:spacing w:after="120" w:line="240" w:lineRule="auto"/>
        <w:ind w:left="2268" w:hanging="567"/>
        <w:rPr>
          <w:rFonts w:asciiTheme="majorHAnsi" w:hAnsiTheme="majorHAnsi" w:cstheme="majorHAnsi"/>
          <w:sz w:val="20"/>
          <w:szCs w:val="20"/>
          <w:lang w:val="es-CR" w:eastAsia="es-CR"/>
        </w:rPr>
      </w:pPr>
      <w:r w:rsidRPr="00A64921">
        <w:rPr>
          <w:rFonts w:asciiTheme="majorHAnsi" w:hAnsiTheme="majorHAnsi" w:cstheme="majorHAnsi"/>
          <w:sz w:val="20"/>
          <w:szCs w:val="20"/>
          <w:lang w:val="es-CR" w:eastAsia="es-CR"/>
        </w:rPr>
        <w:t>d)</w:t>
      </w:r>
      <w:r w:rsidRPr="00A64921">
        <w:rPr>
          <w:rFonts w:asciiTheme="majorHAnsi" w:hAnsiTheme="majorHAnsi" w:cstheme="majorHAnsi"/>
          <w:sz w:val="20"/>
          <w:szCs w:val="20"/>
          <w:lang w:val="es-CR" w:eastAsia="es-CR"/>
        </w:rPr>
        <w:tab/>
        <w:t>CUENTAS CONTINGENTES DEUDORAS</w:t>
      </w:r>
    </w:p>
    <w:tbl>
      <w:tblPr>
        <w:tblW w:w="4401" w:type="pct"/>
        <w:tblInd w:w="1124" w:type="dxa"/>
        <w:tblCellMar>
          <w:left w:w="70" w:type="dxa"/>
          <w:right w:w="70" w:type="dxa"/>
        </w:tblCellMar>
        <w:tblLook w:val="04A0" w:firstRow="1" w:lastRow="0" w:firstColumn="1" w:lastColumn="0" w:noHBand="0" w:noVBand="1"/>
      </w:tblPr>
      <w:tblGrid>
        <w:gridCol w:w="963"/>
        <w:gridCol w:w="6799"/>
      </w:tblGrid>
      <w:tr w:rsidR="00E35433" w:rsidRPr="00A64921" w14:paraId="7D3A0616" w14:textId="77777777" w:rsidTr="00E35433">
        <w:trPr>
          <w:trHeight w:val="166"/>
          <w:tblHeader/>
        </w:trPr>
        <w:tc>
          <w:tcPr>
            <w:tcW w:w="409" w:type="pct"/>
            <w:tcBorders>
              <w:top w:val="single" w:sz="8" w:space="0" w:color="000000"/>
              <w:left w:val="single" w:sz="8" w:space="0" w:color="000000"/>
              <w:bottom w:val="single" w:sz="8" w:space="0" w:color="000000"/>
              <w:right w:val="single" w:sz="8" w:space="0" w:color="000000"/>
            </w:tcBorders>
            <w:shd w:val="clear" w:color="auto" w:fill="DAE9F7"/>
            <w:vAlign w:val="center"/>
          </w:tcPr>
          <w:p w14:paraId="7575ACE8" w14:textId="77777777" w:rsidR="00E35433" w:rsidRPr="00A64921" w:rsidRDefault="00E35433" w:rsidP="00A64921">
            <w:pPr>
              <w:widowControl w:val="0"/>
              <w:spacing w:before="0" w:after="0" w:line="276" w:lineRule="auto"/>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Cuenta contable</w:t>
            </w:r>
          </w:p>
        </w:tc>
        <w:tc>
          <w:tcPr>
            <w:tcW w:w="4591" w:type="pct"/>
            <w:tcBorders>
              <w:top w:val="single" w:sz="8" w:space="0" w:color="000000"/>
              <w:left w:val="nil"/>
              <w:bottom w:val="single" w:sz="8" w:space="0" w:color="000000"/>
              <w:right w:val="single" w:sz="8" w:space="0" w:color="000000"/>
            </w:tcBorders>
            <w:shd w:val="clear" w:color="auto" w:fill="DAE9F7"/>
            <w:vAlign w:val="center"/>
          </w:tcPr>
          <w:p w14:paraId="3E772E5A" w14:textId="77777777" w:rsidR="00E35433" w:rsidRPr="00A64921" w:rsidRDefault="00E35433" w:rsidP="00A64921">
            <w:pPr>
              <w:widowControl w:val="0"/>
              <w:spacing w:before="0" w:after="0" w:line="276" w:lineRule="auto"/>
              <w:ind w:left="-64"/>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Descripción</w:t>
            </w:r>
          </w:p>
        </w:tc>
      </w:tr>
      <w:tr w:rsidR="00E35433" w:rsidRPr="00A64921" w14:paraId="476290D7" w14:textId="77777777" w:rsidTr="00C55BA7">
        <w:trPr>
          <w:trHeight w:val="43"/>
        </w:trPr>
        <w:tc>
          <w:tcPr>
            <w:tcW w:w="409" w:type="pct"/>
            <w:tcBorders>
              <w:top w:val="single" w:sz="8" w:space="0" w:color="000000"/>
              <w:left w:val="single" w:sz="8" w:space="0" w:color="000000"/>
              <w:bottom w:val="single" w:sz="8" w:space="0" w:color="000000"/>
              <w:right w:val="single" w:sz="8" w:space="0" w:color="000000"/>
            </w:tcBorders>
            <w:vAlign w:val="center"/>
            <w:hideMark/>
          </w:tcPr>
          <w:p w14:paraId="36088090"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61101M02</w:t>
            </w:r>
          </w:p>
        </w:tc>
        <w:tc>
          <w:tcPr>
            <w:tcW w:w="4591" w:type="pct"/>
            <w:tcBorders>
              <w:top w:val="single" w:sz="8" w:space="0" w:color="000000"/>
              <w:left w:val="nil"/>
              <w:bottom w:val="single" w:sz="8" w:space="0" w:color="000000"/>
              <w:right w:val="single" w:sz="8" w:space="0" w:color="000000"/>
            </w:tcBorders>
            <w:vAlign w:val="center"/>
            <w:hideMark/>
          </w:tcPr>
          <w:p w14:paraId="7F38F6D7"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Avales saldo sin depósito previo</w:t>
            </w:r>
          </w:p>
        </w:tc>
      </w:tr>
      <w:tr w:rsidR="00E35433" w:rsidRPr="00A64921" w14:paraId="436ED81F" w14:textId="77777777" w:rsidTr="00C55BA7">
        <w:trPr>
          <w:trHeight w:val="72"/>
        </w:trPr>
        <w:tc>
          <w:tcPr>
            <w:tcW w:w="409" w:type="pct"/>
            <w:tcBorders>
              <w:top w:val="nil"/>
              <w:left w:val="single" w:sz="8" w:space="0" w:color="000000"/>
              <w:bottom w:val="single" w:sz="8" w:space="0" w:color="000000"/>
              <w:right w:val="single" w:sz="8" w:space="0" w:color="000000"/>
            </w:tcBorders>
            <w:vAlign w:val="center"/>
            <w:hideMark/>
          </w:tcPr>
          <w:p w14:paraId="2B5B4FF7"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61102M02</w:t>
            </w:r>
          </w:p>
        </w:tc>
        <w:tc>
          <w:tcPr>
            <w:tcW w:w="4591" w:type="pct"/>
            <w:tcBorders>
              <w:top w:val="nil"/>
              <w:left w:val="nil"/>
              <w:bottom w:val="single" w:sz="8" w:space="0" w:color="000000"/>
              <w:right w:val="single" w:sz="8" w:space="0" w:color="000000"/>
            </w:tcBorders>
            <w:vAlign w:val="center"/>
            <w:hideMark/>
          </w:tcPr>
          <w:p w14:paraId="6917719F"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Garantías de cumplimiento saldo sin depósito previo</w:t>
            </w:r>
          </w:p>
        </w:tc>
      </w:tr>
      <w:tr w:rsidR="00E35433" w:rsidRPr="00A64921" w14:paraId="4180A080" w14:textId="77777777" w:rsidTr="00C55BA7">
        <w:trPr>
          <w:trHeight w:val="49"/>
        </w:trPr>
        <w:tc>
          <w:tcPr>
            <w:tcW w:w="409" w:type="pct"/>
            <w:tcBorders>
              <w:top w:val="nil"/>
              <w:left w:val="single" w:sz="8" w:space="0" w:color="000000"/>
              <w:bottom w:val="single" w:sz="8" w:space="0" w:color="000000"/>
              <w:right w:val="single" w:sz="8" w:space="0" w:color="000000"/>
            </w:tcBorders>
            <w:vAlign w:val="center"/>
            <w:hideMark/>
          </w:tcPr>
          <w:p w14:paraId="0E6604AB"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61103M02</w:t>
            </w:r>
          </w:p>
        </w:tc>
        <w:tc>
          <w:tcPr>
            <w:tcW w:w="4591" w:type="pct"/>
            <w:tcBorders>
              <w:top w:val="nil"/>
              <w:left w:val="nil"/>
              <w:bottom w:val="single" w:sz="8" w:space="0" w:color="000000"/>
              <w:right w:val="single" w:sz="8" w:space="0" w:color="000000"/>
            </w:tcBorders>
            <w:vAlign w:val="center"/>
            <w:hideMark/>
          </w:tcPr>
          <w:p w14:paraId="7ACDBAB5"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Garantías de participación saldo sin depósito previo</w:t>
            </w:r>
          </w:p>
        </w:tc>
      </w:tr>
      <w:tr w:rsidR="00E35433" w:rsidRPr="00A64921" w14:paraId="2DBEF213" w14:textId="77777777" w:rsidTr="00C55BA7">
        <w:trPr>
          <w:trHeight w:val="43"/>
        </w:trPr>
        <w:tc>
          <w:tcPr>
            <w:tcW w:w="409" w:type="pct"/>
            <w:tcBorders>
              <w:top w:val="nil"/>
              <w:left w:val="single" w:sz="8" w:space="0" w:color="000000"/>
              <w:bottom w:val="single" w:sz="8" w:space="0" w:color="000000"/>
              <w:right w:val="single" w:sz="8" w:space="0" w:color="000000"/>
            </w:tcBorders>
            <w:vAlign w:val="center"/>
            <w:hideMark/>
          </w:tcPr>
          <w:p w14:paraId="7E9A13F4"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61104M02</w:t>
            </w:r>
          </w:p>
        </w:tc>
        <w:tc>
          <w:tcPr>
            <w:tcW w:w="4591" w:type="pct"/>
            <w:tcBorders>
              <w:top w:val="nil"/>
              <w:left w:val="nil"/>
              <w:bottom w:val="single" w:sz="8" w:space="0" w:color="000000"/>
              <w:right w:val="single" w:sz="8" w:space="0" w:color="000000"/>
            </w:tcBorders>
            <w:vAlign w:val="center"/>
            <w:hideMark/>
          </w:tcPr>
          <w:p w14:paraId="77FC8673"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Otras garantías saldo sin depósito previo </w:t>
            </w:r>
          </w:p>
        </w:tc>
      </w:tr>
      <w:tr w:rsidR="00E35433" w:rsidRPr="00A64921" w14:paraId="520D254B" w14:textId="77777777" w:rsidTr="00C55BA7">
        <w:trPr>
          <w:trHeight w:val="142"/>
        </w:trPr>
        <w:tc>
          <w:tcPr>
            <w:tcW w:w="409" w:type="pct"/>
            <w:tcBorders>
              <w:top w:val="nil"/>
              <w:left w:val="single" w:sz="8" w:space="0" w:color="000000"/>
              <w:bottom w:val="single" w:sz="8" w:space="0" w:color="000000"/>
              <w:right w:val="single" w:sz="8" w:space="0" w:color="000000"/>
            </w:tcBorders>
            <w:vAlign w:val="center"/>
            <w:hideMark/>
          </w:tcPr>
          <w:p w14:paraId="115985F7"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61202000</w:t>
            </w:r>
          </w:p>
        </w:tc>
        <w:tc>
          <w:tcPr>
            <w:tcW w:w="4591" w:type="pct"/>
            <w:tcBorders>
              <w:top w:val="nil"/>
              <w:left w:val="nil"/>
              <w:bottom w:val="single" w:sz="8" w:space="0" w:color="000000"/>
              <w:right w:val="single" w:sz="8" w:space="0" w:color="000000"/>
            </w:tcBorders>
            <w:vAlign w:val="center"/>
            <w:hideMark/>
          </w:tcPr>
          <w:p w14:paraId="32751E03"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Cartas de crédito a la vista saldo sin depósito previo</w:t>
            </w:r>
          </w:p>
        </w:tc>
      </w:tr>
      <w:tr w:rsidR="00E35433" w:rsidRPr="00A64921" w14:paraId="0A222559" w14:textId="77777777" w:rsidTr="00C55BA7">
        <w:trPr>
          <w:trHeight w:val="119"/>
        </w:trPr>
        <w:tc>
          <w:tcPr>
            <w:tcW w:w="409" w:type="pct"/>
            <w:tcBorders>
              <w:top w:val="nil"/>
              <w:left w:val="single" w:sz="8" w:space="0" w:color="000000"/>
              <w:bottom w:val="single" w:sz="8" w:space="0" w:color="000000"/>
              <w:right w:val="single" w:sz="8" w:space="0" w:color="000000"/>
            </w:tcBorders>
            <w:vAlign w:val="center"/>
            <w:hideMark/>
          </w:tcPr>
          <w:p w14:paraId="5D5C7DAB"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61204000</w:t>
            </w:r>
          </w:p>
        </w:tc>
        <w:tc>
          <w:tcPr>
            <w:tcW w:w="4591" w:type="pct"/>
            <w:tcBorders>
              <w:top w:val="nil"/>
              <w:left w:val="nil"/>
              <w:bottom w:val="single" w:sz="8" w:space="0" w:color="000000"/>
              <w:right w:val="single" w:sz="8" w:space="0" w:color="000000"/>
            </w:tcBorders>
            <w:vAlign w:val="center"/>
            <w:hideMark/>
          </w:tcPr>
          <w:p w14:paraId="404DF7A4"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Cartas de crédito diferidas saldo sin depósito previo</w:t>
            </w:r>
          </w:p>
        </w:tc>
      </w:tr>
      <w:tr w:rsidR="00E35433" w:rsidRPr="00A64921" w14:paraId="0563C561" w14:textId="77777777" w:rsidTr="00C55BA7">
        <w:trPr>
          <w:trHeight w:val="94"/>
        </w:trPr>
        <w:tc>
          <w:tcPr>
            <w:tcW w:w="409" w:type="pct"/>
            <w:tcBorders>
              <w:top w:val="nil"/>
              <w:left w:val="single" w:sz="8" w:space="0" w:color="000000"/>
              <w:bottom w:val="single" w:sz="8" w:space="0" w:color="000000"/>
              <w:right w:val="single" w:sz="8" w:space="0" w:color="000000"/>
            </w:tcBorders>
            <w:vAlign w:val="center"/>
            <w:hideMark/>
          </w:tcPr>
          <w:p w14:paraId="5AFF87D8"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61301M02</w:t>
            </w:r>
          </w:p>
        </w:tc>
        <w:tc>
          <w:tcPr>
            <w:tcW w:w="4591" w:type="pct"/>
            <w:tcBorders>
              <w:top w:val="nil"/>
              <w:left w:val="nil"/>
              <w:bottom w:val="single" w:sz="8" w:space="0" w:color="000000"/>
              <w:right w:val="single" w:sz="8" w:space="0" w:color="000000"/>
            </w:tcBorders>
            <w:vAlign w:val="center"/>
            <w:hideMark/>
          </w:tcPr>
          <w:p w14:paraId="180B525F"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Cartas de crédito confirmadas no negociadas saldo sin depósito previo</w:t>
            </w:r>
          </w:p>
        </w:tc>
      </w:tr>
      <w:tr w:rsidR="00E35433" w:rsidRPr="00A64921" w14:paraId="7744245C" w14:textId="77777777" w:rsidTr="00C55BA7">
        <w:trPr>
          <w:trHeight w:val="43"/>
        </w:trPr>
        <w:tc>
          <w:tcPr>
            <w:tcW w:w="409" w:type="pct"/>
            <w:tcBorders>
              <w:top w:val="nil"/>
              <w:left w:val="single" w:sz="8" w:space="0" w:color="000000"/>
              <w:bottom w:val="single" w:sz="8" w:space="0" w:color="000000"/>
              <w:right w:val="single" w:sz="8" w:space="0" w:color="000000"/>
            </w:tcBorders>
            <w:vAlign w:val="center"/>
            <w:hideMark/>
          </w:tcPr>
          <w:p w14:paraId="5F97DCEC"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lastRenderedPageBreak/>
              <w:t>615</w:t>
            </w:r>
            <w:r w:rsidRPr="00A64921">
              <w:rPr>
                <w:rFonts w:asciiTheme="majorHAnsi" w:eastAsia="Aptos" w:hAnsiTheme="majorHAnsi" w:cstheme="majorHAnsi"/>
                <w:kern w:val="2"/>
                <w:sz w:val="16"/>
                <w:szCs w:val="16"/>
                <w:lang w:val="es-CR"/>
                <w14:ligatures w14:val="standardContextual"/>
              </w:rPr>
              <w:t>00000</w:t>
            </w:r>
          </w:p>
        </w:tc>
        <w:tc>
          <w:tcPr>
            <w:tcW w:w="4591" w:type="pct"/>
            <w:tcBorders>
              <w:top w:val="nil"/>
              <w:left w:val="nil"/>
              <w:bottom w:val="single" w:sz="8" w:space="0" w:color="000000"/>
              <w:right w:val="single" w:sz="8" w:space="0" w:color="000000"/>
            </w:tcBorders>
            <w:vAlign w:val="center"/>
            <w:hideMark/>
          </w:tcPr>
          <w:p w14:paraId="60033CE6"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Líneas de crédito de utilización automática</w:t>
            </w:r>
          </w:p>
        </w:tc>
      </w:tr>
      <w:tr w:rsidR="00E35433" w:rsidRPr="00A64921" w14:paraId="0A73B94E" w14:textId="77777777" w:rsidTr="00C55BA7">
        <w:trPr>
          <w:trHeight w:val="43"/>
        </w:trPr>
        <w:tc>
          <w:tcPr>
            <w:tcW w:w="409" w:type="pct"/>
            <w:tcBorders>
              <w:top w:val="nil"/>
              <w:left w:val="single" w:sz="8" w:space="0" w:color="000000"/>
              <w:bottom w:val="single" w:sz="8" w:space="0" w:color="000000"/>
              <w:right w:val="single" w:sz="8" w:space="0" w:color="000000"/>
            </w:tcBorders>
            <w:vAlign w:val="center"/>
            <w:hideMark/>
          </w:tcPr>
          <w:p w14:paraId="0C33D157"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61701000</w:t>
            </w:r>
          </w:p>
        </w:tc>
        <w:tc>
          <w:tcPr>
            <w:tcW w:w="4591" w:type="pct"/>
            <w:tcBorders>
              <w:top w:val="nil"/>
              <w:left w:val="nil"/>
              <w:bottom w:val="single" w:sz="8" w:space="0" w:color="000000"/>
              <w:right w:val="single" w:sz="8" w:space="0" w:color="000000"/>
            </w:tcBorders>
            <w:vAlign w:val="center"/>
            <w:hideMark/>
          </w:tcPr>
          <w:p w14:paraId="3AF2AA15"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Otras contingencias crediticias</w:t>
            </w:r>
          </w:p>
        </w:tc>
      </w:tr>
      <w:tr w:rsidR="00E35433" w:rsidRPr="00A64921" w14:paraId="27FF9CD8" w14:textId="77777777" w:rsidTr="00C55BA7">
        <w:trPr>
          <w:trHeight w:val="43"/>
        </w:trPr>
        <w:tc>
          <w:tcPr>
            <w:tcW w:w="409" w:type="pct"/>
            <w:tcBorders>
              <w:top w:val="nil"/>
              <w:left w:val="single" w:sz="8" w:space="0" w:color="000000"/>
              <w:bottom w:val="single" w:sz="8" w:space="0" w:color="000000"/>
              <w:right w:val="single" w:sz="8" w:space="0" w:color="000000"/>
            </w:tcBorders>
            <w:vAlign w:val="center"/>
            <w:hideMark/>
          </w:tcPr>
          <w:p w14:paraId="1498985D"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619</w:t>
            </w:r>
            <w:r w:rsidRPr="00A64921">
              <w:rPr>
                <w:rFonts w:asciiTheme="majorHAnsi" w:eastAsia="Aptos" w:hAnsiTheme="majorHAnsi" w:cstheme="majorHAnsi"/>
                <w:kern w:val="2"/>
                <w:sz w:val="16"/>
                <w:szCs w:val="16"/>
                <w:lang w:val="es-CR"/>
                <w14:ligatures w14:val="standardContextual"/>
              </w:rPr>
              <w:t>00000</w:t>
            </w:r>
          </w:p>
        </w:tc>
        <w:tc>
          <w:tcPr>
            <w:tcW w:w="4591" w:type="pct"/>
            <w:tcBorders>
              <w:top w:val="nil"/>
              <w:left w:val="nil"/>
              <w:bottom w:val="single" w:sz="8" w:space="0" w:color="000000"/>
              <w:right w:val="single" w:sz="8" w:space="0" w:color="000000"/>
            </w:tcBorders>
            <w:vAlign w:val="center"/>
            <w:hideMark/>
          </w:tcPr>
          <w:p w14:paraId="3D19F603" w14:textId="77777777"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Créditos pendientes de desembolsar</w:t>
            </w:r>
          </w:p>
        </w:tc>
      </w:tr>
      <w:tr w:rsidR="00E35433" w:rsidRPr="00A64921" w14:paraId="79D49C20" w14:textId="77777777" w:rsidTr="00C55BA7">
        <w:trPr>
          <w:trHeight w:val="43"/>
        </w:trPr>
        <w:tc>
          <w:tcPr>
            <w:tcW w:w="409" w:type="pct"/>
            <w:tcBorders>
              <w:top w:val="nil"/>
              <w:left w:val="single" w:sz="8" w:space="0" w:color="000000"/>
              <w:bottom w:val="single" w:sz="8" w:space="0" w:color="000000"/>
              <w:right w:val="single" w:sz="8" w:space="0" w:color="000000"/>
            </w:tcBorders>
            <w:vAlign w:val="center"/>
            <w:hideMark/>
          </w:tcPr>
          <w:p w14:paraId="1430D673" w14:textId="77777777" w:rsidR="00E35433" w:rsidRPr="00A64921" w:rsidRDefault="00E35433" w:rsidP="00A64921">
            <w:pPr>
              <w:widowControl w:val="0"/>
              <w:spacing w:before="0" w:after="0" w:line="276" w:lineRule="auto"/>
              <w:ind w:left="66"/>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814</w:t>
            </w:r>
            <w:r w:rsidRPr="00A64921">
              <w:rPr>
                <w:rFonts w:asciiTheme="majorHAnsi" w:eastAsia="Aptos" w:hAnsiTheme="majorHAnsi" w:cstheme="majorHAnsi"/>
                <w:kern w:val="2"/>
                <w:sz w:val="16"/>
                <w:szCs w:val="16"/>
                <w:lang w:val="es-CR"/>
                <w14:ligatures w14:val="standardContextual"/>
              </w:rPr>
              <w:t>00000</w:t>
            </w:r>
          </w:p>
        </w:tc>
        <w:tc>
          <w:tcPr>
            <w:tcW w:w="4591" w:type="pct"/>
            <w:tcBorders>
              <w:top w:val="nil"/>
              <w:left w:val="nil"/>
              <w:bottom w:val="single" w:sz="8" w:space="0" w:color="000000"/>
              <w:right w:val="single" w:sz="8" w:space="0" w:color="000000"/>
            </w:tcBorders>
            <w:vAlign w:val="center"/>
            <w:hideMark/>
          </w:tcPr>
          <w:p w14:paraId="309FB44C" w14:textId="02F914AB" w:rsidR="00E35433" w:rsidRPr="00A64921" w:rsidRDefault="00E35433" w:rsidP="00A64921">
            <w:pPr>
              <w:widowControl w:val="0"/>
              <w:spacing w:before="0" w:after="0" w:line="276" w:lineRule="auto"/>
              <w:ind w:left="82"/>
              <w:jc w:val="left"/>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color w:val="000000"/>
                <w:kern w:val="2"/>
                <w:sz w:val="16"/>
                <w:szCs w:val="16"/>
                <w:lang w:val="es-CR"/>
                <w14:ligatures w14:val="standardContextual"/>
              </w:rPr>
              <w:t xml:space="preserve">Líneas de crédito otorgadas pendientes de </w:t>
            </w:r>
            <w:r w:rsidR="008172D8" w:rsidRPr="00A64921">
              <w:rPr>
                <w:rFonts w:asciiTheme="majorHAnsi" w:eastAsia="Aptos" w:hAnsiTheme="majorHAnsi" w:cstheme="majorHAnsi"/>
                <w:color w:val="000000"/>
                <w:kern w:val="2"/>
                <w:sz w:val="16"/>
                <w:szCs w:val="16"/>
                <w:lang w:val="es-CR"/>
                <w14:ligatures w14:val="standardContextual"/>
              </w:rPr>
              <w:t>utilización</w:t>
            </w:r>
            <w:r w:rsidR="008172D8" w:rsidRPr="00A64921">
              <w:rPr>
                <w:rFonts w:asciiTheme="majorHAnsi" w:eastAsia="Aptos" w:hAnsiTheme="majorHAnsi" w:cstheme="majorHAnsi"/>
                <w:kern w:val="2"/>
                <w:sz w:val="16"/>
                <w:szCs w:val="16"/>
                <w:vertAlign w:val="superscript"/>
                <w:lang w:val="es-CR"/>
                <w14:ligatures w14:val="standardContextual"/>
              </w:rPr>
              <w:t xml:space="preserve"> (</w:t>
            </w:r>
            <w:r w:rsidRPr="00A64921">
              <w:rPr>
                <w:rFonts w:asciiTheme="majorHAnsi" w:eastAsia="Aptos" w:hAnsiTheme="majorHAnsi" w:cstheme="majorHAnsi"/>
                <w:kern w:val="2"/>
                <w:sz w:val="16"/>
                <w:szCs w:val="16"/>
                <w:vertAlign w:val="superscript"/>
                <w:lang w:val="es-CR"/>
                <w14:ligatures w14:val="standardContextual"/>
              </w:rPr>
              <w:t>**)</w:t>
            </w:r>
          </w:p>
        </w:tc>
      </w:tr>
    </w:tbl>
    <w:p w14:paraId="6C7673A1" w14:textId="77777777" w:rsidR="00E35433" w:rsidRPr="00A64921" w:rsidRDefault="00E35433" w:rsidP="00E35433">
      <w:pPr>
        <w:spacing w:before="120" w:after="0" w:line="240" w:lineRule="auto"/>
        <w:ind w:left="1701" w:hanging="567"/>
        <w:rPr>
          <w:rFonts w:asciiTheme="majorHAnsi" w:eastAsia="Aptos" w:hAnsiTheme="majorHAnsi" w:cstheme="majorHAnsi"/>
          <w:kern w:val="2"/>
          <w:sz w:val="14"/>
          <w:szCs w:val="14"/>
          <w:lang w:val="es-CR"/>
          <w14:ligatures w14:val="standardContextual"/>
        </w:rPr>
      </w:pPr>
      <w:r w:rsidRPr="00A64921">
        <w:rPr>
          <w:rFonts w:asciiTheme="majorHAnsi" w:eastAsia="Aptos" w:hAnsiTheme="majorHAnsi" w:cstheme="majorHAnsi"/>
          <w:kern w:val="2"/>
          <w:sz w:val="14"/>
          <w:szCs w:val="14"/>
          <w:lang w:val="es-CR"/>
          <w14:ligatures w14:val="standardContextual"/>
        </w:rPr>
        <w:t>(*)</w:t>
      </w:r>
      <w:r w:rsidRPr="00A64921">
        <w:rPr>
          <w:rFonts w:asciiTheme="majorHAnsi" w:eastAsia="Aptos" w:hAnsiTheme="majorHAnsi" w:cstheme="majorHAnsi"/>
          <w:kern w:val="2"/>
          <w:sz w:val="14"/>
          <w:szCs w:val="14"/>
          <w:lang w:val="es-CR"/>
          <w14:ligatures w14:val="standardContextual"/>
        </w:rPr>
        <w:tab/>
        <w:t>Excepto las operaciones activas que las entidades realicen con el Banco Central de Costa Rica, el Gobierno Central de Costa Rica y con cualquier otra persona que por ley no está sujeta a los límites de crédito.</w:t>
      </w:r>
    </w:p>
    <w:p w14:paraId="173ED902" w14:textId="77777777" w:rsidR="00E35433" w:rsidRPr="00A64921" w:rsidRDefault="00E35433" w:rsidP="00E35433">
      <w:pPr>
        <w:spacing w:before="120" w:line="240" w:lineRule="auto"/>
        <w:ind w:left="1701" w:hanging="567"/>
        <w:rPr>
          <w:rFonts w:asciiTheme="majorHAnsi" w:eastAsia="Aptos" w:hAnsiTheme="majorHAnsi" w:cstheme="majorHAnsi"/>
          <w:kern w:val="2"/>
          <w:sz w:val="14"/>
          <w:szCs w:val="14"/>
          <w:lang w:val="es-CR"/>
          <w14:ligatures w14:val="standardContextual"/>
        </w:rPr>
      </w:pPr>
      <w:r w:rsidRPr="00A64921">
        <w:rPr>
          <w:rFonts w:asciiTheme="majorHAnsi" w:eastAsia="Aptos" w:hAnsiTheme="majorHAnsi" w:cstheme="majorHAnsi"/>
          <w:kern w:val="2"/>
          <w:sz w:val="14"/>
          <w:szCs w:val="14"/>
          <w:lang w:val="es-CR"/>
          <w14:ligatures w14:val="standardContextual"/>
        </w:rPr>
        <w:t>(**)</w:t>
      </w:r>
      <w:r w:rsidRPr="00A64921">
        <w:rPr>
          <w:rFonts w:asciiTheme="majorHAnsi" w:eastAsia="Aptos" w:hAnsiTheme="majorHAnsi" w:cstheme="majorHAnsi"/>
          <w:kern w:val="2"/>
          <w:sz w:val="14"/>
          <w:szCs w:val="14"/>
          <w:lang w:val="es-CR"/>
          <w14:ligatures w14:val="standardContextual"/>
        </w:rPr>
        <w:tab/>
        <w:t xml:space="preserve">Únicamente cuando no exista una cláusula específica que faculte a la entidad para suspender temporal o definitivamente el uso de la facilidad crediticia, cuando con ello incurra en exceso al límite de crédito aplicable al grupo de interés económico o a la persona individual, o al grupo vinculado, según corresponda. </w:t>
      </w:r>
    </w:p>
    <w:p w14:paraId="6117DC65" w14:textId="77777777" w:rsidR="00E35433" w:rsidRPr="00A64921" w:rsidRDefault="00E35433" w:rsidP="00E35433">
      <w:pPr>
        <w:spacing w:after="120" w:line="240" w:lineRule="auto"/>
        <w:ind w:left="1701"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2)</w:t>
      </w:r>
      <w:r w:rsidRPr="00A64921">
        <w:rPr>
          <w:rFonts w:asciiTheme="majorHAnsi" w:eastAsia="Aptos" w:hAnsiTheme="majorHAnsi" w:cstheme="majorHAnsi"/>
          <w:b/>
          <w:bCs/>
          <w:kern w:val="2"/>
          <w:szCs w:val="22"/>
          <w:lang w:val="es-CR"/>
          <w14:ligatures w14:val="standardContextual"/>
        </w:rPr>
        <w:tab/>
        <w:t>Para el Grupo y conglomerado financiero cuando el supervisor responsable sea SUGESE</w:t>
      </w:r>
    </w:p>
    <w:p w14:paraId="6B6EF125" w14:textId="77777777" w:rsidR="00E35433" w:rsidRPr="00A64921" w:rsidRDefault="00E35433" w:rsidP="00E35433">
      <w:pPr>
        <w:spacing w:before="0" w:after="120" w:line="240" w:lineRule="auto"/>
        <w:ind w:left="1134"/>
        <w:rPr>
          <w:rFonts w:asciiTheme="majorHAnsi" w:hAnsiTheme="majorHAnsi" w:cstheme="majorHAnsi"/>
          <w:szCs w:val="22"/>
          <w:lang w:val="es-CR" w:eastAsia="es-CR"/>
        </w:rPr>
      </w:pPr>
      <w:r w:rsidRPr="00A64921">
        <w:rPr>
          <w:rFonts w:asciiTheme="majorHAnsi" w:hAnsiTheme="majorHAnsi" w:cstheme="majorHAnsi"/>
          <w:szCs w:val="22"/>
          <w:lang w:val="es-CR" w:eastAsia="es-CR"/>
        </w:rPr>
        <w:t>Detalle de las cuentas, subcuentas o cuentas analíticas de la operación activa, directa e indirecta de conformidad con la codificación del Anexo 1 del Reglamento de Información Financiera, para efectos del cálculo de límites.</w:t>
      </w:r>
    </w:p>
    <w:p w14:paraId="1A260C35" w14:textId="77777777" w:rsidR="00E35433" w:rsidRPr="00A64921" w:rsidRDefault="00E35433" w:rsidP="00E35433">
      <w:pPr>
        <w:spacing w:after="120" w:line="240" w:lineRule="auto"/>
        <w:ind w:left="2268" w:hanging="567"/>
        <w:rPr>
          <w:rFonts w:asciiTheme="majorHAnsi" w:hAnsiTheme="majorHAnsi" w:cstheme="majorHAnsi"/>
          <w:sz w:val="20"/>
          <w:szCs w:val="20"/>
          <w:lang w:val="es-CR" w:eastAsia="es-CR"/>
        </w:rPr>
      </w:pPr>
      <w:r w:rsidRPr="00A64921">
        <w:rPr>
          <w:rFonts w:asciiTheme="majorHAnsi" w:hAnsiTheme="majorHAnsi" w:cstheme="majorHAnsi"/>
          <w:sz w:val="20"/>
          <w:szCs w:val="20"/>
          <w:lang w:val="es-CR" w:eastAsia="es-CR"/>
        </w:rPr>
        <w:t>a)</w:t>
      </w:r>
      <w:r w:rsidRPr="00A64921">
        <w:rPr>
          <w:rFonts w:asciiTheme="majorHAnsi" w:hAnsiTheme="majorHAnsi" w:cstheme="majorHAnsi"/>
          <w:sz w:val="20"/>
          <w:szCs w:val="20"/>
          <w:lang w:val="es-CR" w:eastAsia="es-CR"/>
        </w:rPr>
        <w:tab/>
        <w:t>INVERSIONES EN VALORES</w:t>
      </w:r>
    </w:p>
    <w:tbl>
      <w:tblPr>
        <w:tblW w:w="4380" w:type="pct"/>
        <w:tblInd w:w="1124" w:type="dxa"/>
        <w:tblCellMar>
          <w:left w:w="70" w:type="dxa"/>
          <w:right w:w="70" w:type="dxa"/>
        </w:tblCellMar>
        <w:tblLook w:val="04A0" w:firstRow="1" w:lastRow="0" w:firstColumn="1" w:lastColumn="0" w:noHBand="0" w:noVBand="1"/>
      </w:tblPr>
      <w:tblGrid>
        <w:gridCol w:w="1917"/>
        <w:gridCol w:w="5808"/>
      </w:tblGrid>
      <w:tr w:rsidR="00E35433" w:rsidRPr="00A64921" w14:paraId="72F6070D" w14:textId="77777777" w:rsidTr="00E35433">
        <w:trPr>
          <w:trHeight w:val="166"/>
          <w:tblHeader/>
        </w:trPr>
        <w:tc>
          <w:tcPr>
            <w:tcW w:w="1241" w:type="pct"/>
            <w:tcBorders>
              <w:top w:val="single" w:sz="8" w:space="0" w:color="000000"/>
              <w:left w:val="single" w:sz="8" w:space="0" w:color="000000"/>
              <w:bottom w:val="single" w:sz="8" w:space="0" w:color="000000"/>
              <w:right w:val="single" w:sz="8" w:space="0" w:color="000000"/>
            </w:tcBorders>
            <w:shd w:val="clear" w:color="auto" w:fill="DAE9F7"/>
            <w:vAlign w:val="center"/>
          </w:tcPr>
          <w:p w14:paraId="40AF1928" w14:textId="77777777" w:rsidR="00E35433" w:rsidRPr="00A64921" w:rsidRDefault="00E35433" w:rsidP="00A64921">
            <w:pPr>
              <w:widowControl w:val="0"/>
              <w:spacing w:before="0" w:after="0" w:line="276" w:lineRule="auto"/>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Cuenta contable</w:t>
            </w:r>
          </w:p>
        </w:tc>
        <w:tc>
          <w:tcPr>
            <w:tcW w:w="3759" w:type="pct"/>
            <w:tcBorders>
              <w:top w:val="single" w:sz="8" w:space="0" w:color="000000"/>
              <w:left w:val="nil"/>
              <w:bottom w:val="single" w:sz="8" w:space="0" w:color="000000"/>
              <w:right w:val="single" w:sz="8" w:space="0" w:color="000000"/>
            </w:tcBorders>
            <w:shd w:val="clear" w:color="auto" w:fill="DAE9F7"/>
            <w:vAlign w:val="center"/>
          </w:tcPr>
          <w:p w14:paraId="1864ED73" w14:textId="77777777" w:rsidR="00E35433" w:rsidRPr="00A64921" w:rsidRDefault="00E35433" w:rsidP="00A64921">
            <w:pPr>
              <w:widowControl w:val="0"/>
              <w:spacing w:before="0" w:after="0" w:line="276" w:lineRule="auto"/>
              <w:ind w:left="-64"/>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Descripción</w:t>
            </w:r>
          </w:p>
        </w:tc>
      </w:tr>
      <w:tr w:rsidR="00E35433" w:rsidRPr="00A64921" w14:paraId="7041E95D" w14:textId="77777777" w:rsidTr="00C55BA7">
        <w:trPr>
          <w:trHeight w:val="60"/>
        </w:trPr>
        <w:tc>
          <w:tcPr>
            <w:tcW w:w="1241" w:type="pct"/>
            <w:tcBorders>
              <w:top w:val="single" w:sz="4" w:space="0" w:color="auto"/>
              <w:left w:val="single" w:sz="8" w:space="0" w:color="auto"/>
              <w:bottom w:val="single" w:sz="4" w:space="0" w:color="auto"/>
              <w:right w:val="single" w:sz="4" w:space="0" w:color="auto"/>
            </w:tcBorders>
            <w:vAlign w:val="center"/>
            <w:hideMark/>
          </w:tcPr>
          <w:p w14:paraId="6379795A"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1.020.010</w:t>
            </w:r>
          </w:p>
        </w:tc>
        <w:tc>
          <w:tcPr>
            <w:tcW w:w="3759" w:type="pct"/>
            <w:tcBorders>
              <w:top w:val="single" w:sz="4" w:space="0" w:color="auto"/>
              <w:left w:val="nil"/>
              <w:bottom w:val="single" w:sz="4" w:space="0" w:color="auto"/>
              <w:right w:val="single" w:sz="8" w:space="0" w:color="auto"/>
            </w:tcBorders>
            <w:vAlign w:val="center"/>
            <w:hideMark/>
          </w:tcPr>
          <w:p w14:paraId="463166CF"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Inversiones al valor razonable con cambios en resultados</w:t>
            </w:r>
          </w:p>
        </w:tc>
      </w:tr>
      <w:tr w:rsidR="00E35433" w:rsidRPr="00A64921" w14:paraId="3E4C32BB"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2BA290A5"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1.020.010.010</w:t>
            </w:r>
          </w:p>
        </w:tc>
        <w:tc>
          <w:tcPr>
            <w:tcW w:w="3759" w:type="pct"/>
            <w:tcBorders>
              <w:top w:val="nil"/>
              <w:left w:val="nil"/>
              <w:bottom w:val="single" w:sz="4" w:space="0" w:color="auto"/>
              <w:right w:val="single" w:sz="8" w:space="0" w:color="auto"/>
            </w:tcBorders>
            <w:vAlign w:val="center"/>
            <w:hideMark/>
          </w:tcPr>
          <w:p w14:paraId="1693C729"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Instrumentos financieros del B.C.C.R.</w:t>
            </w:r>
          </w:p>
        </w:tc>
      </w:tr>
      <w:tr w:rsidR="00E35433" w:rsidRPr="00A64921" w14:paraId="48B55E06"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0C430AAD"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1.020.010.020</w:t>
            </w:r>
          </w:p>
        </w:tc>
        <w:tc>
          <w:tcPr>
            <w:tcW w:w="3759" w:type="pct"/>
            <w:tcBorders>
              <w:top w:val="nil"/>
              <w:left w:val="nil"/>
              <w:bottom w:val="single" w:sz="4" w:space="0" w:color="auto"/>
              <w:right w:val="single" w:sz="8" w:space="0" w:color="auto"/>
            </w:tcBorders>
            <w:vAlign w:val="center"/>
            <w:hideMark/>
          </w:tcPr>
          <w:p w14:paraId="02FD410E"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 xml:space="preserve">Instrumentos financieros del sector público no financiero del país </w:t>
            </w:r>
          </w:p>
        </w:tc>
      </w:tr>
      <w:tr w:rsidR="00E35433" w:rsidRPr="00A64921" w14:paraId="456B04A2" w14:textId="77777777" w:rsidTr="00C55BA7">
        <w:trPr>
          <w:trHeight w:val="212"/>
        </w:trPr>
        <w:tc>
          <w:tcPr>
            <w:tcW w:w="1241" w:type="pct"/>
            <w:tcBorders>
              <w:top w:val="nil"/>
              <w:left w:val="single" w:sz="8" w:space="0" w:color="auto"/>
              <w:bottom w:val="single" w:sz="4" w:space="0" w:color="auto"/>
              <w:right w:val="single" w:sz="4" w:space="0" w:color="auto"/>
            </w:tcBorders>
            <w:vAlign w:val="center"/>
            <w:hideMark/>
          </w:tcPr>
          <w:p w14:paraId="70E4DEE6"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1.020.020</w:t>
            </w:r>
          </w:p>
        </w:tc>
        <w:tc>
          <w:tcPr>
            <w:tcW w:w="3759" w:type="pct"/>
            <w:tcBorders>
              <w:top w:val="nil"/>
              <w:left w:val="nil"/>
              <w:bottom w:val="single" w:sz="4" w:space="0" w:color="auto"/>
              <w:right w:val="single" w:sz="8" w:space="0" w:color="auto"/>
            </w:tcBorders>
            <w:vAlign w:val="center"/>
            <w:hideMark/>
          </w:tcPr>
          <w:p w14:paraId="174822C8"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Inversiones al valor razonable con cambios en otro resultado integral</w:t>
            </w:r>
          </w:p>
        </w:tc>
      </w:tr>
      <w:tr w:rsidR="00E35433" w:rsidRPr="00A64921" w14:paraId="321EA636"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359D9A9C"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1.020.020.010</w:t>
            </w:r>
          </w:p>
        </w:tc>
        <w:tc>
          <w:tcPr>
            <w:tcW w:w="3759" w:type="pct"/>
            <w:tcBorders>
              <w:top w:val="nil"/>
              <w:left w:val="nil"/>
              <w:bottom w:val="single" w:sz="4" w:space="0" w:color="auto"/>
              <w:right w:val="single" w:sz="8" w:space="0" w:color="auto"/>
            </w:tcBorders>
            <w:vAlign w:val="center"/>
            <w:hideMark/>
          </w:tcPr>
          <w:p w14:paraId="7A4131C1"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Instrumentos financieros del B.C.C.R - Recursos propios</w:t>
            </w:r>
          </w:p>
        </w:tc>
      </w:tr>
      <w:tr w:rsidR="00E35433" w:rsidRPr="00A64921" w14:paraId="124D3E7B"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5CDB2B13"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1.020.020.020</w:t>
            </w:r>
          </w:p>
        </w:tc>
        <w:tc>
          <w:tcPr>
            <w:tcW w:w="3759" w:type="pct"/>
            <w:tcBorders>
              <w:top w:val="nil"/>
              <w:left w:val="nil"/>
              <w:bottom w:val="single" w:sz="4" w:space="0" w:color="auto"/>
              <w:right w:val="single" w:sz="8" w:space="0" w:color="auto"/>
            </w:tcBorders>
            <w:vAlign w:val="center"/>
            <w:hideMark/>
          </w:tcPr>
          <w:p w14:paraId="5F10605A"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Instrumentos financieros del sector público no financiero del país - Recursos propios</w:t>
            </w:r>
          </w:p>
        </w:tc>
      </w:tr>
      <w:tr w:rsidR="00E35433" w:rsidRPr="00A64921" w14:paraId="40CE89C5"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3862A9BC"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1.020.020.120</w:t>
            </w:r>
          </w:p>
        </w:tc>
        <w:tc>
          <w:tcPr>
            <w:tcW w:w="3759" w:type="pct"/>
            <w:tcBorders>
              <w:top w:val="nil"/>
              <w:left w:val="nil"/>
              <w:bottom w:val="single" w:sz="4" w:space="0" w:color="auto"/>
              <w:right w:val="single" w:sz="8" w:space="0" w:color="auto"/>
            </w:tcBorders>
            <w:vAlign w:val="center"/>
            <w:hideMark/>
          </w:tcPr>
          <w:p w14:paraId="3C165BDA"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Operaciones de reporto y reporto tripartito con posición vendedor a plazo - Recursos propios</w:t>
            </w:r>
          </w:p>
        </w:tc>
      </w:tr>
      <w:tr w:rsidR="00E35433" w:rsidRPr="00A64921" w14:paraId="29713C00"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4E8820A9" w14:textId="271AA6AF"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1.020.020.</w:t>
            </w:r>
            <w:r w:rsidR="00A64921" w:rsidRPr="00A64921">
              <w:rPr>
                <w:rFonts w:asciiTheme="majorHAnsi" w:eastAsia="Aptos" w:hAnsiTheme="majorHAnsi" w:cstheme="majorHAnsi"/>
                <w:color w:val="000000"/>
                <w:kern w:val="2"/>
                <w:sz w:val="16"/>
                <w:szCs w:val="16"/>
                <w:lang w:val="es-CR" w:eastAsia="es-CR"/>
                <w14:ligatures w14:val="standardContextual"/>
              </w:rPr>
              <w:t>140. M.</w:t>
            </w:r>
            <w:r w:rsidRPr="00A64921">
              <w:rPr>
                <w:rFonts w:asciiTheme="majorHAnsi" w:eastAsia="Aptos" w:hAnsiTheme="majorHAnsi" w:cstheme="majorHAnsi"/>
                <w:color w:val="000000"/>
                <w:kern w:val="2"/>
                <w:sz w:val="16"/>
                <w:szCs w:val="16"/>
                <w:lang w:val="es-CR" w:eastAsia="es-CR"/>
                <w14:ligatures w14:val="standardContextual"/>
              </w:rPr>
              <w:t>010</w:t>
            </w:r>
          </w:p>
        </w:tc>
        <w:tc>
          <w:tcPr>
            <w:tcW w:w="3759" w:type="pct"/>
            <w:tcBorders>
              <w:top w:val="nil"/>
              <w:left w:val="nil"/>
              <w:bottom w:val="single" w:sz="4" w:space="0" w:color="auto"/>
              <w:right w:val="single" w:sz="8" w:space="0" w:color="auto"/>
            </w:tcBorders>
            <w:vAlign w:val="center"/>
            <w:hideMark/>
          </w:tcPr>
          <w:p w14:paraId="5759C1EB"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Contraparte B.C.C.R con o sin garantía</w:t>
            </w:r>
          </w:p>
        </w:tc>
      </w:tr>
      <w:tr w:rsidR="00E35433" w:rsidRPr="00A64921" w14:paraId="0ED8F80B"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7817877D" w14:textId="1D051319"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1.020.020.</w:t>
            </w:r>
            <w:r w:rsidR="00A64921" w:rsidRPr="00A64921">
              <w:rPr>
                <w:rFonts w:asciiTheme="majorHAnsi" w:eastAsia="Aptos" w:hAnsiTheme="majorHAnsi" w:cstheme="majorHAnsi"/>
                <w:color w:val="000000"/>
                <w:kern w:val="2"/>
                <w:sz w:val="16"/>
                <w:szCs w:val="16"/>
                <w:lang w:val="es-CR" w:eastAsia="es-CR"/>
                <w14:ligatures w14:val="standardContextual"/>
              </w:rPr>
              <w:t>140. M.</w:t>
            </w:r>
            <w:r w:rsidRPr="00A64921">
              <w:rPr>
                <w:rFonts w:asciiTheme="majorHAnsi" w:eastAsia="Aptos" w:hAnsiTheme="majorHAnsi" w:cstheme="majorHAnsi"/>
                <w:color w:val="000000"/>
                <w:kern w:val="2"/>
                <w:sz w:val="16"/>
                <w:szCs w:val="16"/>
                <w:lang w:val="es-CR" w:eastAsia="es-CR"/>
                <w14:ligatures w14:val="standardContextual"/>
              </w:rPr>
              <w:t>080</w:t>
            </w:r>
          </w:p>
        </w:tc>
        <w:tc>
          <w:tcPr>
            <w:tcW w:w="3759" w:type="pct"/>
            <w:tcBorders>
              <w:top w:val="nil"/>
              <w:left w:val="nil"/>
              <w:bottom w:val="single" w:sz="4" w:space="0" w:color="auto"/>
              <w:right w:val="single" w:sz="8" w:space="0" w:color="auto"/>
            </w:tcBorders>
            <w:vAlign w:val="center"/>
            <w:hideMark/>
          </w:tcPr>
          <w:p w14:paraId="39B5CF28"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Otras contrapartes con garantía</w:t>
            </w:r>
          </w:p>
        </w:tc>
      </w:tr>
      <w:tr w:rsidR="00E35433" w:rsidRPr="00A64921" w14:paraId="31B0D825"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34B06E8D"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1.020.020.600</w:t>
            </w:r>
          </w:p>
        </w:tc>
        <w:tc>
          <w:tcPr>
            <w:tcW w:w="3759" w:type="pct"/>
            <w:tcBorders>
              <w:top w:val="nil"/>
              <w:left w:val="nil"/>
              <w:bottom w:val="single" w:sz="4" w:space="0" w:color="auto"/>
              <w:right w:val="single" w:sz="8" w:space="0" w:color="auto"/>
            </w:tcBorders>
            <w:vAlign w:val="center"/>
            <w:hideMark/>
          </w:tcPr>
          <w:p w14:paraId="6F8DE5AC"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Instrumentos financieros emitidos por el B.C.C.R - Respaldo reservas, provisiones técnicas y requerimientos de capital</w:t>
            </w:r>
          </w:p>
        </w:tc>
      </w:tr>
      <w:tr w:rsidR="00E35433" w:rsidRPr="00A64921" w14:paraId="66408074"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6860C334"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1.020.020.410</w:t>
            </w:r>
          </w:p>
        </w:tc>
        <w:tc>
          <w:tcPr>
            <w:tcW w:w="3759" w:type="pct"/>
            <w:tcBorders>
              <w:top w:val="nil"/>
              <w:left w:val="nil"/>
              <w:bottom w:val="single" w:sz="4" w:space="0" w:color="auto"/>
              <w:right w:val="single" w:sz="8" w:space="0" w:color="auto"/>
            </w:tcBorders>
            <w:vAlign w:val="center"/>
            <w:hideMark/>
          </w:tcPr>
          <w:p w14:paraId="632D91D5"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Instrumentos financieros emitidos por el gobierno central del país - Respaldo Reserva Liquidez</w:t>
            </w:r>
          </w:p>
        </w:tc>
      </w:tr>
      <w:tr w:rsidR="00E35433" w:rsidRPr="00A64921" w14:paraId="6576BD38"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538CC771"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1.020.020.420</w:t>
            </w:r>
          </w:p>
        </w:tc>
        <w:tc>
          <w:tcPr>
            <w:tcW w:w="3759" w:type="pct"/>
            <w:tcBorders>
              <w:top w:val="nil"/>
              <w:left w:val="nil"/>
              <w:bottom w:val="single" w:sz="4" w:space="0" w:color="auto"/>
              <w:right w:val="single" w:sz="8" w:space="0" w:color="auto"/>
            </w:tcBorders>
            <w:vAlign w:val="center"/>
            <w:hideMark/>
          </w:tcPr>
          <w:p w14:paraId="5ACC2A11"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Instrumentos financieros emitidos por entidades del Sistema Bancario Nacional - Respaldo Reserva Liquidez</w:t>
            </w:r>
          </w:p>
        </w:tc>
      </w:tr>
      <w:tr w:rsidR="00E35433" w:rsidRPr="00A64921" w14:paraId="556A4D0F"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1745EE8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1.020.030</w:t>
            </w:r>
          </w:p>
        </w:tc>
        <w:tc>
          <w:tcPr>
            <w:tcW w:w="3759" w:type="pct"/>
            <w:tcBorders>
              <w:top w:val="nil"/>
              <w:left w:val="nil"/>
              <w:bottom w:val="single" w:sz="4" w:space="0" w:color="auto"/>
              <w:right w:val="single" w:sz="8" w:space="0" w:color="auto"/>
            </w:tcBorders>
            <w:vAlign w:val="center"/>
            <w:hideMark/>
          </w:tcPr>
          <w:p w14:paraId="70DC7B12"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Inversiones al costo amortizado</w:t>
            </w:r>
          </w:p>
        </w:tc>
      </w:tr>
      <w:tr w:rsidR="00E35433" w:rsidRPr="00A64921" w14:paraId="7537863C"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6A1B2B76"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lastRenderedPageBreak/>
              <w:t>Excepto 1.020.030.010</w:t>
            </w:r>
          </w:p>
        </w:tc>
        <w:tc>
          <w:tcPr>
            <w:tcW w:w="3759" w:type="pct"/>
            <w:tcBorders>
              <w:top w:val="nil"/>
              <w:left w:val="nil"/>
              <w:bottom w:val="single" w:sz="4" w:space="0" w:color="auto"/>
              <w:right w:val="single" w:sz="8" w:space="0" w:color="auto"/>
            </w:tcBorders>
            <w:vAlign w:val="center"/>
            <w:hideMark/>
          </w:tcPr>
          <w:p w14:paraId="2F5F471A" w14:textId="013EB53C"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Instrumentos financieros en el B.C.</w:t>
            </w:r>
            <w:r w:rsidR="00A64921" w:rsidRPr="00A64921">
              <w:rPr>
                <w:rFonts w:asciiTheme="majorHAnsi" w:eastAsia="Aptos" w:hAnsiTheme="majorHAnsi" w:cstheme="majorHAnsi"/>
                <w:color w:val="000000"/>
                <w:kern w:val="2"/>
                <w:sz w:val="16"/>
                <w:szCs w:val="16"/>
                <w:lang w:val="es-CR" w:eastAsia="es-CR"/>
                <w14:ligatures w14:val="standardContextual"/>
              </w:rPr>
              <w:t>C. R</w:t>
            </w:r>
          </w:p>
        </w:tc>
      </w:tr>
      <w:tr w:rsidR="00E35433" w:rsidRPr="00A64921" w14:paraId="385E0C27"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6E25AB2C"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1.020.030.020</w:t>
            </w:r>
          </w:p>
        </w:tc>
        <w:tc>
          <w:tcPr>
            <w:tcW w:w="3759" w:type="pct"/>
            <w:tcBorders>
              <w:top w:val="nil"/>
              <w:left w:val="nil"/>
              <w:bottom w:val="single" w:sz="4" w:space="0" w:color="auto"/>
              <w:right w:val="single" w:sz="8" w:space="0" w:color="auto"/>
            </w:tcBorders>
            <w:vAlign w:val="center"/>
            <w:hideMark/>
          </w:tcPr>
          <w:p w14:paraId="3624AF18"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Instrumentos financieros en el sector público no financiero del país</w:t>
            </w:r>
          </w:p>
        </w:tc>
      </w:tr>
      <w:tr w:rsidR="00E35433" w:rsidRPr="00A64921" w14:paraId="4F73A13C" w14:textId="77777777" w:rsidTr="00C55BA7">
        <w:trPr>
          <w:trHeight w:val="60"/>
        </w:trPr>
        <w:tc>
          <w:tcPr>
            <w:tcW w:w="1241" w:type="pct"/>
            <w:tcBorders>
              <w:top w:val="nil"/>
              <w:left w:val="single" w:sz="8" w:space="0" w:color="auto"/>
              <w:bottom w:val="single" w:sz="4" w:space="0" w:color="auto"/>
              <w:right w:val="single" w:sz="4" w:space="0" w:color="auto"/>
            </w:tcBorders>
            <w:shd w:val="clear" w:color="auto" w:fill="FFFFFF"/>
            <w:vAlign w:val="center"/>
            <w:hideMark/>
          </w:tcPr>
          <w:p w14:paraId="0B05053E"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1.020.030.120</w:t>
            </w:r>
          </w:p>
        </w:tc>
        <w:tc>
          <w:tcPr>
            <w:tcW w:w="3759" w:type="pct"/>
            <w:tcBorders>
              <w:top w:val="nil"/>
              <w:left w:val="nil"/>
              <w:bottom w:val="single" w:sz="4" w:space="0" w:color="auto"/>
              <w:right w:val="single" w:sz="8" w:space="0" w:color="auto"/>
            </w:tcBorders>
            <w:shd w:val="clear" w:color="auto" w:fill="FFFFFF"/>
            <w:vAlign w:val="center"/>
            <w:hideMark/>
          </w:tcPr>
          <w:p w14:paraId="5AA6E38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Operaciones de reporto y reporto tripartito con posición vendedor a plazo - Recursos propios</w:t>
            </w:r>
          </w:p>
        </w:tc>
      </w:tr>
      <w:tr w:rsidR="00E35433" w:rsidRPr="00A64921" w14:paraId="37F2D0CE" w14:textId="77777777" w:rsidTr="00C55BA7">
        <w:trPr>
          <w:trHeight w:val="60"/>
        </w:trPr>
        <w:tc>
          <w:tcPr>
            <w:tcW w:w="1241" w:type="pct"/>
            <w:tcBorders>
              <w:top w:val="nil"/>
              <w:left w:val="single" w:sz="8" w:space="0" w:color="auto"/>
              <w:bottom w:val="single" w:sz="4" w:space="0" w:color="auto"/>
              <w:right w:val="single" w:sz="4" w:space="0" w:color="auto"/>
            </w:tcBorders>
            <w:shd w:val="clear" w:color="auto" w:fill="FFFFFF"/>
            <w:vAlign w:val="center"/>
            <w:hideMark/>
          </w:tcPr>
          <w:p w14:paraId="21FD69EB" w14:textId="0A4039B4"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1.020.030.</w:t>
            </w:r>
            <w:r w:rsidR="00A64921" w:rsidRPr="00A64921">
              <w:rPr>
                <w:rFonts w:asciiTheme="majorHAnsi" w:eastAsia="Aptos" w:hAnsiTheme="majorHAnsi" w:cstheme="majorHAnsi"/>
                <w:color w:val="000000"/>
                <w:kern w:val="2"/>
                <w:sz w:val="16"/>
                <w:szCs w:val="16"/>
                <w:lang w:val="es-CR" w:eastAsia="es-CR"/>
                <w14:ligatures w14:val="standardContextual"/>
              </w:rPr>
              <w:t>140. M.</w:t>
            </w:r>
            <w:r w:rsidRPr="00A64921">
              <w:rPr>
                <w:rFonts w:asciiTheme="majorHAnsi" w:eastAsia="Aptos" w:hAnsiTheme="majorHAnsi" w:cstheme="majorHAnsi"/>
                <w:color w:val="000000"/>
                <w:kern w:val="2"/>
                <w:sz w:val="16"/>
                <w:szCs w:val="16"/>
                <w:lang w:val="es-CR" w:eastAsia="es-CR"/>
                <w14:ligatures w14:val="standardContextual"/>
              </w:rPr>
              <w:t>010</w:t>
            </w:r>
          </w:p>
        </w:tc>
        <w:tc>
          <w:tcPr>
            <w:tcW w:w="3759" w:type="pct"/>
            <w:tcBorders>
              <w:top w:val="nil"/>
              <w:left w:val="nil"/>
              <w:bottom w:val="single" w:sz="4" w:space="0" w:color="auto"/>
              <w:right w:val="single" w:sz="8" w:space="0" w:color="auto"/>
            </w:tcBorders>
            <w:shd w:val="clear" w:color="auto" w:fill="FFFFFF"/>
            <w:vAlign w:val="center"/>
            <w:hideMark/>
          </w:tcPr>
          <w:p w14:paraId="11D51E29"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Contraparte B.C.C.R con o sin garantía</w:t>
            </w:r>
          </w:p>
        </w:tc>
      </w:tr>
      <w:tr w:rsidR="00E35433" w:rsidRPr="00A64921" w14:paraId="1A473D6A" w14:textId="77777777" w:rsidTr="00C55BA7">
        <w:trPr>
          <w:trHeight w:val="60"/>
        </w:trPr>
        <w:tc>
          <w:tcPr>
            <w:tcW w:w="1241" w:type="pct"/>
            <w:tcBorders>
              <w:top w:val="nil"/>
              <w:left w:val="single" w:sz="8" w:space="0" w:color="auto"/>
              <w:bottom w:val="single" w:sz="4" w:space="0" w:color="auto"/>
              <w:right w:val="single" w:sz="4" w:space="0" w:color="auto"/>
            </w:tcBorders>
            <w:shd w:val="clear" w:color="auto" w:fill="FFFFFF"/>
            <w:vAlign w:val="center"/>
            <w:hideMark/>
          </w:tcPr>
          <w:p w14:paraId="7941345E" w14:textId="63702E30"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1.020.030.</w:t>
            </w:r>
            <w:r w:rsidR="00A64921" w:rsidRPr="00A64921">
              <w:rPr>
                <w:rFonts w:asciiTheme="majorHAnsi" w:eastAsia="Aptos" w:hAnsiTheme="majorHAnsi" w:cstheme="majorHAnsi"/>
                <w:color w:val="000000"/>
                <w:kern w:val="2"/>
                <w:sz w:val="16"/>
                <w:szCs w:val="16"/>
                <w:lang w:val="es-CR" w:eastAsia="es-CR"/>
                <w14:ligatures w14:val="standardContextual"/>
              </w:rPr>
              <w:t>140. M.</w:t>
            </w:r>
            <w:r w:rsidRPr="00A64921">
              <w:rPr>
                <w:rFonts w:asciiTheme="majorHAnsi" w:eastAsia="Aptos" w:hAnsiTheme="majorHAnsi" w:cstheme="majorHAnsi"/>
                <w:color w:val="000000"/>
                <w:kern w:val="2"/>
                <w:sz w:val="16"/>
                <w:szCs w:val="16"/>
                <w:lang w:val="es-CR" w:eastAsia="es-CR"/>
                <w14:ligatures w14:val="standardContextual"/>
              </w:rPr>
              <w:t>080</w:t>
            </w:r>
          </w:p>
        </w:tc>
        <w:tc>
          <w:tcPr>
            <w:tcW w:w="3759" w:type="pct"/>
            <w:tcBorders>
              <w:top w:val="nil"/>
              <w:left w:val="nil"/>
              <w:bottom w:val="single" w:sz="4" w:space="0" w:color="auto"/>
              <w:right w:val="single" w:sz="8" w:space="0" w:color="auto"/>
            </w:tcBorders>
            <w:shd w:val="clear" w:color="auto" w:fill="FFFFFF"/>
            <w:vAlign w:val="center"/>
            <w:hideMark/>
          </w:tcPr>
          <w:p w14:paraId="5582E991"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Otras contrapartes con garantía</w:t>
            </w:r>
          </w:p>
        </w:tc>
      </w:tr>
      <w:tr w:rsidR="00E35433" w:rsidRPr="00A64921" w14:paraId="41CCC5B9"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3A0BC7E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1.020.040</w:t>
            </w:r>
          </w:p>
        </w:tc>
        <w:tc>
          <w:tcPr>
            <w:tcW w:w="3759" w:type="pct"/>
            <w:tcBorders>
              <w:top w:val="nil"/>
              <w:left w:val="nil"/>
              <w:bottom w:val="single" w:sz="4" w:space="0" w:color="auto"/>
              <w:right w:val="single" w:sz="8" w:space="0" w:color="auto"/>
            </w:tcBorders>
            <w:vAlign w:val="center"/>
            <w:hideMark/>
          </w:tcPr>
          <w:p w14:paraId="7100ABD4"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Inversiones en instrumentos financieros en entidades en cesación de pagos, morosos o en litigio</w:t>
            </w:r>
          </w:p>
        </w:tc>
      </w:tr>
      <w:tr w:rsidR="00E35433" w:rsidRPr="00A64921" w14:paraId="2D4DEE2B" w14:textId="77777777" w:rsidTr="00C55BA7">
        <w:trPr>
          <w:trHeight w:val="330"/>
        </w:trPr>
        <w:tc>
          <w:tcPr>
            <w:tcW w:w="1241" w:type="pct"/>
            <w:tcBorders>
              <w:top w:val="nil"/>
              <w:left w:val="single" w:sz="8" w:space="0" w:color="auto"/>
              <w:bottom w:val="single" w:sz="4" w:space="0" w:color="auto"/>
              <w:right w:val="single" w:sz="4" w:space="0" w:color="auto"/>
            </w:tcBorders>
            <w:vAlign w:val="center"/>
            <w:hideMark/>
          </w:tcPr>
          <w:p w14:paraId="67CA1EA6"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1.020.050</w:t>
            </w:r>
          </w:p>
        </w:tc>
        <w:tc>
          <w:tcPr>
            <w:tcW w:w="3759" w:type="pct"/>
            <w:tcBorders>
              <w:top w:val="nil"/>
              <w:left w:val="nil"/>
              <w:bottom w:val="single" w:sz="4" w:space="0" w:color="auto"/>
              <w:right w:val="single" w:sz="8" w:space="0" w:color="auto"/>
            </w:tcBorders>
            <w:vAlign w:val="center"/>
            <w:hideMark/>
          </w:tcPr>
          <w:p w14:paraId="5006BB58"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Instrumentos financieros vencidos y restringidos (*)</w:t>
            </w:r>
          </w:p>
        </w:tc>
      </w:tr>
      <w:tr w:rsidR="00E35433" w:rsidRPr="00A64921" w14:paraId="155D52DA"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21B6C13D"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1.020.060.010</w:t>
            </w:r>
          </w:p>
        </w:tc>
        <w:tc>
          <w:tcPr>
            <w:tcW w:w="3759" w:type="pct"/>
            <w:tcBorders>
              <w:top w:val="nil"/>
              <w:left w:val="nil"/>
              <w:bottom w:val="single" w:sz="4" w:space="0" w:color="auto"/>
              <w:right w:val="single" w:sz="8" w:space="0" w:color="auto"/>
            </w:tcBorders>
            <w:vAlign w:val="center"/>
            <w:hideMark/>
          </w:tcPr>
          <w:p w14:paraId="7B1FFDEC"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Compra a futuro de moneda extranjera (Operación de cobertura)</w:t>
            </w:r>
          </w:p>
        </w:tc>
      </w:tr>
      <w:tr w:rsidR="00E35433" w:rsidRPr="00A64921" w14:paraId="412DC24F"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38404272"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1.020.060.020</w:t>
            </w:r>
          </w:p>
        </w:tc>
        <w:tc>
          <w:tcPr>
            <w:tcW w:w="3759" w:type="pct"/>
            <w:tcBorders>
              <w:top w:val="nil"/>
              <w:left w:val="nil"/>
              <w:bottom w:val="single" w:sz="4" w:space="0" w:color="auto"/>
              <w:right w:val="single" w:sz="8" w:space="0" w:color="auto"/>
            </w:tcBorders>
            <w:vAlign w:val="center"/>
            <w:hideMark/>
          </w:tcPr>
          <w:p w14:paraId="1441F3AC"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 xml:space="preserve">Ventas a futuro de divisas (Operación de cobertura) </w:t>
            </w:r>
          </w:p>
        </w:tc>
      </w:tr>
    </w:tbl>
    <w:p w14:paraId="13842CB7" w14:textId="75E618AA" w:rsidR="00E35433" w:rsidRPr="00A64921" w:rsidRDefault="00E35433" w:rsidP="00E35433">
      <w:pPr>
        <w:spacing w:after="120" w:line="240" w:lineRule="auto"/>
        <w:ind w:left="2268" w:hanging="567"/>
        <w:rPr>
          <w:rFonts w:asciiTheme="majorHAnsi" w:hAnsiTheme="majorHAnsi" w:cstheme="majorHAnsi"/>
          <w:sz w:val="20"/>
          <w:szCs w:val="20"/>
          <w:lang w:val="es-CR" w:eastAsia="es-CR"/>
        </w:rPr>
      </w:pPr>
      <w:r w:rsidRPr="00A64921">
        <w:rPr>
          <w:rFonts w:asciiTheme="majorHAnsi" w:hAnsiTheme="majorHAnsi" w:cstheme="majorHAnsi"/>
          <w:sz w:val="20"/>
          <w:szCs w:val="20"/>
          <w:lang w:val="es-CR" w:eastAsia="es-CR"/>
        </w:rPr>
        <w:t>b)</w:t>
      </w:r>
      <w:r w:rsidRPr="00A64921">
        <w:rPr>
          <w:rFonts w:asciiTheme="majorHAnsi" w:hAnsiTheme="majorHAnsi" w:cstheme="majorHAnsi"/>
          <w:sz w:val="20"/>
          <w:szCs w:val="20"/>
          <w:lang w:val="es-CR" w:eastAsia="es-CR"/>
        </w:rPr>
        <w:tab/>
        <w:t>CARTERA DE CRÉDITOS</w:t>
      </w:r>
      <w:r w:rsidR="00A64921">
        <w:rPr>
          <w:rFonts w:asciiTheme="majorHAnsi" w:hAnsiTheme="majorHAnsi" w:cstheme="majorHAnsi"/>
          <w:sz w:val="20"/>
          <w:szCs w:val="20"/>
          <w:lang w:val="es-CR" w:eastAsia="es-CR"/>
        </w:rPr>
        <w:t xml:space="preserve"> </w:t>
      </w:r>
      <w:r w:rsidRPr="00A64921">
        <w:rPr>
          <w:rFonts w:asciiTheme="majorHAnsi" w:hAnsiTheme="majorHAnsi" w:cstheme="majorHAnsi"/>
          <w:sz w:val="20"/>
          <w:szCs w:val="20"/>
          <w:vertAlign w:val="superscript"/>
          <w:lang w:val="es-CR" w:eastAsia="es-CR"/>
        </w:rPr>
        <w:t>(*)</w:t>
      </w:r>
    </w:p>
    <w:tbl>
      <w:tblPr>
        <w:tblW w:w="4380" w:type="pct"/>
        <w:tblInd w:w="1124" w:type="dxa"/>
        <w:tblCellMar>
          <w:left w:w="70" w:type="dxa"/>
          <w:right w:w="70" w:type="dxa"/>
        </w:tblCellMar>
        <w:tblLook w:val="04A0" w:firstRow="1" w:lastRow="0" w:firstColumn="1" w:lastColumn="0" w:noHBand="0" w:noVBand="1"/>
      </w:tblPr>
      <w:tblGrid>
        <w:gridCol w:w="1917"/>
        <w:gridCol w:w="5808"/>
      </w:tblGrid>
      <w:tr w:rsidR="00E35433" w:rsidRPr="00A64921" w14:paraId="6060F62D" w14:textId="77777777" w:rsidTr="00E35433">
        <w:trPr>
          <w:trHeight w:val="166"/>
          <w:tblHeader/>
        </w:trPr>
        <w:tc>
          <w:tcPr>
            <w:tcW w:w="1241" w:type="pct"/>
            <w:tcBorders>
              <w:top w:val="single" w:sz="8" w:space="0" w:color="000000"/>
              <w:left w:val="single" w:sz="8" w:space="0" w:color="000000"/>
              <w:bottom w:val="single" w:sz="8" w:space="0" w:color="000000"/>
              <w:right w:val="single" w:sz="8" w:space="0" w:color="000000"/>
            </w:tcBorders>
            <w:shd w:val="clear" w:color="auto" w:fill="DAE9F7"/>
            <w:vAlign w:val="center"/>
          </w:tcPr>
          <w:p w14:paraId="50B41E0E" w14:textId="77777777" w:rsidR="00E35433" w:rsidRPr="00A64921" w:rsidRDefault="00E35433" w:rsidP="00A64921">
            <w:pPr>
              <w:widowControl w:val="0"/>
              <w:spacing w:before="0" w:after="0" w:line="276" w:lineRule="auto"/>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Cuenta contable</w:t>
            </w:r>
          </w:p>
        </w:tc>
        <w:tc>
          <w:tcPr>
            <w:tcW w:w="3759" w:type="pct"/>
            <w:tcBorders>
              <w:top w:val="single" w:sz="8" w:space="0" w:color="000000"/>
              <w:left w:val="nil"/>
              <w:bottom w:val="single" w:sz="8" w:space="0" w:color="000000"/>
              <w:right w:val="single" w:sz="8" w:space="0" w:color="000000"/>
            </w:tcBorders>
            <w:shd w:val="clear" w:color="auto" w:fill="DAE9F7"/>
            <w:vAlign w:val="center"/>
          </w:tcPr>
          <w:p w14:paraId="28F1D40E" w14:textId="77777777" w:rsidR="00E35433" w:rsidRPr="00A64921" w:rsidRDefault="00E35433" w:rsidP="00A64921">
            <w:pPr>
              <w:widowControl w:val="0"/>
              <w:spacing w:before="0" w:after="0" w:line="276" w:lineRule="auto"/>
              <w:ind w:left="-64"/>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Descripción</w:t>
            </w:r>
          </w:p>
        </w:tc>
      </w:tr>
      <w:tr w:rsidR="00E35433" w:rsidRPr="00A64921" w14:paraId="79571433" w14:textId="77777777" w:rsidTr="00C55BA7">
        <w:trPr>
          <w:trHeight w:val="115"/>
        </w:trPr>
        <w:tc>
          <w:tcPr>
            <w:tcW w:w="1241" w:type="pct"/>
            <w:tcBorders>
              <w:top w:val="single" w:sz="4" w:space="0" w:color="auto"/>
              <w:left w:val="single" w:sz="8" w:space="0" w:color="auto"/>
              <w:bottom w:val="single" w:sz="4" w:space="0" w:color="auto"/>
              <w:right w:val="single" w:sz="4" w:space="0" w:color="auto"/>
            </w:tcBorders>
            <w:vAlign w:val="center"/>
            <w:hideMark/>
          </w:tcPr>
          <w:p w14:paraId="02D0F511"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1.030.010</w:t>
            </w:r>
          </w:p>
        </w:tc>
        <w:tc>
          <w:tcPr>
            <w:tcW w:w="3759" w:type="pct"/>
            <w:tcBorders>
              <w:top w:val="single" w:sz="4" w:space="0" w:color="auto"/>
              <w:left w:val="nil"/>
              <w:bottom w:val="single" w:sz="4" w:space="0" w:color="auto"/>
              <w:right w:val="single" w:sz="8" w:space="0" w:color="auto"/>
            </w:tcBorders>
            <w:vAlign w:val="center"/>
            <w:hideMark/>
          </w:tcPr>
          <w:p w14:paraId="2556430D"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Créditos vigentes</w:t>
            </w:r>
          </w:p>
        </w:tc>
      </w:tr>
      <w:tr w:rsidR="00E35433" w:rsidRPr="00A64921" w14:paraId="72AE3047"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1CAEEE80" w14:textId="00DD1FCD"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1.030.010.</w:t>
            </w:r>
            <w:r w:rsidR="00A64921" w:rsidRPr="00A64921">
              <w:rPr>
                <w:rFonts w:asciiTheme="majorHAnsi" w:eastAsia="Aptos" w:hAnsiTheme="majorHAnsi" w:cstheme="majorHAnsi"/>
                <w:color w:val="000000"/>
                <w:kern w:val="2"/>
                <w:sz w:val="16"/>
                <w:szCs w:val="16"/>
                <w:lang w:val="es-CR" w:eastAsia="es-CR"/>
                <w14:ligatures w14:val="standardContextual"/>
              </w:rPr>
              <w:t>320. M.</w:t>
            </w:r>
            <w:r w:rsidRPr="00A64921">
              <w:rPr>
                <w:rFonts w:asciiTheme="majorHAnsi" w:eastAsia="Aptos" w:hAnsiTheme="majorHAnsi" w:cstheme="majorHAnsi"/>
                <w:color w:val="000000"/>
                <w:kern w:val="2"/>
                <w:sz w:val="16"/>
                <w:szCs w:val="16"/>
                <w:lang w:val="es-CR" w:eastAsia="es-CR"/>
                <w14:ligatures w14:val="standardContextual"/>
              </w:rPr>
              <w:t>410</w:t>
            </w:r>
          </w:p>
        </w:tc>
        <w:tc>
          <w:tcPr>
            <w:tcW w:w="3759" w:type="pct"/>
            <w:tcBorders>
              <w:top w:val="nil"/>
              <w:left w:val="nil"/>
              <w:bottom w:val="single" w:sz="4" w:space="0" w:color="auto"/>
              <w:right w:val="single" w:sz="8" w:space="0" w:color="auto"/>
            </w:tcBorders>
            <w:vAlign w:val="center"/>
            <w:hideMark/>
          </w:tcPr>
          <w:p w14:paraId="7E0075A5"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Préstamos con recursos del Fondo de Crédito para el desarrollo (FCD) – préstamos a la banca estatal (201)</w:t>
            </w:r>
          </w:p>
        </w:tc>
      </w:tr>
      <w:tr w:rsidR="00E35433" w:rsidRPr="00A64921" w14:paraId="2B9E9193"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1F7EFF05"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1.030.010.350</w:t>
            </w:r>
          </w:p>
        </w:tc>
        <w:tc>
          <w:tcPr>
            <w:tcW w:w="3759" w:type="pct"/>
            <w:tcBorders>
              <w:top w:val="nil"/>
              <w:left w:val="nil"/>
              <w:bottom w:val="single" w:sz="4" w:space="0" w:color="auto"/>
              <w:right w:val="single" w:sz="8" w:space="0" w:color="auto"/>
            </w:tcBorders>
            <w:vAlign w:val="center"/>
            <w:hideMark/>
          </w:tcPr>
          <w:p w14:paraId="660A1398"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Créditos – Sector Público</w:t>
            </w:r>
          </w:p>
        </w:tc>
      </w:tr>
      <w:tr w:rsidR="00E35433" w:rsidRPr="00A64921" w14:paraId="05CA65A6"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7D4388B1"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1.030.020</w:t>
            </w:r>
          </w:p>
        </w:tc>
        <w:tc>
          <w:tcPr>
            <w:tcW w:w="3759" w:type="pct"/>
            <w:tcBorders>
              <w:top w:val="nil"/>
              <w:left w:val="nil"/>
              <w:bottom w:val="single" w:sz="4" w:space="0" w:color="auto"/>
              <w:right w:val="single" w:sz="8" w:space="0" w:color="auto"/>
            </w:tcBorders>
            <w:vAlign w:val="center"/>
            <w:hideMark/>
          </w:tcPr>
          <w:p w14:paraId="22DFFBC4"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Créditos vencidos</w:t>
            </w:r>
          </w:p>
        </w:tc>
      </w:tr>
      <w:tr w:rsidR="00E35433" w:rsidRPr="00A64921" w14:paraId="6FF0D553"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40AA43CF" w14:textId="253B8036"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1.030.020.</w:t>
            </w:r>
            <w:r w:rsidR="00A64921" w:rsidRPr="00A64921">
              <w:rPr>
                <w:rFonts w:asciiTheme="majorHAnsi" w:eastAsia="Aptos" w:hAnsiTheme="majorHAnsi" w:cstheme="majorHAnsi"/>
                <w:color w:val="000000"/>
                <w:kern w:val="2"/>
                <w:sz w:val="16"/>
                <w:szCs w:val="16"/>
                <w:lang w:val="es-CR" w:eastAsia="es-CR"/>
                <w14:ligatures w14:val="standardContextual"/>
              </w:rPr>
              <w:t>320. M.</w:t>
            </w:r>
            <w:r w:rsidRPr="00A64921">
              <w:rPr>
                <w:rFonts w:asciiTheme="majorHAnsi" w:eastAsia="Aptos" w:hAnsiTheme="majorHAnsi" w:cstheme="majorHAnsi"/>
                <w:color w:val="000000"/>
                <w:kern w:val="2"/>
                <w:sz w:val="16"/>
                <w:szCs w:val="16"/>
                <w:lang w:val="es-CR" w:eastAsia="es-CR"/>
                <w14:ligatures w14:val="standardContextual"/>
              </w:rPr>
              <w:t>410</w:t>
            </w:r>
          </w:p>
        </w:tc>
        <w:tc>
          <w:tcPr>
            <w:tcW w:w="3759" w:type="pct"/>
            <w:tcBorders>
              <w:top w:val="nil"/>
              <w:left w:val="nil"/>
              <w:bottom w:val="single" w:sz="4" w:space="0" w:color="auto"/>
              <w:right w:val="single" w:sz="8" w:space="0" w:color="auto"/>
            </w:tcBorders>
            <w:vAlign w:val="center"/>
            <w:hideMark/>
          </w:tcPr>
          <w:p w14:paraId="5EF82002"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Préstamos con recursos del Fondo de Crédito para el desarrollo (FCD) – préstamos a la banca estatal (201)</w:t>
            </w:r>
          </w:p>
        </w:tc>
      </w:tr>
      <w:tr w:rsidR="00E35433" w:rsidRPr="00A64921" w14:paraId="2041FC40"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0534C0E0"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1.030.020.350</w:t>
            </w:r>
          </w:p>
        </w:tc>
        <w:tc>
          <w:tcPr>
            <w:tcW w:w="3759" w:type="pct"/>
            <w:tcBorders>
              <w:top w:val="nil"/>
              <w:left w:val="nil"/>
              <w:bottom w:val="single" w:sz="4" w:space="0" w:color="auto"/>
              <w:right w:val="single" w:sz="8" w:space="0" w:color="auto"/>
            </w:tcBorders>
            <w:vAlign w:val="center"/>
            <w:hideMark/>
          </w:tcPr>
          <w:p w14:paraId="53D7FE42"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Créditos - Sector Público</w:t>
            </w:r>
          </w:p>
        </w:tc>
      </w:tr>
      <w:tr w:rsidR="00E35433" w:rsidRPr="00A64921" w14:paraId="2E99F234"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1E76E7A9"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1.030.030</w:t>
            </w:r>
          </w:p>
        </w:tc>
        <w:tc>
          <w:tcPr>
            <w:tcW w:w="3759" w:type="pct"/>
            <w:tcBorders>
              <w:top w:val="nil"/>
              <w:left w:val="nil"/>
              <w:bottom w:val="single" w:sz="4" w:space="0" w:color="auto"/>
              <w:right w:val="single" w:sz="8" w:space="0" w:color="auto"/>
            </w:tcBorders>
            <w:vAlign w:val="center"/>
            <w:hideMark/>
          </w:tcPr>
          <w:p w14:paraId="52A21204"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Créditos en cobro judicial</w:t>
            </w:r>
          </w:p>
        </w:tc>
      </w:tr>
      <w:tr w:rsidR="00E35433" w:rsidRPr="00A64921" w14:paraId="6DC4680E"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62ED8B0E" w14:textId="5B12C1CF"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1.030.030.</w:t>
            </w:r>
            <w:r w:rsidR="00A64921" w:rsidRPr="00A64921">
              <w:rPr>
                <w:rFonts w:asciiTheme="majorHAnsi" w:eastAsia="Aptos" w:hAnsiTheme="majorHAnsi" w:cstheme="majorHAnsi"/>
                <w:color w:val="000000"/>
                <w:kern w:val="2"/>
                <w:sz w:val="16"/>
                <w:szCs w:val="16"/>
                <w:lang w:val="es-CR" w:eastAsia="es-CR"/>
                <w14:ligatures w14:val="standardContextual"/>
              </w:rPr>
              <w:t>320. M.</w:t>
            </w:r>
            <w:r w:rsidRPr="00A64921">
              <w:rPr>
                <w:rFonts w:asciiTheme="majorHAnsi" w:eastAsia="Aptos" w:hAnsiTheme="majorHAnsi" w:cstheme="majorHAnsi"/>
                <w:color w:val="000000"/>
                <w:kern w:val="2"/>
                <w:sz w:val="16"/>
                <w:szCs w:val="16"/>
                <w:lang w:val="es-CR" w:eastAsia="es-CR"/>
                <w14:ligatures w14:val="standardContextual"/>
              </w:rPr>
              <w:t>410</w:t>
            </w:r>
          </w:p>
        </w:tc>
        <w:tc>
          <w:tcPr>
            <w:tcW w:w="3759" w:type="pct"/>
            <w:tcBorders>
              <w:top w:val="nil"/>
              <w:left w:val="nil"/>
              <w:bottom w:val="single" w:sz="4" w:space="0" w:color="auto"/>
              <w:right w:val="single" w:sz="8" w:space="0" w:color="auto"/>
            </w:tcBorders>
            <w:vAlign w:val="center"/>
            <w:hideMark/>
          </w:tcPr>
          <w:p w14:paraId="4DFC93F1"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Préstamos con recursos del Fondo de Crédito para el desarrollo (FCD) – préstamos a la banca estatal (201)</w:t>
            </w:r>
          </w:p>
        </w:tc>
      </w:tr>
      <w:tr w:rsidR="00E35433" w:rsidRPr="00A64921" w14:paraId="0AA47D96"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22D8C352"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1.030.030.350</w:t>
            </w:r>
          </w:p>
        </w:tc>
        <w:tc>
          <w:tcPr>
            <w:tcW w:w="3759" w:type="pct"/>
            <w:tcBorders>
              <w:top w:val="nil"/>
              <w:left w:val="nil"/>
              <w:bottom w:val="single" w:sz="4" w:space="0" w:color="auto"/>
              <w:right w:val="single" w:sz="8" w:space="0" w:color="auto"/>
            </w:tcBorders>
            <w:vAlign w:val="center"/>
            <w:hideMark/>
          </w:tcPr>
          <w:p w14:paraId="70C9D95B"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Créditos - Sector Público</w:t>
            </w:r>
          </w:p>
        </w:tc>
      </w:tr>
      <w:tr w:rsidR="00E35433" w:rsidRPr="00A64921" w14:paraId="1347FF17" w14:textId="77777777" w:rsidTr="00C55BA7">
        <w:trPr>
          <w:trHeight w:val="60"/>
        </w:trPr>
        <w:tc>
          <w:tcPr>
            <w:tcW w:w="1241" w:type="pct"/>
            <w:tcBorders>
              <w:top w:val="single" w:sz="4" w:space="0" w:color="auto"/>
              <w:left w:val="single" w:sz="8" w:space="0" w:color="auto"/>
              <w:bottom w:val="single" w:sz="12" w:space="0" w:color="auto"/>
              <w:right w:val="single" w:sz="4" w:space="0" w:color="auto"/>
            </w:tcBorders>
            <w:vAlign w:val="center"/>
            <w:hideMark/>
          </w:tcPr>
          <w:p w14:paraId="63728AFA"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1.030.040</w:t>
            </w:r>
          </w:p>
        </w:tc>
        <w:tc>
          <w:tcPr>
            <w:tcW w:w="3759" w:type="pct"/>
            <w:tcBorders>
              <w:top w:val="single" w:sz="4" w:space="0" w:color="auto"/>
              <w:left w:val="nil"/>
              <w:bottom w:val="single" w:sz="12" w:space="0" w:color="auto"/>
              <w:right w:val="single" w:sz="8" w:space="0" w:color="auto"/>
            </w:tcBorders>
            <w:vAlign w:val="center"/>
            <w:hideMark/>
          </w:tcPr>
          <w:p w14:paraId="3C4A8E75"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Créditos restringidos</w:t>
            </w:r>
          </w:p>
        </w:tc>
      </w:tr>
    </w:tbl>
    <w:p w14:paraId="4C11CE00" w14:textId="6B42956F" w:rsidR="00E35433" w:rsidRPr="00A64921" w:rsidRDefault="00E35433" w:rsidP="00E35433">
      <w:pPr>
        <w:spacing w:after="120" w:line="240" w:lineRule="auto"/>
        <w:ind w:left="2268" w:hanging="567"/>
        <w:rPr>
          <w:rFonts w:asciiTheme="majorHAnsi" w:hAnsiTheme="majorHAnsi" w:cstheme="majorHAnsi"/>
          <w:sz w:val="20"/>
          <w:szCs w:val="20"/>
          <w:lang w:val="es-CR" w:eastAsia="es-CR"/>
        </w:rPr>
      </w:pPr>
      <w:r w:rsidRPr="00A64921">
        <w:rPr>
          <w:rFonts w:asciiTheme="majorHAnsi" w:hAnsiTheme="majorHAnsi" w:cstheme="majorHAnsi"/>
          <w:sz w:val="20"/>
          <w:szCs w:val="20"/>
          <w:lang w:val="es-CR" w:eastAsia="es-CR"/>
        </w:rPr>
        <w:t>c)</w:t>
      </w:r>
      <w:r w:rsidRPr="00A64921">
        <w:rPr>
          <w:rFonts w:asciiTheme="majorHAnsi" w:hAnsiTheme="majorHAnsi" w:cstheme="majorHAnsi"/>
          <w:sz w:val="20"/>
          <w:szCs w:val="20"/>
          <w:lang w:val="es-CR" w:eastAsia="es-CR"/>
        </w:rPr>
        <w:tab/>
        <w:t>CUENTAS Y PRODUCTOS POR COBRAR</w:t>
      </w:r>
      <w:r w:rsidR="00A64921" w:rsidRPr="00A64921">
        <w:rPr>
          <w:rFonts w:asciiTheme="majorHAnsi" w:hAnsiTheme="majorHAnsi" w:cstheme="majorHAnsi"/>
          <w:sz w:val="20"/>
          <w:szCs w:val="20"/>
          <w:lang w:val="es-CR" w:eastAsia="es-CR"/>
        </w:rPr>
        <w:t xml:space="preserve"> </w:t>
      </w:r>
      <w:r w:rsidRPr="00A64921">
        <w:rPr>
          <w:rFonts w:asciiTheme="majorHAnsi" w:hAnsiTheme="majorHAnsi" w:cstheme="majorHAnsi"/>
          <w:sz w:val="20"/>
          <w:szCs w:val="20"/>
          <w:vertAlign w:val="superscript"/>
          <w:lang w:val="es-CR" w:eastAsia="es-CR"/>
        </w:rPr>
        <w:t>(*)</w:t>
      </w:r>
    </w:p>
    <w:tbl>
      <w:tblPr>
        <w:tblW w:w="4380" w:type="pct"/>
        <w:tblInd w:w="1124" w:type="dxa"/>
        <w:tblCellMar>
          <w:left w:w="70" w:type="dxa"/>
          <w:right w:w="70" w:type="dxa"/>
        </w:tblCellMar>
        <w:tblLook w:val="04A0" w:firstRow="1" w:lastRow="0" w:firstColumn="1" w:lastColumn="0" w:noHBand="0" w:noVBand="1"/>
      </w:tblPr>
      <w:tblGrid>
        <w:gridCol w:w="1865"/>
        <w:gridCol w:w="5860"/>
      </w:tblGrid>
      <w:tr w:rsidR="00E35433" w:rsidRPr="00A64921" w14:paraId="1E8D2DC1" w14:textId="77777777" w:rsidTr="00E35433">
        <w:trPr>
          <w:trHeight w:val="166"/>
          <w:tblHeader/>
        </w:trPr>
        <w:tc>
          <w:tcPr>
            <w:tcW w:w="1207" w:type="pct"/>
            <w:tcBorders>
              <w:top w:val="single" w:sz="8" w:space="0" w:color="000000"/>
              <w:left w:val="single" w:sz="8" w:space="0" w:color="000000"/>
              <w:bottom w:val="single" w:sz="8" w:space="0" w:color="000000"/>
              <w:right w:val="single" w:sz="8" w:space="0" w:color="000000"/>
            </w:tcBorders>
            <w:shd w:val="clear" w:color="auto" w:fill="DAE9F7"/>
            <w:vAlign w:val="center"/>
          </w:tcPr>
          <w:p w14:paraId="6218BC20" w14:textId="77777777" w:rsidR="00E35433" w:rsidRPr="00A64921" w:rsidRDefault="00E35433" w:rsidP="00A64921">
            <w:pPr>
              <w:widowControl w:val="0"/>
              <w:spacing w:before="0" w:after="0" w:line="276" w:lineRule="auto"/>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Cuenta contable</w:t>
            </w:r>
          </w:p>
        </w:tc>
        <w:tc>
          <w:tcPr>
            <w:tcW w:w="3793" w:type="pct"/>
            <w:tcBorders>
              <w:top w:val="single" w:sz="8" w:space="0" w:color="000000"/>
              <w:left w:val="nil"/>
              <w:bottom w:val="single" w:sz="8" w:space="0" w:color="000000"/>
              <w:right w:val="single" w:sz="8" w:space="0" w:color="000000"/>
            </w:tcBorders>
            <w:shd w:val="clear" w:color="auto" w:fill="DAE9F7"/>
            <w:vAlign w:val="center"/>
          </w:tcPr>
          <w:p w14:paraId="69F60791" w14:textId="77777777" w:rsidR="00E35433" w:rsidRPr="00A64921" w:rsidRDefault="00E35433" w:rsidP="00A64921">
            <w:pPr>
              <w:widowControl w:val="0"/>
              <w:spacing w:before="0" w:after="0" w:line="276" w:lineRule="auto"/>
              <w:ind w:left="-64"/>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Descripción</w:t>
            </w:r>
          </w:p>
        </w:tc>
      </w:tr>
      <w:tr w:rsidR="00E35433" w:rsidRPr="00A64921" w14:paraId="4BFD7FB4" w14:textId="77777777" w:rsidTr="00C55BA7">
        <w:trPr>
          <w:trHeight w:val="125"/>
        </w:trPr>
        <w:tc>
          <w:tcPr>
            <w:tcW w:w="1207" w:type="pct"/>
            <w:tcBorders>
              <w:top w:val="single" w:sz="4" w:space="0" w:color="auto"/>
              <w:left w:val="single" w:sz="8" w:space="0" w:color="auto"/>
              <w:bottom w:val="single" w:sz="4" w:space="0" w:color="auto"/>
              <w:right w:val="single" w:sz="4" w:space="0" w:color="auto"/>
            </w:tcBorders>
            <w:vAlign w:val="center"/>
            <w:hideMark/>
          </w:tcPr>
          <w:p w14:paraId="2921040E"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1.020.080</w:t>
            </w:r>
          </w:p>
        </w:tc>
        <w:tc>
          <w:tcPr>
            <w:tcW w:w="3793" w:type="pct"/>
            <w:tcBorders>
              <w:top w:val="single" w:sz="4" w:space="0" w:color="auto"/>
              <w:left w:val="nil"/>
              <w:bottom w:val="single" w:sz="4" w:space="0" w:color="auto"/>
              <w:right w:val="single" w:sz="8" w:space="0" w:color="auto"/>
            </w:tcBorders>
            <w:vAlign w:val="center"/>
            <w:hideMark/>
          </w:tcPr>
          <w:p w14:paraId="72A556BD" w14:textId="77777777" w:rsidR="00E35433" w:rsidRPr="00A64921" w:rsidRDefault="00E35433" w:rsidP="00A64921">
            <w:pPr>
              <w:widowControl w:val="0"/>
              <w:spacing w:before="0" w:after="0" w:line="276" w:lineRule="auto"/>
              <w:ind w:left="105"/>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Cuentas y productos por cobrar asociados a inversiones en instrumentos financieros</w:t>
            </w:r>
          </w:p>
        </w:tc>
      </w:tr>
      <w:tr w:rsidR="00E35433" w:rsidRPr="00A64921" w14:paraId="16BDCD44" w14:textId="77777777" w:rsidTr="00C55BA7">
        <w:trPr>
          <w:trHeight w:val="60"/>
        </w:trPr>
        <w:tc>
          <w:tcPr>
            <w:tcW w:w="1207" w:type="pct"/>
            <w:tcBorders>
              <w:top w:val="nil"/>
              <w:left w:val="single" w:sz="8" w:space="0" w:color="auto"/>
              <w:bottom w:val="single" w:sz="4" w:space="0" w:color="auto"/>
              <w:right w:val="single" w:sz="4" w:space="0" w:color="auto"/>
            </w:tcBorders>
            <w:vAlign w:val="center"/>
            <w:hideMark/>
          </w:tcPr>
          <w:p w14:paraId="5718FDB9"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1.030.080</w:t>
            </w:r>
          </w:p>
        </w:tc>
        <w:tc>
          <w:tcPr>
            <w:tcW w:w="3793" w:type="pct"/>
            <w:tcBorders>
              <w:top w:val="nil"/>
              <w:left w:val="nil"/>
              <w:bottom w:val="single" w:sz="4" w:space="0" w:color="auto"/>
              <w:right w:val="single" w:sz="8" w:space="0" w:color="auto"/>
            </w:tcBorders>
            <w:vAlign w:val="center"/>
            <w:hideMark/>
          </w:tcPr>
          <w:p w14:paraId="74CA7A2C" w14:textId="77777777" w:rsidR="00E35433" w:rsidRPr="00A64921" w:rsidRDefault="00E35433" w:rsidP="00A64921">
            <w:pPr>
              <w:widowControl w:val="0"/>
              <w:spacing w:before="0" w:after="0" w:line="276" w:lineRule="auto"/>
              <w:ind w:left="105"/>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Cuentas y productos por cobrar asociados a cartera de créditos</w:t>
            </w:r>
          </w:p>
        </w:tc>
      </w:tr>
      <w:tr w:rsidR="00E35433" w:rsidRPr="00A64921" w14:paraId="619DCA29" w14:textId="77777777" w:rsidTr="00C55BA7">
        <w:trPr>
          <w:trHeight w:val="60"/>
        </w:trPr>
        <w:tc>
          <w:tcPr>
            <w:tcW w:w="1207" w:type="pct"/>
            <w:tcBorders>
              <w:top w:val="nil"/>
              <w:left w:val="single" w:sz="8" w:space="0" w:color="auto"/>
              <w:bottom w:val="single" w:sz="4" w:space="0" w:color="auto"/>
              <w:right w:val="single" w:sz="4" w:space="0" w:color="auto"/>
            </w:tcBorders>
            <w:vAlign w:val="center"/>
            <w:hideMark/>
          </w:tcPr>
          <w:p w14:paraId="0A78771C"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Excepto 1.030.080.360</w:t>
            </w:r>
          </w:p>
        </w:tc>
        <w:tc>
          <w:tcPr>
            <w:tcW w:w="3793" w:type="pct"/>
            <w:tcBorders>
              <w:top w:val="nil"/>
              <w:left w:val="nil"/>
              <w:bottom w:val="single" w:sz="4" w:space="0" w:color="auto"/>
              <w:right w:val="single" w:sz="8" w:space="0" w:color="auto"/>
            </w:tcBorders>
            <w:vAlign w:val="center"/>
            <w:hideMark/>
          </w:tcPr>
          <w:p w14:paraId="4A7E12A3" w14:textId="77777777" w:rsidR="00E35433" w:rsidRPr="00A64921" w:rsidRDefault="00E35433" w:rsidP="00A64921">
            <w:pPr>
              <w:widowControl w:val="0"/>
              <w:spacing w:before="0" w:after="0" w:line="276" w:lineRule="auto"/>
              <w:ind w:left="105"/>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Productos por cobrar por Créditos – Sector Público</w:t>
            </w:r>
          </w:p>
        </w:tc>
      </w:tr>
      <w:tr w:rsidR="00E35433" w:rsidRPr="00A64921" w14:paraId="50B26E4B" w14:textId="77777777" w:rsidTr="00C55BA7">
        <w:trPr>
          <w:trHeight w:val="60"/>
        </w:trPr>
        <w:tc>
          <w:tcPr>
            <w:tcW w:w="1207" w:type="pct"/>
            <w:tcBorders>
              <w:top w:val="nil"/>
              <w:left w:val="single" w:sz="8" w:space="0" w:color="auto"/>
              <w:bottom w:val="single" w:sz="4" w:space="0" w:color="auto"/>
              <w:right w:val="single" w:sz="4" w:space="0" w:color="auto"/>
            </w:tcBorders>
            <w:vAlign w:val="center"/>
            <w:hideMark/>
          </w:tcPr>
          <w:p w14:paraId="7D6163A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1.040.020</w:t>
            </w:r>
          </w:p>
        </w:tc>
        <w:tc>
          <w:tcPr>
            <w:tcW w:w="3793" w:type="pct"/>
            <w:tcBorders>
              <w:top w:val="nil"/>
              <w:left w:val="nil"/>
              <w:bottom w:val="single" w:sz="4" w:space="0" w:color="auto"/>
              <w:right w:val="single" w:sz="8" w:space="0" w:color="auto"/>
            </w:tcBorders>
            <w:vAlign w:val="center"/>
            <w:hideMark/>
          </w:tcPr>
          <w:p w14:paraId="1C38F8ED" w14:textId="77777777" w:rsidR="00E35433" w:rsidRPr="00A64921" w:rsidRDefault="00E35433" w:rsidP="00A64921">
            <w:pPr>
              <w:widowControl w:val="0"/>
              <w:spacing w:before="0" w:after="0" w:line="276" w:lineRule="auto"/>
              <w:ind w:left="105"/>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Comisiones por cobrar</w:t>
            </w:r>
          </w:p>
        </w:tc>
      </w:tr>
      <w:tr w:rsidR="00E35433" w:rsidRPr="00A64921" w14:paraId="7A35149A" w14:textId="77777777" w:rsidTr="00C55BA7">
        <w:trPr>
          <w:trHeight w:val="60"/>
        </w:trPr>
        <w:tc>
          <w:tcPr>
            <w:tcW w:w="1207" w:type="pct"/>
            <w:tcBorders>
              <w:top w:val="nil"/>
              <w:left w:val="single" w:sz="8" w:space="0" w:color="auto"/>
              <w:bottom w:val="single" w:sz="4" w:space="0" w:color="auto"/>
              <w:right w:val="single" w:sz="4" w:space="0" w:color="auto"/>
            </w:tcBorders>
            <w:vAlign w:val="center"/>
            <w:hideMark/>
          </w:tcPr>
          <w:p w14:paraId="683E170C"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1.040.060</w:t>
            </w:r>
          </w:p>
        </w:tc>
        <w:tc>
          <w:tcPr>
            <w:tcW w:w="3793" w:type="pct"/>
            <w:tcBorders>
              <w:top w:val="nil"/>
              <w:left w:val="nil"/>
              <w:bottom w:val="single" w:sz="4" w:space="0" w:color="auto"/>
              <w:right w:val="single" w:sz="8" w:space="0" w:color="auto"/>
            </w:tcBorders>
            <w:vAlign w:val="center"/>
            <w:hideMark/>
          </w:tcPr>
          <w:p w14:paraId="31072577" w14:textId="77777777" w:rsidR="00E35433" w:rsidRPr="00A64921" w:rsidRDefault="00E35433" w:rsidP="00A64921">
            <w:pPr>
              <w:widowControl w:val="0"/>
              <w:spacing w:before="0" w:after="0" w:line="276" w:lineRule="auto"/>
              <w:ind w:left="105"/>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Cuentas por cobrar por operaciones con partes relacionadas</w:t>
            </w:r>
          </w:p>
        </w:tc>
      </w:tr>
      <w:tr w:rsidR="00E35433" w:rsidRPr="00A64921" w14:paraId="0881DCCE" w14:textId="77777777" w:rsidTr="00C55BA7">
        <w:trPr>
          <w:trHeight w:val="60"/>
        </w:trPr>
        <w:tc>
          <w:tcPr>
            <w:tcW w:w="1207" w:type="pct"/>
            <w:tcBorders>
              <w:top w:val="nil"/>
              <w:left w:val="single" w:sz="8" w:space="0" w:color="auto"/>
              <w:bottom w:val="single" w:sz="4" w:space="0" w:color="auto"/>
              <w:right w:val="single" w:sz="4" w:space="0" w:color="auto"/>
            </w:tcBorders>
            <w:vAlign w:val="center"/>
            <w:hideMark/>
          </w:tcPr>
          <w:p w14:paraId="616457FF"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lastRenderedPageBreak/>
              <w:t>1.040.080</w:t>
            </w:r>
          </w:p>
        </w:tc>
        <w:tc>
          <w:tcPr>
            <w:tcW w:w="3793" w:type="pct"/>
            <w:tcBorders>
              <w:top w:val="nil"/>
              <w:left w:val="nil"/>
              <w:bottom w:val="single" w:sz="4" w:space="0" w:color="auto"/>
              <w:right w:val="single" w:sz="8" w:space="0" w:color="auto"/>
            </w:tcBorders>
            <w:vAlign w:val="center"/>
            <w:hideMark/>
          </w:tcPr>
          <w:p w14:paraId="6190BBCF" w14:textId="77777777" w:rsidR="00E35433" w:rsidRPr="00A64921" w:rsidRDefault="00E35433" w:rsidP="00A64921">
            <w:pPr>
              <w:widowControl w:val="0"/>
              <w:spacing w:before="0" w:after="0" w:line="276" w:lineRule="auto"/>
              <w:ind w:left="105"/>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Otras cuentas por cobrar</w:t>
            </w:r>
          </w:p>
        </w:tc>
      </w:tr>
      <w:tr w:rsidR="00E35433" w:rsidRPr="00A64921" w14:paraId="3DA5C9E4" w14:textId="77777777" w:rsidTr="00C55BA7">
        <w:trPr>
          <w:trHeight w:val="60"/>
        </w:trPr>
        <w:tc>
          <w:tcPr>
            <w:tcW w:w="1207" w:type="pct"/>
            <w:tcBorders>
              <w:top w:val="single" w:sz="4" w:space="0" w:color="auto"/>
              <w:left w:val="single" w:sz="8" w:space="0" w:color="auto"/>
              <w:bottom w:val="single" w:sz="12" w:space="0" w:color="auto"/>
              <w:right w:val="single" w:sz="4" w:space="0" w:color="auto"/>
            </w:tcBorders>
            <w:vAlign w:val="center"/>
            <w:hideMark/>
          </w:tcPr>
          <w:p w14:paraId="79006DD3"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1.040.090</w:t>
            </w:r>
          </w:p>
        </w:tc>
        <w:tc>
          <w:tcPr>
            <w:tcW w:w="3793" w:type="pct"/>
            <w:tcBorders>
              <w:top w:val="single" w:sz="4" w:space="0" w:color="auto"/>
              <w:left w:val="nil"/>
              <w:bottom w:val="single" w:sz="12" w:space="0" w:color="auto"/>
              <w:right w:val="single" w:sz="8" w:space="0" w:color="auto"/>
            </w:tcBorders>
            <w:vAlign w:val="center"/>
            <w:hideMark/>
          </w:tcPr>
          <w:p w14:paraId="20823130" w14:textId="77777777" w:rsidR="00E35433" w:rsidRPr="00A64921" w:rsidRDefault="00E35433" w:rsidP="00A64921">
            <w:pPr>
              <w:widowControl w:val="0"/>
              <w:spacing w:before="0" w:after="0" w:line="276" w:lineRule="auto"/>
              <w:ind w:left="105"/>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Productos por cobrar asociados a las cuentas por cobrar</w:t>
            </w:r>
          </w:p>
        </w:tc>
      </w:tr>
    </w:tbl>
    <w:p w14:paraId="1C3F064C" w14:textId="77777777" w:rsidR="00E35433" w:rsidRPr="00A64921" w:rsidRDefault="00E35433" w:rsidP="00E35433">
      <w:pPr>
        <w:spacing w:after="120" w:line="240" w:lineRule="auto"/>
        <w:ind w:left="2268" w:hanging="567"/>
        <w:rPr>
          <w:rFonts w:asciiTheme="majorHAnsi" w:hAnsiTheme="majorHAnsi" w:cstheme="majorHAnsi"/>
          <w:sz w:val="20"/>
          <w:szCs w:val="20"/>
          <w:lang w:val="es-CR" w:eastAsia="es-CR"/>
        </w:rPr>
      </w:pPr>
      <w:r w:rsidRPr="00A64921">
        <w:rPr>
          <w:rFonts w:asciiTheme="majorHAnsi" w:hAnsiTheme="majorHAnsi" w:cstheme="majorHAnsi"/>
          <w:sz w:val="20"/>
          <w:szCs w:val="20"/>
          <w:lang w:val="es-CR" w:eastAsia="es-CR"/>
        </w:rPr>
        <w:t>d)</w:t>
      </w:r>
      <w:r w:rsidRPr="00A64921">
        <w:rPr>
          <w:rFonts w:asciiTheme="majorHAnsi" w:hAnsiTheme="majorHAnsi" w:cstheme="majorHAnsi"/>
          <w:sz w:val="20"/>
          <w:szCs w:val="20"/>
          <w:lang w:val="es-CR" w:eastAsia="es-CR"/>
        </w:rPr>
        <w:tab/>
        <w:t>CUENTAS CONTINGENTES DEUDORAS</w:t>
      </w:r>
    </w:p>
    <w:tbl>
      <w:tblPr>
        <w:tblW w:w="4380" w:type="pct"/>
        <w:tblInd w:w="1124" w:type="dxa"/>
        <w:tblCellMar>
          <w:left w:w="70" w:type="dxa"/>
          <w:right w:w="70" w:type="dxa"/>
        </w:tblCellMar>
        <w:tblLook w:val="04A0" w:firstRow="1" w:lastRow="0" w:firstColumn="1" w:lastColumn="0" w:noHBand="0" w:noVBand="1"/>
      </w:tblPr>
      <w:tblGrid>
        <w:gridCol w:w="1917"/>
        <w:gridCol w:w="5808"/>
      </w:tblGrid>
      <w:tr w:rsidR="00E35433" w:rsidRPr="00A64921" w14:paraId="0A7CEAD2" w14:textId="77777777" w:rsidTr="00E35433">
        <w:trPr>
          <w:trHeight w:val="166"/>
          <w:tblHeader/>
        </w:trPr>
        <w:tc>
          <w:tcPr>
            <w:tcW w:w="1241" w:type="pct"/>
            <w:tcBorders>
              <w:top w:val="single" w:sz="8" w:space="0" w:color="000000"/>
              <w:left w:val="single" w:sz="8" w:space="0" w:color="000000"/>
              <w:bottom w:val="single" w:sz="8" w:space="0" w:color="000000"/>
              <w:right w:val="single" w:sz="8" w:space="0" w:color="000000"/>
            </w:tcBorders>
            <w:shd w:val="clear" w:color="auto" w:fill="DAE9F7"/>
            <w:vAlign w:val="center"/>
          </w:tcPr>
          <w:p w14:paraId="38E15C9D" w14:textId="77777777" w:rsidR="00E35433" w:rsidRPr="00A64921" w:rsidRDefault="00E35433" w:rsidP="00A64921">
            <w:pPr>
              <w:widowControl w:val="0"/>
              <w:spacing w:before="0" w:after="0" w:line="276" w:lineRule="auto"/>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Cuenta contable</w:t>
            </w:r>
          </w:p>
        </w:tc>
        <w:tc>
          <w:tcPr>
            <w:tcW w:w="3759" w:type="pct"/>
            <w:tcBorders>
              <w:top w:val="single" w:sz="8" w:space="0" w:color="000000"/>
              <w:left w:val="nil"/>
              <w:bottom w:val="single" w:sz="8" w:space="0" w:color="000000"/>
              <w:right w:val="single" w:sz="8" w:space="0" w:color="000000"/>
            </w:tcBorders>
            <w:shd w:val="clear" w:color="auto" w:fill="DAE9F7"/>
            <w:vAlign w:val="center"/>
          </w:tcPr>
          <w:p w14:paraId="38AAC60E" w14:textId="77777777" w:rsidR="00E35433" w:rsidRPr="00A64921" w:rsidRDefault="00E35433" w:rsidP="00A64921">
            <w:pPr>
              <w:widowControl w:val="0"/>
              <w:spacing w:before="0" w:after="0" w:line="276" w:lineRule="auto"/>
              <w:ind w:left="-64"/>
              <w:jc w:val="center"/>
              <w:rPr>
                <w:rFonts w:asciiTheme="majorHAnsi" w:eastAsia="Aptos" w:hAnsiTheme="majorHAnsi" w:cstheme="majorHAnsi"/>
                <w:color w:val="000000"/>
                <w:kern w:val="2"/>
                <w:sz w:val="16"/>
                <w:szCs w:val="16"/>
                <w:lang w:val="es-CR"/>
                <w14:ligatures w14:val="standardContextual"/>
              </w:rPr>
            </w:pPr>
            <w:r w:rsidRPr="00A64921">
              <w:rPr>
                <w:rFonts w:asciiTheme="majorHAnsi" w:eastAsia="Aptos" w:hAnsiTheme="majorHAnsi" w:cstheme="majorHAnsi"/>
                <w:b/>
                <w:bCs/>
                <w:color w:val="000000"/>
                <w:kern w:val="2"/>
                <w:sz w:val="16"/>
                <w:szCs w:val="16"/>
                <w:lang w:val="es-CR" w:eastAsia="es-CR"/>
                <w14:ligatures w14:val="standardContextual"/>
              </w:rPr>
              <w:t>Descripción</w:t>
            </w:r>
          </w:p>
        </w:tc>
      </w:tr>
      <w:tr w:rsidR="00E35433" w:rsidRPr="00A64921" w14:paraId="4D072312" w14:textId="77777777" w:rsidTr="00C55BA7">
        <w:trPr>
          <w:trHeight w:val="60"/>
        </w:trPr>
        <w:tc>
          <w:tcPr>
            <w:tcW w:w="1241" w:type="pct"/>
            <w:tcBorders>
              <w:top w:val="single" w:sz="4" w:space="0" w:color="auto"/>
              <w:left w:val="single" w:sz="8" w:space="0" w:color="auto"/>
              <w:bottom w:val="single" w:sz="4" w:space="0" w:color="auto"/>
              <w:right w:val="single" w:sz="4" w:space="0" w:color="auto"/>
            </w:tcBorders>
            <w:vAlign w:val="center"/>
            <w:hideMark/>
          </w:tcPr>
          <w:p w14:paraId="754924B2" w14:textId="0E6802BE"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6.010.010.</w:t>
            </w:r>
            <w:r w:rsidR="00A64921" w:rsidRPr="00A64921">
              <w:rPr>
                <w:rFonts w:asciiTheme="majorHAnsi" w:eastAsia="Aptos" w:hAnsiTheme="majorHAnsi" w:cstheme="majorHAnsi"/>
                <w:color w:val="000000"/>
                <w:kern w:val="2"/>
                <w:sz w:val="16"/>
                <w:szCs w:val="16"/>
                <w:lang w:val="es-CR" w:eastAsia="es-CR"/>
                <w14:ligatures w14:val="standardContextual"/>
              </w:rPr>
              <w:t>010. M.</w:t>
            </w:r>
            <w:r w:rsidRPr="00A64921">
              <w:rPr>
                <w:rFonts w:asciiTheme="majorHAnsi" w:eastAsia="Aptos" w:hAnsiTheme="majorHAnsi" w:cstheme="majorHAnsi"/>
                <w:color w:val="000000"/>
                <w:kern w:val="2"/>
                <w:sz w:val="16"/>
                <w:szCs w:val="16"/>
                <w:lang w:val="es-CR" w:eastAsia="es-CR"/>
                <w14:ligatures w14:val="standardContextual"/>
              </w:rPr>
              <w:t>020</w:t>
            </w:r>
          </w:p>
        </w:tc>
        <w:tc>
          <w:tcPr>
            <w:tcW w:w="3759" w:type="pct"/>
            <w:tcBorders>
              <w:top w:val="single" w:sz="4" w:space="0" w:color="auto"/>
              <w:left w:val="nil"/>
              <w:bottom w:val="single" w:sz="4" w:space="0" w:color="auto"/>
              <w:right w:val="single" w:sz="8" w:space="0" w:color="auto"/>
            </w:tcBorders>
            <w:vAlign w:val="center"/>
            <w:hideMark/>
          </w:tcPr>
          <w:p w14:paraId="1211B98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Avales saldo sin depósito previo</w:t>
            </w:r>
          </w:p>
        </w:tc>
      </w:tr>
      <w:tr w:rsidR="00E35433" w:rsidRPr="00A64921" w14:paraId="59E5F3FB"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25D937C4" w14:textId="28B2395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6.010.010.</w:t>
            </w:r>
            <w:r w:rsidR="00A64921" w:rsidRPr="00A64921">
              <w:rPr>
                <w:rFonts w:asciiTheme="majorHAnsi" w:eastAsia="Aptos" w:hAnsiTheme="majorHAnsi" w:cstheme="majorHAnsi"/>
                <w:color w:val="000000"/>
                <w:kern w:val="2"/>
                <w:sz w:val="16"/>
                <w:szCs w:val="16"/>
                <w:lang w:val="es-CR" w:eastAsia="es-CR"/>
                <w14:ligatures w14:val="standardContextual"/>
              </w:rPr>
              <w:t>020. M.</w:t>
            </w:r>
            <w:r w:rsidRPr="00A64921">
              <w:rPr>
                <w:rFonts w:asciiTheme="majorHAnsi" w:eastAsia="Aptos" w:hAnsiTheme="majorHAnsi" w:cstheme="majorHAnsi"/>
                <w:color w:val="000000"/>
                <w:kern w:val="2"/>
                <w:sz w:val="16"/>
                <w:szCs w:val="16"/>
                <w:lang w:val="es-CR" w:eastAsia="es-CR"/>
                <w14:ligatures w14:val="standardContextual"/>
              </w:rPr>
              <w:t>020</w:t>
            </w:r>
          </w:p>
        </w:tc>
        <w:tc>
          <w:tcPr>
            <w:tcW w:w="3759" w:type="pct"/>
            <w:tcBorders>
              <w:top w:val="nil"/>
              <w:left w:val="nil"/>
              <w:bottom w:val="single" w:sz="4" w:space="0" w:color="auto"/>
              <w:right w:val="single" w:sz="8" w:space="0" w:color="auto"/>
            </w:tcBorders>
            <w:vAlign w:val="center"/>
            <w:hideMark/>
          </w:tcPr>
          <w:p w14:paraId="193D25F5"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Garantías de Cumplimiento saldo sin depósito previo</w:t>
            </w:r>
          </w:p>
        </w:tc>
      </w:tr>
      <w:tr w:rsidR="00E35433" w:rsidRPr="00A64921" w14:paraId="0BFE0F50"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65CDC510" w14:textId="4EFAED1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6.010.010.</w:t>
            </w:r>
            <w:r w:rsidR="00A64921" w:rsidRPr="00A64921">
              <w:rPr>
                <w:rFonts w:asciiTheme="majorHAnsi" w:eastAsia="Aptos" w:hAnsiTheme="majorHAnsi" w:cstheme="majorHAnsi"/>
                <w:color w:val="000000"/>
                <w:kern w:val="2"/>
                <w:sz w:val="16"/>
                <w:szCs w:val="16"/>
                <w:lang w:val="es-CR" w:eastAsia="es-CR"/>
                <w14:ligatures w14:val="standardContextual"/>
              </w:rPr>
              <w:t>030. M.</w:t>
            </w:r>
            <w:r w:rsidRPr="00A64921">
              <w:rPr>
                <w:rFonts w:asciiTheme="majorHAnsi" w:eastAsia="Aptos" w:hAnsiTheme="majorHAnsi" w:cstheme="majorHAnsi"/>
                <w:color w:val="000000"/>
                <w:kern w:val="2"/>
                <w:sz w:val="16"/>
                <w:szCs w:val="16"/>
                <w:lang w:val="es-CR" w:eastAsia="es-CR"/>
                <w14:ligatures w14:val="standardContextual"/>
              </w:rPr>
              <w:t>020</w:t>
            </w:r>
          </w:p>
        </w:tc>
        <w:tc>
          <w:tcPr>
            <w:tcW w:w="3759" w:type="pct"/>
            <w:tcBorders>
              <w:top w:val="nil"/>
              <w:left w:val="nil"/>
              <w:bottom w:val="single" w:sz="4" w:space="0" w:color="auto"/>
              <w:right w:val="single" w:sz="8" w:space="0" w:color="auto"/>
            </w:tcBorders>
            <w:vAlign w:val="center"/>
            <w:hideMark/>
          </w:tcPr>
          <w:p w14:paraId="220DF1B2"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Garantías de participación saldo sin depósito previo</w:t>
            </w:r>
          </w:p>
        </w:tc>
      </w:tr>
      <w:tr w:rsidR="00E35433" w:rsidRPr="00A64921" w14:paraId="7801D9C3"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2C9E14C7" w14:textId="7B47BDAF"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6.010.010.</w:t>
            </w:r>
            <w:r w:rsidR="00A64921" w:rsidRPr="00A64921">
              <w:rPr>
                <w:rFonts w:asciiTheme="majorHAnsi" w:eastAsia="Aptos" w:hAnsiTheme="majorHAnsi" w:cstheme="majorHAnsi"/>
                <w:color w:val="000000"/>
                <w:kern w:val="2"/>
                <w:sz w:val="16"/>
                <w:szCs w:val="16"/>
                <w:lang w:val="es-CR" w:eastAsia="es-CR"/>
                <w14:ligatures w14:val="standardContextual"/>
              </w:rPr>
              <w:t>040. M.</w:t>
            </w:r>
            <w:r w:rsidRPr="00A64921">
              <w:rPr>
                <w:rFonts w:asciiTheme="majorHAnsi" w:eastAsia="Aptos" w:hAnsiTheme="majorHAnsi" w:cstheme="majorHAnsi"/>
                <w:color w:val="000000"/>
                <w:kern w:val="2"/>
                <w:sz w:val="16"/>
                <w:szCs w:val="16"/>
                <w:lang w:val="es-CR" w:eastAsia="es-CR"/>
                <w14:ligatures w14:val="standardContextual"/>
              </w:rPr>
              <w:t>020</w:t>
            </w:r>
          </w:p>
        </w:tc>
        <w:tc>
          <w:tcPr>
            <w:tcW w:w="3759" w:type="pct"/>
            <w:tcBorders>
              <w:top w:val="nil"/>
              <w:left w:val="nil"/>
              <w:bottom w:val="single" w:sz="4" w:space="0" w:color="auto"/>
              <w:right w:val="single" w:sz="8" w:space="0" w:color="auto"/>
            </w:tcBorders>
            <w:vAlign w:val="center"/>
            <w:hideMark/>
          </w:tcPr>
          <w:p w14:paraId="478FF048"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Otras garantías saldo sin depósito previo</w:t>
            </w:r>
          </w:p>
        </w:tc>
      </w:tr>
      <w:tr w:rsidR="00E35433" w:rsidRPr="00A64921" w14:paraId="48F99724"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7A0C0559"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6.010.020.020</w:t>
            </w:r>
          </w:p>
        </w:tc>
        <w:tc>
          <w:tcPr>
            <w:tcW w:w="3759" w:type="pct"/>
            <w:tcBorders>
              <w:top w:val="nil"/>
              <w:left w:val="nil"/>
              <w:bottom w:val="single" w:sz="4" w:space="0" w:color="auto"/>
              <w:right w:val="single" w:sz="8" w:space="0" w:color="auto"/>
            </w:tcBorders>
            <w:vAlign w:val="center"/>
            <w:hideMark/>
          </w:tcPr>
          <w:p w14:paraId="3A361CBF"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Cartas de crédito a la vista saldo sin depósito previo</w:t>
            </w:r>
          </w:p>
        </w:tc>
      </w:tr>
      <w:tr w:rsidR="00E35433" w:rsidRPr="00A64921" w14:paraId="46E5DF9D"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2A280C0F"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6 010 020 040</w:t>
            </w:r>
          </w:p>
        </w:tc>
        <w:tc>
          <w:tcPr>
            <w:tcW w:w="3759" w:type="pct"/>
            <w:tcBorders>
              <w:top w:val="nil"/>
              <w:left w:val="nil"/>
              <w:bottom w:val="single" w:sz="4" w:space="0" w:color="auto"/>
              <w:right w:val="single" w:sz="8" w:space="0" w:color="auto"/>
            </w:tcBorders>
            <w:vAlign w:val="center"/>
            <w:hideMark/>
          </w:tcPr>
          <w:p w14:paraId="5D6355F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Cartas de crédito diferidas saldo sin depósito previo</w:t>
            </w:r>
          </w:p>
        </w:tc>
      </w:tr>
      <w:tr w:rsidR="00E35433" w:rsidRPr="00A64921" w14:paraId="4E582E05"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7BC05FAD" w14:textId="13BAD5AF"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6.010.030.</w:t>
            </w:r>
            <w:r w:rsidR="00A64921" w:rsidRPr="00A64921">
              <w:rPr>
                <w:rFonts w:asciiTheme="majorHAnsi" w:eastAsia="Aptos" w:hAnsiTheme="majorHAnsi" w:cstheme="majorHAnsi"/>
                <w:color w:val="000000"/>
                <w:kern w:val="2"/>
                <w:sz w:val="16"/>
                <w:szCs w:val="16"/>
                <w:lang w:val="es-CR" w:eastAsia="es-CR"/>
                <w14:ligatures w14:val="standardContextual"/>
              </w:rPr>
              <w:t>010. M.</w:t>
            </w:r>
            <w:r w:rsidRPr="00A64921">
              <w:rPr>
                <w:rFonts w:asciiTheme="majorHAnsi" w:eastAsia="Aptos" w:hAnsiTheme="majorHAnsi" w:cstheme="majorHAnsi"/>
                <w:color w:val="000000"/>
                <w:kern w:val="2"/>
                <w:sz w:val="16"/>
                <w:szCs w:val="16"/>
                <w:lang w:val="es-CR" w:eastAsia="es-CR"/>
                <w14:ligatures w14:val="standardContextual"/>
              </w:rPr>
              <w:t>020</w:t>
            </w:r>
          </w:p>
        </w:tc>
        <w:tc>
          <w:tcPr>
            <w:tcW w:w="3759" w:type="pct"/>
            <w:tcBorders>
              <w:top w:val="nil"/>
              <w:left w:val="nil"/>
              <w:bottom w:val="single" w:sz="4" w:space="0" w:color="auto"/>
              <w:right w:val="single" w:sz="8" w:space="0" w:color="auto"/>
            </w:tcBorders>
            <w:vAlign w:val="center"/>
            <w:hideMark/>
          </w:tcPr>
          <w:p w14:paraId="1E23614B"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Cartas de crédito confirmadas no negociadas saldo sin depósito previo</w:t>
            </w:r>
          </w:p>
        </w:tc>
      </w:tr>
      <w:tr w:rsidR="00E35433" w:rsidRPr="00A64921" w14:paraId="2A4AE907"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27EA635D"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6.010.050</w:t>
            </w:r>
          </w:p>
        </w:tc>
        <w:tc>
          <w:tcPr>
            <w:tcW w:w="3759" w:type="pct"/>
            <w:tcBorders>
              <w:top w:val="nil"/>
              <w:left w:val="nil"/>
              <w:bottom w:val="single" w:sz="4" w:space="0" w:color="auto"/>
              <w:right w:val="single" w:sz="8" w:space="0" w:color="auto"/>
            </w:tcBorders>
            <w:vAlign w:val="center"/>
            <w:hideMark/>
          </w:tcPr>
          <w:p w14:paraId="65F2AFB0"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 xml:space="preserve">Líneas de crédito de utilización automática </w:t>
            </w:r>
          </w:p>
        </w:tc>
      </w:tr>
      <w:tr w:rsidR="00E35433" w:rsidRPr="00A64921" w14:paraId="1105CFEF"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16DA6F36"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6.010.070.010</w:t>
            </w:r>
          </w:p>
        </w:tc>
        <w:tc>
          <w:tcPr>
            <w:tcW w:w="3759" w:type="pct"/>
            <w:tcBorders>
              <w:top w:val="nil"/>
              <w:left w:val="nil"/>
              <w:bottom w:val="single" w:sz="4" w:space="0" w:color="auto"/>
              <w:right w:val="single" w:sz="8" w:space="0" w:color="auto"/>
            </w:tcBorders>
            <w:vAlign w:val="center"/>
            <w:hideMark/>
          </w:tcPr>
          <w:p w14:paraId="54E930E6"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Otras contingencias crediticias</w:t>
            </w:r>
          </w:p>
        </w:tc>
      </w:tr>
      <w:tr w:rsidR="00E35433" w:rsidRPr="00A64921" w14:paraId="4C74B1E9" w14:textId="77777777" w:rsidTr="00C55BA7">
        <w:trPr>
          <w:trHeight w:val="60"/>
        </w:trPr>
        <w:tc>
          <w:tcPr>
            <w:tcW w:w="1241" w:type="pct"/>
            <w:tcBorders>
              <w:top w:val="nil"/>
              <w:left w:val="single" w:sz="8" w:space="0" w:color="auto"/>
              <w:bottom w:val="single" w:sz="4" w:space="0" w:color="auto"/>
              <w:right w:val="single" w:sz="4" w:space="0" w:color="auto"/>
            </w:tcBorders>
            <w:vAlign w:val="center"/>
            <w:hideMark/>
          </w:tcPr>
          <w:p w14:paraId="2706B84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6.010.090</w:t>
            </w:r>
          </w:p>
        </w:tc>
        <w:tc>
          <w:tcPr>
            <w:tcW w:w="3759" w:type="pct"/>
            <w:tcBorders>
              <w:top w:val="nil"/>
              <w:left w:val="nil"/>
              <w:bottom w:val="single" w:sz="4" w:space="0" w:color="auto"/>
              <w:right w:val="single" w:sz="8" w:space="0" w:color="auto"/>
            </w:tcBorders>
            <w:vAlign w:val="center"/>
            <w:hideMark/>
          </w:tcPr>
          <w:p w14:paraId="47D834F7"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Créditos pendientes de desembolsar</w:t>
            </w:r>
          </w:p>
        </w:tc>
      </w:tr>
      <w:tr w:rsidR="00E35433" w:rsidRPr="00A64921" w14:paraId="3DB79913" w14:textId="77777777" w:rsidTr="00C55BA7">
        <w:trPr>
          <w:trHeight w:val="60"/>
        </w:trPr>
        <w:tc>
          <w:tcPr>
            <w:tcW w:w="1241" w:type="pct"/>
            <w:tcBorders>
              <w:top w:val="single" w:sz="4" w:space="0" w:color="auto"/>
              <w:left w:val="single" w:sz="8" w:space="0" w:color="auto"/>
              <w:bottom w:val="single" w:sz="12" w:space="0" w:color="auto"/>
              <w:right w:val="single" w:sz="4" w:space="0" w:color="auto"/>
            </w:tcBorders>
            <w:vAlign w:val="center"/>
            <w:hideMark/>
          </w:tcPr>
          <w:p w14:paraId="33DA0ABE" w14:textId="77777777"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8.010.040</w:t>
            </w:r>
          </w:p>
        </w:tc>
        <w:tc>
          <w:tcPr>
            <w:tcW w:w="3759" w:type="pct"/>
            <w:tcBorders>
              <w:top w:val="single" w:sz="4" w:space="0" w:color="auto"/>
              <w:left w:val="nil"/>
              <w:bottom w:val="single" w:sz="12" w:space="0" w:color="auto"/>
              <w:right w:val="single" w:sz="8" w:space="0" w:color="auto"/>
            </w:tcBorders>
            <w:vAlign w:val="center"/>
            <w:hideMark/>
          </w:tcPr>
          <w:p w14:paraId="4EDADF5C" w14:textId="5CC137D3" w:rsidR="00E35433" w:rsidRPr="00A64921" w:rsidRDefault="00E35433" w:rsidP="00A64921">
            <w:pPr>
              <w:widowControl w:val="0"/>
              <w:spacing w:before="0" w:after="0" w:line="276" w:lineRule="auto"/>
              <w:rPr>
                <w:rFonts w:asciiTheme="majorHAnsi" w:eastAsia="Aptos" w:hAnsiTheme="majorHAnsi" w:cstheme="majorHAnsi"/>
                <w:color w:val="000000"/>
                <w:kern w:val="2"/>
                <w:sz w:val="16"/>
                <w:szCs w:val="16"/>
                <w:lang w:val="es-CR" w:eastAsia="es-CR"/>
                <w14:ligatures w14:val="standardContextual"/>
              </w:rPr>
            </w:pPr>
            <w:r w:rsidRPr="00A64921">
              <w:rPr>
                <w:rFonts w:asciiTheme="majorHAnsi" w:eastAsia="Aptos" w:hAnsiTheme="majorHAnsi" w:cstheme="majorHAnsi"/>
                <w:color w:val="000000"/>
                <w:kern w:val="2"/>
                <w:sz w:val="16"/>
                <w:szCs w:val="16"/>
                <w:lang w:val="es-CR" w:eastAsia="es-CR"/>
                <w14:ligatures w14:val="standardContextual"/>
              </w:rPr>
              <w:t xml:space="preserve">Líneas de crédito otorgadas pendientes de </w:t>
            </w:r>
            <w:r w:rsidR="00A64921" w:rsidRPr="00A64921">
              <w:rPr>
                <w:rFonts w:asciiTheme="majorHAnsi" w:eastAsia="Aptos" w:hAnsiTheme="majorHAnsi" w:cstheme="majorHAnsi"/>
                <w:color w:val="000000"/>
                <w:kern w:val="2"/>
                <w:sz w:val="16"/>
                <w:szCs w:val="16"/>
                <w:lang w:val="es-CR" w:eastAsia="es-CR"/>
                <w14:ligatures w14:val="standardContextual"/>
              </w:rPr>
              <w:t>utilización</w:t>
            </w:r>
            <w:r w:rsidR="00A64921" w:rsidRPr="00A64921">
              <w:rPr>
                <w:rFonts w:asciiTheme="majorHAnsi" w:eastAsia="Aptos" w:hAnsiTheme="majorHAnsi" w:cstheme="majorHAnsi"/>
                <w:kern w:val="2"/>
                <w:sz w:val="16"/>
                <w:szCs w:val="16"/>
                <w:vertAlign w:val="superscript"/>
                <w:lang w:val="es-CR"/>
                <w14:ligatures w14:val="standardContextual"/>
              </w:rPr>
              <w:t xml:space="preserve"> (</w:t>
            </w:r>
            <w:r w:rsidRPr="00A64921">
              <w:rPr>
                <w:rFonts w:asciiTheme="majorHAnsi" w:eastAsia="Aptos" w:hAnsiTheme="majorHAnsi" w:cstheme="majorHAnsi"/>
                <w:kern w:val="2"/>
                <w:sz w:val="16"/>
                <w:szCs w:val="16"/>
                <w:vertAlign w:val="superscript"/>
                <w:lang w:val="es-CR"/>
                <w14:ligatures w14:val="standardContextual"/>
              </w:rPr>
              <w:t>**)</w:t>
            </w:r>
          </w:p>
        </w:tc>
      </w:tr>
    </w:tbl>
    <w:p w14:paraId="477840C6" w14:textId="77777777" w:rsidR="00E35433" w:rsidRPr="00A64921" w:rsidRDefault="00E35433" w:rsidP="00E35433">
      <w:pPr>
        <w:spacing w:before="120" w:line="240" w:lineRule="auto"/>
        <w:ind w:left="1701"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w:t>
      </w:r>
      <w:r w:rsidRPr="00A64921">
        <w:rPr>
          <w:rFonts w:asciiTheme="majorHAnsi" w:eastAsia="Aptos" w:hAnsiTheme="majorHAnsi" w:cstheme="majorHAnsi"/>
          <w:kern w:val="2"/>
          <w:sz w:val="16"/>
          <w:szCs w:val="16"/>
          <w:lang w:val="es-CR"/>
          <w14:ligatures w14:val="standardContextual"/>
        </w:rPr>
        <w:tab/>
        <w:t>Excepto las operaciones activas que las entidades realicen con el Banco Central de Costa Rica, el Gobierno Central de Costa Rica y con cualquier otra persona que por ley no está sujeta a los límites de crédito.</w:t>
      </w:r>
    </w:p>
    <w:p w14:paraId="6B59C1B8" w14:textId="77777777" w:rsidR="00E35433" w:rsidRPr="00A64921" w:rsidRDefault="00E35433" w:rsidP="00E35433">
      <w:pPr>
        <w:spacing w:before="120" w:line="240" w:lineRule="auto"/>
        <w:ind w:left="1701" w:hanging="567"/>
        <w:rPr>
          <w:rFonts w:asciiTheme="majorHAnsi" w:eastAsia="Aptos" w:hAnsiTheme="majorHAnsi" w:cstheme="majorHAnsi"/>
          <w:kern w:val="2"/>
          <w:sz w:val="16"/>
          <w:szCs w:val="16"/>
          <w:lang w:val="es-CR"/>
          <w14:ligatures w14:val="standardContextual"/>
        </w:rPr>
      </w:pPr>
      <w:r w:rsidRPr="00A64921">
        <w:rPr>
          <w:rFonts w:asciiTheme="majorHAnsi" w:eastAsia="Aptos" w:hAnsiTheme="majorHAnsi" w:cstheme="majorHAnsi"/>
          <w:kern w:val="2"/>
          <w:sz w:val="16"/>
          <w:szCs w:val="16"/>
          <w:lang w:val="es-CR"/>
          <w14:ligatures w14:val="standardContextual"/>
        </w:rPr>
        <w:t>(**)</w:t>
      </w:r>
      <w:r w:rsidRPr="00A64921">
        <w:rPr>
          <w:rFonts w:asciiTheme="majorHAnsi" w:eastAsia="Aptos" w:hAnsiTheme="majorHAnsi" w:cstheme="majorHAnsi"/>
          <w:kern w:val="2"/>
          <w:sz w:val="16"/>
          <w:szCs w:val="16"/>
          <w:lang w:val="es-CR"/>
          <w14:ligatures w14:val="standardContextual"/>
        </w:rPr>
        <w:tab/>
        <w:t xml:space="preserve">Únicamente cuando no exista una cláusula específica que faculte a la entidad para suspender temporal o definitivamente el uso de la facilidad crediticia, cuando con ello incurra en exceso al límite de crédito aplicable al grupo de interés económico o a la persona individual, o al grupo vinculado, según corresponda. </w:t>
      </w:r>
    </w:p>
    <w:p w14:paraId="6D69AF38" w14:textId="77777777" w:rsidR="00E35433" w:rsidRPr="00A64921" w:rsidRDefault="00E35433" w:rsidP="00A64921">
      <w:pPr>
        <w:spacing w:before="0" w:after="120" w:line="240" w:lineRule="auto"/>
        <w:ind w:left="1134"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C)</w:t>
      </w:r>
      <w:r w:rsidRPr="00A64921">
        <w:rPr>
          <w:rFonts w:asciiTheme="majorHAnsi" w:eastAsia="Aptos" w:hAnsiTheme="majorHAnsi" w:cstheme="majorHAnsi"/>
          <w:b/>
          <w:bCs/>
          <w:kern w:val="2"/>
          <w:szCs w:val="22"/>
          <w:lang w:val="es-CR"/>
          <w14:ligatures w14:val="standardContextual"/>
        </w:rPr>
        <w:tab/>
        <w:t>CÁLCULO DEL CAPITAL BASE DE LA SOCIEDAD CONTROLADORA</w:t>
      </w:r>
    </w:p>
    <w:p w14:paraId="0A73EF75" w14:textId="77777777" w:rsidR="00E35433" w:rsidRPr="00A64921" w:rsidRDefault="00E35433" w:rsidP="00A64921">
      <w:pPr>
        <w:spacing w:before="0" w:after="120" w:line="240" w:lineRule="auto"/>
        <w:ind w:left="1134"/>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Notas:</w:t>
      </w:r>
    </w:p>
    <w:p w14:paraId="1CB61593" w14:textId="77777777" w:rsidR="00E35433" w:rsidRPr="00A64921" w:rsidRDefault="00E35433" w:rsidP="00A64921">
      <w:pPr>
        <w:numPr>
          <w:ilvl w:val="0"/>
          <w:numId w:val="33"/>
        </w:numPr>
        <w:spacing w:before="0" w:after="120" w:line="240" w:lineRule="auto"/>
        <w:ind w:left="1701" w:hanging="567"/>
        <w:contextualSpacing/>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kern w:val="2"/>
          <w:szCs w:val="22"/>
          <w:lang w:val="es-CR"/>
          <w14:ligatures w14:val="standardContextual"/>
        </w:rPr>
        <w:t>Detalle de las cuentas contables y datos adicionales que debe reportar la sociedad controladora a su supervisor responsable para el cálculo del capital base. Este formato no aplica para una entidad controladora del sector asegurador que no sea de objeto único, de conformidad con los artículos 85 y 89 del Acuerdo CONASSIF 16-22.</w:t>
      </w:r>
    </w:p>
    <w:p w14:paraId="1066797A" w14:textId="77777777" w:rsidR="00E35433" w:rsidRPr="00A64921" w:rsidRDefault="00E35433" w:rsidP="00A64921">
      <w:pPr>
        <w:numPr>
          <w:ilvl w:val="0"/>
          <w:numId w:val="33"/>
        </w:numPr>
        <w:spacing w:before="0" w:after="120" w:line="240" w:lineRule="auto"/>
        <w:ind w:left="1701" w:hanging="567"/>
        <w:contextualSpacing/>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kern w:val="2"/>
          <w:szCs w:val="22"/>
          <w:lang w:val="es-CR"/>
          <w14:ligatures w14:val="standardContextual"/>
        </w:rPr>
        <w:t>En los formatos de esta sección se utilizarán las siguientes siglas:</w:t>
      </w:r>
    </w:p>
    <w:p w14:paraId="464F0554" w14:textId="77777777" w:rsidR="00E35433" w:rsidRPr="00A64921" w:rsidRDefault="00E35433" w:rsidP="00A64921">
      <w:pPr>
        <w:spacing w:before="0" w:after="120" w:line="240" w:lineRule="auto"/>
        <w:ind w:left="1701"/>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CN1</w:t>
      </w:r>
      <w:r w:rsidRPr="00A64921">
        <w:rPr>
          <w:rFonts w:asciiTheme="majorHAnsi" w:eastAsia="Aptos" w:hAnsiTheme="majorHAnsi" w:cstheme="majorHAnsi"/>
          <w:kern w:val="2"/>
          <w:szCs w:val="22"/>
          <w:lang w:val="es-CR"/>
          <w14:ligatures w14:val="standardContextual"/>
        </w:rPr>
        <w:t>: Capital nivel 1</w:t>
      </w:r>
    </w:p>
    <w:p w14:paraId="608C3058" w14:textId="77777777" w:rsidR="00E35433" w:rsidRPr="00A64921" w:rsidRDefault="00E35433" w:rsidP="00A64921">
      <w:pPr>
        <w:spacing w:before="0" w:after="120" w:line="240" w:lineRule="auto"/>
        <w:ind w:left="1701"/>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CCN1</w:t>
      </w:r>
      <w:r w:rsidRPr="00A64921">
        <w:rPr>
          <w:rFonts w:asciiTheme="majorHAnsi" w:eastAsia="Aptos" w:hAnsiTheme="majorHAnsi" w:cstheme="majorHAnsi"/>
          <w:kern w:val="2"/>
          <w:szCs w:val="22"/>
          <w:lang w:val="es-CR"/>
          <w14:ligatures w14:val="standardContextual"/>
        </w:rPr>
        <w:t>: Capital común nivel 1</w:t>
      </w:r>
    </w:p>
    <w:p w14:paraId="7D278F16" w14:textId="77777777" w:rsidR="00E35433" w:rsidRPr="00A64921" w:rsidRDefault="00E35433" w:rsidP="00A64921">
      <w:pPr>
        <w:spacing w:before="0" w:after="120" w:line="240" w:lineRule="auto"/>
        <w:ind w:left="1701"/>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CAN1</w:t>
      </w:r>
      <w:r w:rsidRPr="00A64921">
        <w:rPr>
          <w:rFonts w:asciiTheme="majorHAnsi" w:eastAsia="Aptos" w:hAnsiTheme="majorHAnsi" w:cstheme="majorHAnsi"/>
          <w:kern w:val="2"/>
          <w:szCs w:val="22"/>
          <w:lang w:val="es-CR"/>
          <w14:ligatures w14:val="standardContextual"/>
        </w:rPr>
        <w:t>: Capital adicional nivel 1</w:t>
      </w:r>
    </w:p>
    <w:p w14:paraId="71A92724" w14:textId="77777777" w:rsidR="00E35433" w:rsidRPr="00A64921" w:rsidRDefault="00E35433" w:rsidP="00A64921">
      <w:pPr>
        <w:spacing w:before="0" w:after="120" w:line="240" w:lineRule="auto"/>
        <w:ind w:left="1701"/>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lastRenderedPageBreak/>
        <w:t>CN2</w:t>
      </w:r>
      <w:r w:rsidRPr="00A64921">
        <w:rPr>
          <w:rFonts w:asciiTheme="majorHAnsi" w:eastAsia="Aptos" w:hAnsiTheme="majorHAnsi" w:cstheme="majorHAnsi"/>
          <w:kern w:val="2"/>
          <w:szCs w:val="22"/>
          <w:lang w:val="es-CR"/>
          <w14:ligatures w14:val="standardContextual"/>
        </w:rPr>
        <w:t>: Capital nivel 2</w:t>
      </w:r>
    </w:p>
    <w:p w14:paraId="014F7C81" w14:textId="77777777" w:rsidR="00E35433" w:rsidRDefault="00E35433" w:rsidP="00A64921">
      <w:pPr>
        <w:numPr>
          <w:ilvl w:val="0"/>
          <w:numId w:val="33"/>
        </w:numPr>
        <w:spacing w:before="0" w:after="120" w:line="240" w:lineRule="auto"/>
        <w:ind w:left="1701" w:hanging="567"/>
        <w:contextualSpacing/>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kern w:val="2"/>
          <w:szCs w:val="22"/>
          <w:lang w:val="es-CR"/>
          <w14:ligatures w14:val="standardContextual"/>
        </w:rPr>
        <w:t>En los casos en los que se indica tanto la cuenta contable de referencia como el dato adicional, la entidad debe reportar el saldo del dato adicional, el cual será utilizado para el cálculo correspondiente. La cuenta contable se utiliza como referencia al dato adicional indicado.</w:t>
      </w:r>
    </w:p>
    <w:p w14:paraId="63075651" w14:textId="77777777" w:rsidR="00A64921" w:rsidRDefault="00A64921" w:rsidP="00A64921">
      <w:pPr>
        <w:spacing w:before="0" w:after="120" w:line="240" w:lineRule="auto"/>
        <w:ind w:left="1701"/>
        <w:contextualSpacing/>
        <w:rPr>
          <w:rFonts w:asciiTheme="majorHAnsi" w:eastAsia="Aptos" w:hAnsiTheme="majorHAnsi" w:cstheme="majorHAnsi"/>
          <w:kern w:val="2"/>
          <w:szCs w:val="22"/>
          <w:lang w:val="es-CR"/>
          <w14:ligatures w14:val="standardContextual"/>
        </w:rPr>
      </w:pPr>
    </w:p>
    <w:p w14:paraId="61680E0B" w14:textId="77777777" w:rsidR="00E35433" w:rsidRDefault="00E35433" w:rsidP="00E35433">
      <w:pPr>
        <w:spacing w:after="120" w:line="240" w:lineRule="auto"/>
        <w:ind w:left="1701"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1)</w:t>
      </w:r>
      <w:r w:rsidRPr="00A64921">
        <w:rPr>
          <w:rFonts w:asciiTheme="majorHAnsi" w:eastAsia="Aptos" w:hAnsiTheme="majorHAnsi" w:cstheme="majorHAnsi"/>
          <w:b/>
          <w:bCs/>
          <w:kern w:val="2"/>
          <w:szCs w:val="22"/>
          <w:lang w:val="es-CR"/>
          <w14:ligatures w14:val="standardContextual"/>
        </w:rPr>
        <w:tab/>
        <w:t>PARA GRUPOS Y CONGLOMERADOS FINANCIEROS SUPERVISADOS POR SUGEF</w:t>
      </w:r>
    </w:p>
    <w:p w14:paraId="010A2E13" w14:textId="77777777" w:rsidR="00A64921" w:rsidRPr="00A64921" w:rsidRDefault="00A64921" w:rsidP="00E35433">
      <w:pPr>
        <w:spacing w:after="120" w:line="240" w:lineRule="auto"/>
        <w:ind w:left="1701" w:hanging="567"/>
        <w:rPr>
          <w:rFonts w:asciiTheme="majorHAnsi" w:eastAsia="Aptos" w:hAnsiTheme="majorHAnsi" w:cstheme="majorHAnsi"/>
          <w:b/>
          <w:bCs/>
          <w:kern w:val="2"/>
          <w:szCs w:val="22"/>
          <w:lang w:val="es-CR"/>
          <w14:ligatures w14:val="standardContextual"/>
        </w:rPr>
      </w:pPr>
    </w:p>
    <w:p w14:paraId="6FEFAA24" w14:textId="77777777" w:rsidR="00E35433" w:rsidRPr="00E35433" w:rsidRDefault="00E35433" w:rsidP="00E35433">
      <w:pPr>
        <w:spacing w:before="0" w:after="120" w:line="240" w:lineRule="auto"/>
        <w:jc w:val="center"/>
        <w:textAlignment w:val="baseline"/>
        <w:rPr>
          <w:rFonts w:ascii="Roboto" w:eastAsia="Cambria" w:hAnsi="Roboto" w:cs="Arial"/>
          <w:b/>
          <w:bCs/>
          <w:color w:val="000000"/>
          <w:kern w:val="2"/>
          <w:sz w:val="16"/>
          <w:szCs w:val="16"/>
          <w:lang w:val="es-CR"/>
          <w14:ligatures w14:val="standardContextual"/>
        </w:rPr>
      </w:pPr>
      <w:r w:rsidRPr="00E35433">
        <w:rPr>
          <w:rFonts w:ascii="Roboto" w:eastAsia="Cambria" w:hAnsi="Roboto" w:cs="Arial"/>
          <w:b/>
          <w:bCs/>
          <w:color w:val="000000"/>
          <w:kern w:val="2"/>
          <w:sz w:val="16"/>
          <w:szCs w:val="16"/>
          <w:lang w:val="es-CR"/>
          <w14:ligatures w14:val="standardContextual"/>
        </w:rPr>
        <w:t>CAPITAL BASE DE LA SOCIEDAD CONTROLADORA</w:t>
      </w:r>
    </w:p>
    <w:p w14:paraId="585F0CD4" w14:textId="77777777" w:rsidR="00E35433" w:rsidRPr="00E35433" w:rsidRDefault="00E35433" w:rsidP="00E35433">
      <w:pPr>
        <w:spacing w:before="0" w:after="120" w:line="240" w:lineRule="auto"/>
        <w:jc w:val="center"/>
        <w:textAlignment w:val="baseline"/>
        <w:rPr>
          <w:rFonts w:ascii="Roboto" w:eastAsia="Cambria" w:hAnsi="Roboto"/>
          <w:kern w:val="2"/>
          <w:sz w:val="16"/>
          <w:szCs w:val="16"/>
          <w:lang w:val="es-CR"/>
          <w14:ligatures w14:val="standardContextual"/>
        </w:rPr>
      </w:pPr>
      <w:r w:rsidRPr="00E35433">
        <w:rPr>
          <w:rFonts w:ascii="Roboto" w:eastAsia="Cambria" w:hAnsi="Roboto"/>
          <w:kern w:val="2"/>
          <w:sz w:val="16"/>
          <w:szCs w:val="16"/>
          <w:lang w:val="es-CR"/>
          <w14:ligatures w14:val="standardContextual"/>
        </w:rPr>
        <w:t>Nombre de la sociedad controladora: ______________________</w:t>
      </w:r>
    </w:p>
    <w:p w14:paraId="517C14A1" w14:textId="77777777" w:rsidR="00E35433" w:rsidRPr="00E35433" w:rsidRDefault="00E35433" w:rsidP="00E35433">
      <w:pPr>
        <w:spacing w:before="0" w:after="120" w:line="240" w:lineRule="auto"/>
        <w:jc w:val="center"/>
        <w:textAlignment w:val="baseline"/>
        <w:rPr>
          <w:rFonts w:ascii="Roboto" w:eastAsia="Cambria" w:hAnsi="Roboto"/>
          <w:kern w:val="2"/>
          <w:sz w:val="16"/>
          <w:szCs w:val="16"/>
          <w:lang w:val="es-CR"/>
          <w14:ligatures w14:val="standardContextual"/>
        </w:rPr>
      </w:pPr>
      <w:r w:rsidRPr="00E35433">
        <w:rPr>
          <w:rFonts w:ascii="Roboto" w:eastAsia="Cambria" w:hAnsi="Roboto"/>
          <w:kern w:val="2"/>
          <w:sz w:val="16"/>
          <w:szCs w:val="16"/>
          <w:lang w:val="es-CR"/>
          <w14:ligatures w14:val="standardContextual"/>
        </w:rPr>
        <w:t>Al _________</w:t>
      </w:r>
    </w:p>
    <w:p w14:paraId="203048BF" w14:textId="77777777" w:rsidR="00E35433" w:rsidRPr="00E35433" w:rsidRDefault="00E35433" w:rsidP="00E35433">
      <w:pPr>
        <w:spacing w:before="0" w:after="120" w:line="240" w:lineRule="auto"/>
        <w:jc w:val="center"/>
        <w:textAlignment w:val="baseline"/>
        <w:rPr>
          <w:rFonts w:ascii="Roboto" w:eastAsia="Cambria" w:hAnsi="Roboto"/>
          <w:kern w:val="2"/>
          <w:sz w:val="16"/>
          <w:szCs w:val="16"/>
          <w:lang w:val="es-CR"/>
          <w14:ligatures w14:val="standardContextual"/>
        </w:rPr>
      </w:pPr>
      <w:r w:rsidRPr="00E35433">
        <w:rPr>
          <w:rFonts w:ascii="Roboto" w:eastAsia="Cambria" w:hAnsi="Roboto"/>
          <w:kern w:val="2"/>
          <w:sz w:val="16"/>
          <w:szCs w:val="16"/>
          <w:lang w:val="es-CR"/>
          <w14:ligatures w14:val="standardContextual"/>
        </w:rPr>
        <w:t>(cifras en miles de colones)</w:t>
      </w:r>
    </w:p>
    <w:tbl>
      <w:tblPr>
        <w:tblStyle w:val="Tablaconcuadrcula2"/>
        <w:tblW w:w="11331" w:type="dxa"/>
        <w:jc w:val="center"/>
        <w:tblLayout w:type="fixed"/>
        <w:tblLook w:val="04A0" w:firstRow="1" w:lastRow="0" w:firstColumn="1" w:lastColumn="0" w:noHBand="0" w:noVBand="1"/>
      </w:tblPr>
      <w:tblGrid>
        <w:gridCol w:w="1135"/>
        <w:gridCol w:w="3392"/>
        <w:gridCol w:w="1128"/>
        <w:gridCol w:w="2275"/>
        <w:gridCol w:w="1275"/>
        <w:gridCol w:w="2126"/>
      </w:tblGrid>
      <w:tr w:rsidR="00E35433" w:rsidRPr="00A64921" w14:paraId="3E9FED91" w14:textId="77777777" w:rsidTr="00E35433">
        <w:trPr>
          <w:tblHeader/>
          <w:jc w:val="center"/>
        </w:trPr>
        <w:tc>
          <w:tcPr>
            <w:tcW w:w="4527" w:type="dxa"/>
            <w:gridSpan w:val="2"/>
            <w:vMerge w:val="restart"/>
            <w:tcBorders>
              <w:top w:val="single" w:sz="12" w:space="0" w:color="auto"/>
              <w:left w:val="single" w:sz="12" w:space="0" w:color="auto"/>
              <w:bottom w:val="single" w:sz="12" w:space="0" w:color="auto"/>
              <w:right w:val="single" w:sz="12" w:space="0" w:color="auto"/>
            </w:tcBorders>
            <w:shd w:val="clear" w:color="auto" w:fill="DAE9F7"/>
            <w:vAlign w:val="center"/>
          </w:tcPr>
          <w:p w14:paraId="77637C3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Reglamento sobre Supervisión Consolidada</w:t>
            </w:r>
          </w:p>
        </w:tc>
        <w:tc>
          <w:tcPr>
            <w:tcW w:w="3403"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3EA0FFA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Dato adicional</w:t>
            </w:r>
          </w:p>
        </w:tc>
        <w:tc>
          <w:tcPr>
            <w:tcW w:w="3401"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417B9F6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Cuenta contable</w:t>
            </w:r>
          </w:p>
        </w:tc>
      </w:tr>
      <w:tr w:rsidR="00E35433" w:rsidRPr="00A64921" w14:paraId="3257EB38" w14:textId="77777777" w:rsidTr="00E35433">
        <w:trPr>
          <w:tblHeader/>
          <w:jc w:val="center"/>
        </w:trPr>
        <w:tc>
          <w:tcPr>
            <w:tcW w:w="4527" w:type="dxa"/>
            <w:gridSpan w:val="2"/>
            <w:vMerge/>
            <w:tcBorders>
              <w:top w:val="nil"/>
              <w:left w:val="single" w:sz="12" w:space="0" w:color="auto"/>
              <w:bottom w:val="single" w:sz="12" w:space="0" w:color="auto"/>
              <w:right w:val="single" w:sz="12" w:space="0" w:color="auto"/>
            </w:tcBorders>
            <w:shd w:val="clear" w:color="auto" w:fill="DAE9F7"/>
          </w:tcPr>
          <w:p w14:paraId="1869ACC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128" w:type="dxa"/>
            <w:tcBorders>
              <w:top w:val="single" w:sz="12" w:space="0" w:color="auto"/>
              <w:left w:val="single" w:sz="12" w:space="0" w:color="auto"/>
              <w:bottom w:val="single" w:sz="12" w:space="0" w:color="auto"/>
              <w:right w:val="single" w:sz="12" w:space="0" w:color="auto"/>
            </w:tcBorders>
            <w:shd w:val="clear" w:color="auto" w:fill="DAE9F7"/>
            <w:vAlign w:val="center"/>
          </w:tcPr>
          <w:p w14:paraId="2915B3E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Número</w:t>
            </w:r>
          </w:p>
        </w:tc>
        <w:tc>
          <w:tcPr>
            <w:tcW w:w="2275" w:type="dxa"/>
            <w:tcBorders>
              <w:top w:val="single" w:sz="12" w:space="0" w:color="auto"/>
              <w:left w:val="single" w:sz="12" w:space="0" w:color="auto"/>
              <w:bottom w:val="single" w:sz="12" w:space="0" w:color="auto"/>
              <w:right w:val="single" w:sz="12" w:space="0" w:color="auto"/>
            </w:tcBorders>
            <w:shd w:val="clear" w:color="auto" w:fill="DAE9F7"/>
            <w:vAlign w:val="center"/>
          </w:tcPr>
          <w:p w14:paraId="40A41A9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Descripción</w:t>
            </w:r>
          </w:p>
        </w:tc>
        <w:tc>
          <w:tcPr>
            <w:tcW w:w="1275" w:type="dxa"/>
            <w:tcBorders>
              <w:top w:val="single" w:sz="12" w:space="0" w:color="auto"/>
              <w:left w:val="single" w:sz="12" w:space="0" w:color="auto"/>
              <w:bottom w:val="single" w:sz="12" w:space="0" w:color="auto"/>
              <w:right w:val="single" w:sz="12" w:space="0" w:color="auto"/>
            </w:tcBorders>
            <w:shd w:val="clear" w:color="auto" w:fill="DAE9F7"/>
            <w:vAlign w:val="center"/>
          </w:tcPr>
          <w:p w14:paraId="729D9D2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Número</w:t>
            </w:r>
          </w:p>
        </w:tc>
        <w:tc>
          <w:tcPr>
            <w:tcW w:w="2126" w:type="dxa"/>
            <w:tcBorders>
              <w:top w:val="single" w:sz="12" w:space="0" w:color="auto"/>
              <w:left w:val="single" w:sz="12" w:space="0" w:color="auto"/>
              <w:bottom w:val="single" w:sz="12" w:space="0" w:color="auto"/>
              <w:right w:val="single" w:sz="12" w:space="0" w:color="auto"/>
            </w:tcBorders>
            <w:shd w:val="clear" w:color="auto" w:fill="DAE9F7"/>
            <w:vAlign w:val="center"/>
          </w:tcPr>
          <w:p w14:paraId="23A2A9C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Descripción</w:t>
            </w:r>
          </w:p>
        </w:tc>
      </w:tr>
      <w:tr w:rsidR="00E35433" w:rsidRPr="00A64921" w14:paraId="5CD0CDE4"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71E7987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CAPITAL BASE (A+B)</w:t>
            </w:r>
          </w:p>
        </w:tc>
      </w:tr>
      <w:tr w:rsidR="00E35433" w:rsidRPr="00A64921" w14:paraId="7478289D"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51779AB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 CAPITAL NIVEL 1 (I+II)</w:t>
            </w:r>
          </w:p>
        </w:tc>
      </w:tr>
      <w:tr w:rsidR="00E35433" w:rsidRPr="00A64921" w14:paraId="5F4AD6B0"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40BAF4B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I) CAPITAL COMÚN NIVEL 1 (1 - 2)</w:t>
            </w:r>
          </w:p>
        </w:tc>
      </w:tr>
      <w:tr w:rsidR="00E35433" w:rsidRPr="00A64921" w14:paraId="532FCA13" w14:textId="77777777" w:rsidTr="00E35433">
        <w:trPr>
          <w:jc w:val="center"/>
        </w:trPr>
        <w:tc>
          <w:tcPr>
            <w:tcW w:w="1135" w:type="dxa"/>
            <w:tcBorders>
              <w:top w:val="single" w:sz="12" w:space="0" w:color="auto"/>
              <w:left w:val="single" w:sz="12" w:space="0" w:color="auto"/>
              <w:bottom w:val="single" w:sz="12" w:space="0" w:color="auto"/>
              <w:right w:val="single" w:sz="12" w:space="0" w:color="auto"/>
            </w:tcBorders>
            <w:shd w:val="clear" w:color="auto" w:fill="DAE9F7"/>
            <w:vAlign w:val="center"/>
          </w:tcPr>
          <w:p w14:paraId="551AFF5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97</w:t>
            </w:r>
          </w:p>
        </w:tc>
        <w:tc>
          <w:tcPr>
            <w:tcW w:w="10196" w:type="dxa"/>
            <w:gridSpan w:val="5"/>
            <w:tcBorders>
              <w:top w:val="single" w:sz="12" w:space="0" w:color="auto"/>
              <w:left w:val="single" w:sz="12" w:space="0" w:color="auto"/>
              <w:bottom w:val="single" w:sz="12" w:space="0" w:color="auto"/>
              <w:right w:val="single" w:sz="12" w:space="0" w:color="auto"/>
            </w:tcBorders>
            <w:shd w:val="clear" w:color="auto" w:fill="DAE9F7"/>
          </w:tcPr>
          <w:p w14:paraId="07C2B1E8" w14:textId="77777777" w:rsidR="00E35433" w:rsidRPr="00A64921" w:rsidRDefault="00E35433" w:rsidP="00E35433">
            <w:pPr>
              <w:spacing w:before="0" w:after="0" w:line="240" w:lineRule="auto"/>
              <w:jc w:val="left"/>
              <w:rPr>
                <w:rFonts w:asciiTheme="majorHAnsi" w:eastAsia="Aptos" w:hAnsiTheme="majorHAnsi" w:cstheme="majorHAnsi"/>
                <w:b/>
                <w:sz w:val="16"/>
                <w:szCs w:val="16"/>
                <w:lang w:val="es-CR"/>
              </w:rPr>
            </w:pPr>
            <w:r w:rsidRPr="00A64921">
              <w:rPr>
                <w:rFonts w:asciiTheme="majorHAnsi" w:eastAsia="Aptos" w:hAnsiTheme="majorHAnsi" w:cstheme="majorHAnsi"/>
                <w:b/>
                <w:sz w:val="16"/>
                <w:szCs w:val="16"/>
                <w:lang w:val="es-CR"/>
              </w:rPr>
              <w:t>1) Elementos del CCN1</w:t>
            </w:r>
          </w:p>
        </w:tc>
      </w:tr>
      <w:tr w:rsidR="00E35433" w:rsidRPr="00A64921" w14:paraId="0EEBE9E7" w14:textId="77777777" w:rsidTr="00C55BA7">
        <w:trPr>
          <w:jc w:val="center"/>
        </w:trPr>
        <w:tc>
          <w:tcPr>
            <w:tcW w:w="1135" w:type="dxa"/>
            <w:tcBorders>
              <w:top w:val="single" w:sz="12" w:space="0" w:color="auto"/>
            </w:tcBorders>
            <w:vAlign w:val="center"/>
          </w:tcPr>
          <w:p w14:paraId="6B682EF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392" w:type="dxa"/>
            <w:tcBorders>
              <w:top w:val="single" w:sz="12" w:space="0" w:color="auto"/>
            </w:tcBorders>
          </w:tcPr>
          <w:p w14:paraId="16DEA16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acciones comunes que cumplan con todos y cada uno de los criterios de admisibilidad para formar parte del CCN1, dispuestos en el Anexo XVI de este reglamento.</w:t>
            </w:r>
          </w:p>
        </w:tc>
        <w:tc>
          <w:tcPr>
            <w:tcW w:w="3403" w:type="dxa"/>
            <w:gridSpan w:val="2"/>
            <w:tcBorders>
              <w:top w:val="single" w:sz="12" w:space="0" w:color="auto"/>
            </w:tcBorders>
            <w:vAlign w:val="center"/>
          </w:tcPr>
          <w:p w14:paraId="75E3E1C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tcBorders>
              <w:top w:val="single" w:sz="12" w:space="0" w:color="auto"/>
            </w:tcBorders>
            <w:vAlign w:val="center"/>
          </w:tcPr>
          <w:p w14:paraId="4259BA4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31101000</w:t>
            </w:r>
          </w:p>
        </w:tc>
        <w:tc>
          <w:tcPr>
            <w:tcW w:w="2126" w:type="dxa"/>
            <w:tcBorders>
              <w:top w:val="single" w:sz="12" w:space="0" w:color="auto"/>
            </w:tcBorders>
            <w:vAlign w:val="center"/>
          </w:tcPr>
          <w:p w14:paraId="074C231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ordinario</w:t>
            </w:r>
          </w:p>
        </w:tc>
      </w:tr>
      <w:tr w:rsidR="00E35433" w:rsidRPr="00A64921" w14:paraId="7DBCACBD" w14:textId="77777777" w:rsidTr="00E35433">
        <w:trPr>
          <w:jc w:val="center"/>
        </w:trPr>
        <w:tc>
          <w:tcPr>
            <w:tcW w:w="1135" w:type="dxa"/>
            <w:shd w:val="clear" w:color="auto" w:fill="F2F2F2"/>
            <w:vAlign w:val="center"/>
          </w:tcPr>
          <w:p w14:paraId="0B78F8A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392" w:type="dxa"/>
            <w:shd w:val="clear" w:color="auto" w:fill="F2F2F2"/>
          </w:tcPr>
          <w:p w14:paraId="3AE78E7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primas relacionadas con los instrumentos del inciso anterior, netas de los descuentos, y costos de emisión y de colocación.</w:t>
            </w:r>
          </w:p>
        </w:tc>
        <w:tc>
          <w:tcPr>
            <w:tcW w:w="1128" w:type="dxa"/>
            <w:shd w:val="clear" w:color="auto" w:fill="F2F2F2"/>
            <w:vAlign w:val="center"/>
          </w:tcPr>
          <w:p w14:paraId="6051FBE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2000</w:t>
            </w:r>
          </w:p>
        </w:tc>
        <w:tc>
          <w:tcPr>
            <w:tcW w:w="2275" w:type="dxa"/>
            <w:shd w:val="clear" w:color="auto" w:fill="F2F2F2"/>
          </w:tcPr>
          <w:p w14:paraId="443959A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por emisión de instrumentos incluidos en el CCN1, netas de descuentos y costos de emisión y colocación</w:t>
            </w:r>
          </w:p>
        </w:tc>
        <w:tc>
          <w:tcPr>
            <w:tcW w:w="1275" w:type="dxa"/>
            <w:shd w:val="clear" w:color="auto" w:fill="F2F2F2"/>
            <w:vAlign w:val="center"/>
          </w:tcPr>
          <w:p w14:paraId="6731573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32100000</w:t>
            </w:r>
          </w:p>
        </w:tc>
        <w:tc>
          <w:tcPr>
            <w:tcW w:w="2126" w:type="dxa"/>
            <w:shd w:val="clear" w:color="auto" w:fill="F2F2F2"/>
            <w:vAlign w:val="center"/>
          </w:tcPr>
          <w:p w14:paraId="6AEC13B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adicional</w:t>
            </w:r>
          </w:p>
        </w:tc>
      </w:tr>
      <w:tr w:rsidR="00E35433" w:rsidRPr="00A64921" w14:paraId="3034FA6A" w14:textId="77777777" w:rsidTr="00C55BA7">
        <w:trPr>
          <w:jc w:val="center"/>
        </w:trPr>
        <w:tc>
          <w:tcPr>
            <w:tcW w:w="1135" w:type="dxa"/>
            <w:vAlign w:val="center"/>
          </w:tcPr>
          <w:p w14:paraId="4A3BD27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392" w:type="dxa"/>
          </w:tcPr>
          <w:p w14:paraId="7405BFD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 reserva legal.</w:t>
            </w:r>
          </w:p>
        </w:tc>
        <w:tc>
          <w:tcPr>
            <w:tcW w:w="3403" w:type="dxa"/>
            <w:gridSpan w:val="2"/>
          </w:tcPr>
          <w:p w14:paraId="1B9CDC0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vAlign w:val="center"/>
          </w:tcPr>
          <w:p w14:paraId="6BB161B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34100000</w:t>
            </w:r>
          </w:p>
        </w:tc>
        <w:tc>
          <w:tcPr>
            <w:tcW w:w="2126" w:type="dxa"/>
          </w:tcPr>
          <w:p w14:paraId="0EFD8DC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Reserva legal</w:t>
            </w:r>
          </w:p>
        </w:tc>
      </w:tr>
      <w:tr w:rsidR="00E35433" w:rsidRPr="00A64921" w14:paraId="0C2484A3" w14:textId="77777777" w:rsidTr="00E35433">
        <w:trPr>
          <w:jc w:val="center"/>
        </w:trPr>
        <w:tc>
          <w:tcPr>
            <w:tcW w:w="1135" w:type="dxa"/>
            <w:shd w:val="clear" w:color="auto" w:fill="F2F2F2"/>
            <w:vAlign w:val="center"/>
          </w:tcPr>
          <w:p w14:paraId="7B77764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392" w:type="dxa"/>
            <w:shd w:val="clear" w:color="auto" w:fill="F2F2F2"/>
          </w:tcPr>
          <w:p w14:paraId="3102078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utilidades o excedentes acumulados de ejercicios anteriores.</w:t>
            </w:r>
          </w:p>
        </w:tc>
        <w:tc>
          <w:tcPr>
            <w:tcW w:w="3403" w:type="dxa"/>
            <w:gridSpan w:val="2"/>
            <w:shd w:val="clear" w:color="auto" w:fill="F2F2F2"/>
            <w:vAlign w:val="center"/>
          </w:tcPr>
          <w:p w14:paraId="35E73EE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shd w:val="clear" w:color="auto" w:fill="F2F2F2"/>
            <w:vAlign w:val="center"/>
          </w:tcPr>
          <w:p w14:paraId="0365DA2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35100000</w:t>
            </w:r>
          </w:p>
        </w:tc>
        <w:tc>
          <w:tcPr>
            <w:tcW w:w="2126" w:type="dxa"/>
            <w:shd w:val="clear" w:color="auto" w:fill="F2F2F2"/>
          </w:tcPr>
          <w:p w14:paraId="756DB0C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Utilidades acumuladas de ejercicios anteriores</w:t>
            </w:r>
          </w:p>
        </w:tc>
      </w:tr>
      <w:tr w:rsidR="00E35433" w:rsidRPr="00A64921" w14:paraId="660396F4" w14:textId="77777777" w:rsidTr="00C55BA7">
        <w:trPr>
          <w:jc w:val="center"/>
        </w:trPr>
        <w:tc>
          <w:tcPr>
            <w:tcW w:w="1135" w:type="dxa"/>
            <w:vMerge w:val="restart"/>
            <w:vAlign w:val="center"/>
          </w:tcPr>
          <w:p w14:paraId="700124D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e)</w:t>
            </w:r>
          </w:p>
        </w:tc>
        <w:tc>
          <w:tcPr>
            <w:tcW w:w="3392" w:type="dxa"/>
            <w:vMerge w:val="restart"/>
            <w:vAlign w:val="center"/>
          </w:tcPr>
          <w:p w14:paraId="76F0800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 utilidad o excedente del periodo, neto de las deducciones que por ley correspondan.</w:t>
            </w:r>
          </w:p>
        </w:tc>
        <w:tc>
          <w:tcPr>
            <w:tcW w:w="3403" w:type="dxa"/>
            <w:gridSpan w:val="2"/>
            <w:vMerge w:val="restart"/>
            <w:vAlign w:val="center"/>
          </w:tcPr>
          <w:p w14:paraId="036CD16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vAlign w:val="center"/>
          </w:tcPr>
          <w:p w14:paraId="00A956A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50000000</w:t>
            </w:r>
          </w:p>
        </w:tc>
        <w:tc>
          <w:tcPr>
            <w:tcW w:w="2126" w:type="dxa"/>
          </w:tcPr>
          <w:p w14:paraId="7B6ED58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Ingresos</w:t>
            </w:r>
          </w:p>
        </w:tc>
      </w:tr>
      <w:tr w:rsidR="00E35433" w:rsidRPr="00A64921" w14:paraId="1B2DCB79" w14:textId="77777777" w:rsidTr="00C55BA7">
        <w:trPr>
          <w:jc w:val="center"/>
        </w:trPr>
        <w:tc>
          <w:tcPr>
            <w:tcW w:w="1135" w:type="dxa"/>
            <w:vMerge/>
            <w:vAlign w:val="center"/>
          </w:tcPr>
          <w:p w14:paraId="32C3097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392" w:type="dxa"/>
            <w:vMerge/>
          </w:tcPr>
          <w:p w14:paraId="7F4E4F7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Merge/>
          </w:tcPr>
          <w:p w14:paraId="7A4AE45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vAlign w:val="center"/>
          </w:tcPr>
          <w:p w14:paraId="2626B74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MENOS </w:t>
            </w:r>
            <w:r w:rsidRPr="00A64921">
              <w:rPr>
                <w:rFonts w:asciiTheme="majorHAnsi" w:eastAsia="Aptos" w:hAnsiTheme="majorHAnsi" w:cstheme="majorHAnsi"/>
                <w:sz w:val="16"/>
                <w:szCs w:val="16"/>
                <w:lang w:val="es-CR"/>
              </w:rPr>
              <w:br/>
              <w:t>40000000</w:t>
            </w:r>
          </w:p>
        </w:tc>
        <w:tc>
          <w:tcPr>
            <w:tcW w:w="2126" w:type="dxa"/>
          </w:tcPr>
          <w:p w14:paraId="3652A26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- 1/Gastos</w:t>
            </w:r>
          </w:p>
        </w:tc>
      </w:tr>
      <w:tr w:rsidR="00E35433" w:rsidRPr="00A64921" w14:paraId="46243472" w14:textId="77777777" w:rsidTr="00C55BA7">
        <w:trPr>
          <w:jc w:val="center"/>
        </w:trPr>
        <w:tc>
          <w:tcPr>
            <w:tcW w:w="1135" w:type="dxa"/>
            <w:vMerge/>
            <w:vAlign w:val="center"/>
          </w:tcPr>
          <w:p w14:paraId="46E3AA5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392" w:type="dxa"/>
            <w:vMerge/>
          </w:tcPr>
          <w:p w14:paraId="2709923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Merge/>
          </w:tcPr>
          <w:p w14:paraId="353BD31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vAlign w:val="center"/>
          </w:tcPr>
          <w:p w14:paraId="531E54F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 xml:space="preserve"> 36100000</w:t>
            </w:r>
          </w:p>
        </w:tc>
        <w:tc>
          <w:tcPr>
            <w:tcW w:w="2126" w:type="dxa"/>
          </w:tcPr>
          <w:p w14:paraId="4DAECE1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+ 2/Utilidad o excedente del periodo</w:t>
            </w:r>
          </w:p>
        </w:tc>
      </w:tr>
      <w:tr w:rsidR="00E35433" w:rsidRPr="00A64921" w14:paraId="275A2629" w14:textId="77777777" w:rsidTr="00C55BA7">
        <w:trPr>
          <w:jc w:val="center"/>
        </w:trPr>
        <w:tc>
          <w:tcPr>
            <w:tcW w:w="1135" w:type="dxa"/>
            <w:vMerge/>
            <w:vAlign w:val="center"/>
          </w:tcPr>
          <w:p w14:paraId="75FCE42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392" w:type="dxa"/>
            <w:vMerge/>
          </w:tcPr>
          <w:p w14:paraId="01CAD91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Merge/>
          </w:tcPr>
          <w:p w14:paraId="5DF5E33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401" w:type="dxa"/>
            <w:gridSpan w:val="2"/>
          </w:tcPr>
          <w:p w14:paraId="3D19F1B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 Incluye todas las cuentas de gastos y las de Participaciones legales sobre la utilidad.</w:t>
            </w:r>
          </w:p>
        </w:tc>
      </w:tr>
      <w:tr w:rsidR="00E35433" w:rsidRPr="00A64921" w14:paraId="6037D322" w14:textId="77777777" w:rsidTr="00C55BA7">
        <w:trPr>
          <w:jc w:val="center"/>
        </w:trPr>
        <w:tc>
          <w:tcPr>
            <w:tcW w:w="1135" w:type="dxa"/>
            <w:vMerge/>
            <w:vAlign w:val="center"/>
          </w:tcPr>
          <w:p w14:paraId="4876CD5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392" w:type="dxa"/>
            <w:vMerge/>
          </w:tcPr>
          <w:p w14:paraId="10B018F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Merge/>
          </w:tcPr>
          <w:p w14:paraId="4EB9679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401" w:type="dxa"/>
            <w:gridSpan w:val="2"/>
          </w:tcPr>
          <w:p w14:paraId="39C89CE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 Esta cuenta se utiliza en el caso de que la entidad realice el cierre semestral.</w:t>
            </w:r>
          </w:p>
        </w:tc>
      </w:tr>
      <w:tr w:rsidR="00E35433" w:rsidRPr="00A64921" w14:paraId="06EE8026" w14:textId="77777777" w:rsidTr="00E35433">
        <w:trPr>
          <w:jc w:val="center"/>
        </w:trPr>
        <w:tc>
          <w:tcPr>
            <w:tcW w:w="1135" w:type="dxa"/>
            <w:vMerge w:val="restart"/>
            <w:shd w:val="clear" w:color="auto" w:fill="F2F2F2"/>
            <w:vAlign w:val="center"/>
          </w:tcPr>
          <w:p w14:paraId="58ABA64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f)</w:t>
            </w:r>
          </w:p>
        </w:tc>
        <w:tc>
          <w:tcPr>
            <w:tcW w:w="3392" w:type="dxa"/>
            <w:vMerge w:val="restart"/>
            <w:shd w:val="clear" w:color="auto" w:fill="F2F2F2"/>
            <w:vAlign w:val="center"/>
          </w:tcPr>
          <w:p w14:paraId="4C17C7D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Los otros resultados integrales acumulados totales, excluyendo: i) los superávits por revaluación de terrenos, edificios e instalaciones, </w:t>
            </w:r>
            <w:proofErr w:type="spellStart"/>
            <w:r w:rsidRPr="00A64921">
              <w:rPr>
                <w:rFonts w:asciiTheme="majorHAnsi" w:eastAsia="Aptos" w:hAnsiTheme="majorHAnsi" w:cstheme="majorHAnsi"/>
                <w:sz w:val="16"/>
                <w:szCs w:val="16"/>
                <w:lang w:val="es-CR"/>
              </w:rPr>
              <w:t>ii</w:t>
            </w:r>
            <w:proofErr w:type="spellEnd"/>
            <w:r w:rsidRPr="00A64921">
              <w:rPr>
                <w:rFonts w:asciiTheme="majorHAnsi" w:eastAsia="Aptos" w:hAnsiTheme="majorHAnsi" w:cstheme="majorHAnsi"/>
                <w:sz w:val="16"/>
                <w:szCs w:val="16"/>
                <w:lang w:val="es-CR"/>
              </w:rPr>
              <w:t xml:space="preserve">) los superávits por revaluación de otros activos diferentes de instrumentos financieros, y </w:t>
            </w:r>
            <w:proofErr w:type="spellStart"/>
            <w:r w:rsidRPr="00A64921">
              <w:rPr>
                <w:rFonts w:asciiTheme="majorHAnsi" w:eastAsia="Aptos" w:hAnsiTheme="majorHAnsi" w:cstheme="majorHAnsi"/>
                <w:sz w:val="16"/>
                <w:szCs w:val="16"/>
                <w:lang w:val="es-CR"/>
              </w:rPr>
              <w:t>iii</w:t>
            </w:r>
            <w:proofErr w:type="spellEnd"/>
            <w:r w:rsidRPr="00A64921">
              <w:rPr>
                <w:rFonts w:asciiTheme="majorHAnsi" w:eastAsia="Aptos" w:hAnsiTheme="majorHAnsi" w:cstheme="majorHAnsi"/>
                <w:sz w:val="16"/>
                <w:szCs w:val="16"/>
                <w:lang w:val="es-CR"/>
              </w:rPr>
              <w:t>) los superávits por valuación de participaciones en otras empresas.</w:t>
            </w:r>
          </w:p>
        </w:tc>
        <w:tc>
          <w:tcPr>
            <w:tcW w:w="3403" w:type="dxa"/>
            <w:gridSpan w:val="2"/>
            <w:vMerge w:val="restart"/>
            <w:shd w:val="clear" w:color="auto" w:fill="F2F2F2"/>
            <w:vAlign w:val="center"/>
          </w:tcPr>
          <w:p w14:paraId="475A643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shd w:val="clear" w:color="auto" w:fill="F2F2F2"/>
            <w:vAlign w:val="center"/>
          </w:tcPr>
          <w:p w14:paraId="71C3550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33000000</w:t>
            </w:r>
          </w:p>
        </w:tc>
        <w:tc>
          <w:tcPr>
            <w:tcW w:w="2126" w:type="dxa"/>
            <w:shd w:val="clear" w:color="auto" w:fill="F2F2F2"/>
          </w:tcPr>
          <w:p w14:paraId="6DA2504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Ajustes al patrimonio - otros resultados integrales</w:t>
            </w:r>
          </w:p>
        </w:tc>
      </w:tr>
      <w:tr w:rsidR="00E35433" w:rsidRPr="00A64921" w14:paraId="172BA42C" w14:textId="77777777" w:rsidTr="00E35433">
        <w:trPr>
          <w:jc w:val="center"/>
        </w:trPr>
        <w:tc>
          <w:tcPr>
            <w:tcW w:w="1135" w:type="dxa"/>
            <w:vMerge/>
            <w:shd w:val="clear" w:color="auto" w:fill="F2F2F2"/>
          </w:tcPr>
          <w:p w14:paraId="06B6E8E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shd w:val="clear" w:color="auto" w:fill="F2F2F2"/>
          </w:tcPr>
          <w:p w14:paraId="3210C69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403" w:type="dxa"/>
            <w:gridSpan w:val="2"/>
            <w:vMerge/>
            <w:shd w:val="clear" w:color="auto" w:fill="F2F2F2"/>
          </w:tcPr>
          <w:p w14:paraId="48A0952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shd w:val="clear" w:color="auto" w:fill="F2F2F2"/>
            <w:vAlign w:val="center"/>
          </w:tcPr>
          <w:p w14:paraId="5386FFB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33101000</w:t>
            </w:r>
          </w:p>
        </w:tc>
        <w:tc>
          <w:tcPr>
            <w:tcW w:w="2126" w:type="dxa"/>
            <w:shd w:val="clear" w:color="auto" w:fill="F2F2F2"/>
          </w:tcPr>
          <w:p w14:paraId="7D0DD83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Superávit por revaluación de propiedades inmobiliarias </w:t>
            </w:r>
          </w:p>
        </w:tc>
      </w:tr>
      <w:tr w:rsidR="00E35433" w:rsidRPr="00A64921" w14:paraId="4C401C4D" w14:textId="77777777" w:rsidTr="00E35433">
        <w:trPr>
          <w:jc w:val="center"/>
        </w:trPr>
        <w:tc>
          <w:tcPr>
            <w:tcW w:w="1135" w:type="dxa"/>
            <w:vMerge/>
            <w:shd w:val="clear" w:color="auto" w:fill="F2F2F2"/>
          </w:tcPr>
          <w:p w14:paraId="0045F3D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shd w:val="clear" w:color="auto" w:fill="F2F2F2"/>
          </w:tcPr>
          <w:p w14:paraId="16A8605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403" w:type="dxa"/>
            <w:gridSpan w:val="2"/>
            <w:vMerge/>
            <w:shd w:val="clear" w:color="auto" w:fill="F2F2F2"/>
          </w:tcPr>
          <w:p w14:paraId="5485A0C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shd w:val="clear" w:color="auto" w:fill="F2F2F2"/>
            <w:vAlign w:val="center"/>
          </w:tcPr>
          <w:p w14:paraId="25760E6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33106000</w:t>
            </w:r>
          </w:p>
        </w:tc>
        <w:tc>
          <w:tcPr>
            <w:tcW w:w="2126" w:type="dxa"/>
            <w:shd w:val="clear" w:color="auto" w:fill="F2F2F2"/>
          </w:tcPr>
          <w:p w14:paraId="3D143B9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Superávit por revaluación de otros activos</w:t>
            </w:r>
          </w:p>
        </w:tc>
      </w:tr>
      <w:tr w:rsidR="00E35433" w:rsidRPr="00A64921" w14:paraId="5D01F2AA" w14:textId="77777777" w:rsidTr="00E35433">
        <w:trPr>
          <w:jc w:val="center"/>
        </w:trPr>
        <w:tc>
          <w:tcPr>
            <w:tcW w:w="1135" w:type="dxa"/>
            <w:vMerge/>
            <w:shd w:val="clear" w:color="auto" w:fill="F2F2F2"/>
          </w:tcPr>
          <w:p w14:paraId="528A922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shd w:val="clear" w:color="auto" w:fill="F2F2F2"/>
          </w:tcPr>
          <w:p w14:paraId="29150C3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403" w:type="dxa"/>
            <w:gridSpan w:val="2"/>
            <w:vMerge/>
            <w:shd w:val="clear" w:color="auto" w:fill="F2F2F2"/>
          </w:tcPr>
          <w:p w14:paraId="2782D9C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shd w:val="clear" w:color="auto" w:fill="F2F2F2"/>
            <w:vAlign w:val="center"/>
          </w:tcPr>
          <w:p w14:paraId="61EA40F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MENOS </w:t>
            </w:r>
            <w:r w:rsidRPr="00A64921">
              <w:rPr>
                <w:rFonts w:asciiTheme="majorHAnsi" w:eastAsia="Aptos" w:hAnsiTheme="majorHAnsi" w:cstheme="majorHAnsi"/>
                <w:sz w:val="16"/>
                <w:szCs w:val="16"/>
                <w:lang w:val="es-CR"/>
              </w:rPr>
              <w:br/>
              <w:t>33201000</w:t>
            </w:r>
          </w:p>
        </w:tc>
        <w:tc>
          <w:tcPr>
            <w:tcW w:w="2126" w:type="dxa"/>
            <w:shd w:val="clear" w:color="auto" w:fill="F2F2F2"/>
          </w:tcPr>
          <w:p w14:paraId="72CA7BF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Superávit por revaluación propiedades, mobiliario y equipo</w:t>
            </w:r>
          </w:p>
        </w:tc>
      </w:tr>
      <w:tr w:rsidR="00E35433" w:rsidRPr="00A64921" w14:paraId="730BE83A" w14:textId="77777777" w:rsidTr="00E35433">
        <w:trPr>
          <w:trHeight w:val="556"/>
          <w:jc w:val="center"/>
        </w:trPr>
        <w:tc>
          <w:tcPr>
            <w:tcW w:w="1135" w:type="dxa"/>
            <w:vMerge/>
            <w:shd w:val="clear" w:color="auto" w:fill="F2F2F2"/>
          </w:tcPr>
          <w:p w14:paraId="2EC7586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shd w:val="clear" w:color="auto" w:fill="F2F2F2"/>
          </w:tcPr>
          <w:p w14:paraId="3097F9F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403" w:type="dxa"/>
            <w:gridSpan w:val="2"/>
            <w:vMerge/>
            <w:shd w:val="clear" w:color="auto" w:fill="F2F2F2"/>
          </w:tcPr>
          <w:p w14:paraId="515CF3D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shd w:val="clear" w:color="auto" w:fill="F2F2F2"/>
            <w:vAlign w:val="center"/>
          </w:tcPr>
          <w:p w14:paraId="7604202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33202000</w:t>
            </w:r>
          </w:p>
        </w:tc>
        <w:tc>
          <w:tcPr>
            <w:tcW w:w="2126" w:type="dxa"/>
            <w:shd w:val="clear" w:color="auto" w:fill="F2F2F2"/>
            <w:vAlign w:val="center"/>
          </w:tcPr>
          <w:p w14:paraId="175355B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Superávit por revaluación de otros activos en empresas participadas</w:t>
            </w:r>
          </w:p>
        </w:tc>
      </w:tr>
      <w:tr w:rsidR="00E35433" w:rsidRPr="00A64921" w14:paraId="61C95DC5" w14:textId="77777777" w:rsidTr="00C55BA7">
        <w:trPr>
          <w:jc w:val="center"/>
        </w:trPr>
        <w:tc>
          <w:tcPr>
            <w:tcW w:w="1135" w:type="dxa"/>
            <w:vMerge w:val="restart"/>
            <w:vAlign w:val="center"/>
          </w:tcPr>
          <w:p w14:paraId="2AD8F35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g)</w:t>
            </w:r>
          </w:p>
        </w:tc>
        <w:tc>
          <w:tcPr>
            <w:tcW w:w="3392" w:type="dxa"/>
            <w:vMerge w:val="restart"/>
            <w:vAlign w:val="center"/>
          </w:tcPr>
          <w:p w14:paraId="5FFCAE5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aportes y donaciones para incrementos de capital social en trámite de inscripción en el Registro Público. Los aportes y donaciones deben corresponder a instrumentos admisibles en el CCN1, según el inciso a) de este artículo.</w:t>
            </w:r>
          </w:p>
        </w:tc>
        <w:tc>
          <w:tcPr>
            <w:tcW w:w="1128" w:type="dxa"/>
            <w:vAlign w:val="center"/>
          </w:tcPr>
          <w:p w14:paraId="7BB8457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2010</w:t>
            </w:r>
          </w:p>
        </w:tc>
        <w:tc>
          <w:tcPr>
            <w:tcW w:w="2275" w:type="dxa"/>
            <w:vAlign w:val="center"/>
          </w:tcPr>
          <w:p w14:paraId="674E09F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 en instrumentos admisibles en el CCN1</w:t>
            </w:r>
          </w:p>
        </w:tc>
        <w:tc>
          <w:tcPr>
            <w:tcW w:w="1275" w:type="dxa"/>
            <w:vAlign w:val="center"/>
          </w:tcPr>
          <w:p w14:paraId="37E084C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32201M01</w:t>
            </w:r>
          </w:p>
        </w:tc>
        <w:tc>
          <w:tcPr>
            <w:tcW w:w="2126" w:type="dxa"/>
          </w:tcPr>
          <w:p w14:paraId="3B525D1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w:t>
            </w:r>
          </w:p>
        </w:tc>
      </w:tr>
      <w:tr w:rsidR="00E35433" w:rsidRPr="00A64921" w14:paraId="1128C4C1" w14:textId="77777777" w:rsidTr="00C55BA7">
        <w:trPr>
          <w:jc w:val="center"/>
        </w:trPr>
        <w:tc>
          <w:tcPr>
            <w:tcW w:w="1135" w:type="dxa"/>
            <w:vMerge/>
          </w:tcPr>
          <w:p w14:paraId="051F2D6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tcPr>
          <w:p w14:paraId="181E86C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128" w:type="dxa"/>
            <w:vAlign w:val="center"/>
          </w:tcPr>
          <w:p w14:paraId="6625C53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2020</w:t>
            </w:r>
          </w:p>
        </w:tc>
        <w:tc>
          <w:tcPr>
            <w:tcW w:w="2275" w:type="dxa"/>
          </w:tcPr>
          <w:p w14:paraId="520B433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Donaciones por capitalizar autorizadas y por registrar en el Registro Público, en instrumentos admisibles en el CCN1</w:t>
            </w:r>
          </w:p>
        </w:tc>
        <w:tc>
          <w:tcPr>
            <w:tcW w:w="1275" w:type="dxa"/>
            <w:vAlign w:val="center"/>
          </w:tcPr>
          <w:p w14:paraId="151E815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32202M01</w:t>
            </w:r>
          </w:p>
        </w:tc>
        <w:tc>
          <w:tcPr>
            <w:tcW w:w="2126" w:type="dxa"/>
          </w:tcPr>
          <w:p w14:paraId="4E54400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Donaciones por capitalizar autorizados y por registrar en el Registro Público</w:t>
            </w:r>
          </w:p>
        </w:tc>
      </w:tr>
      <w:tr w:rsidR="00E35433" w:rsidRPr="00A64921" w14:paraId="4EABBAEB" w14:textId="77777777" w:rsidTr="00E35433">
        <w:trPr>
          <w:jc w:val="center"/>
        </w:trPr>
        <w:tc>
          <w:tcPr>
            <w:tcW w:w="1135" w:type="dxa"/>
            <w:shd w:val="clear" w:color="auto" w:fill="F2F2F2"/>
            <w:vAlign w:val="center"/>
          </w:tcPr>
          <w:p w14:paraId="6410D7C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h)</w:t>
            </w:r>
          </w:p>
        </w:tc>
        <w:tc>
          <w:tcPr>
            <w:tcW w:w="3392" w:type="dxa"/>
            <w:shd w:val="clear" w:color="auto" w:fill="F2F2F2"/>
            <w:vAlign w:val="center"/>
          </w:tcPr>
          <w:p w14:paraId="7533124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acciones comunes emitidas por filiales consolidadas al grupo o conglomerado financiero y en poder de terceros (es decir, las participaciones minoritarias) que cumplan los criterios para su inclusión en el CCN1.</w:t>
            </w:r>
          </w:p>
        </w:tc>
        <w:tc>
          <w:tcPr>
            <w:tcW w:w="1128" w:type="dxa"/>
            <w:shd w:val="clear" w:color="auto" w:fill="F2F2F2"/>
            <w:vAlign w:val="center"/>
          </w:tcPr>
          <w:p w14:paraId="4351534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2030</w:t>
            </w:r>
          </w:p>
        </w:tc>
        <w:tc>
          <w:tcPr>
            <w:tcW w:w="2275" w:type="dxa"/>
            <w:shd w:val="clear" w:color="auto" w:fill="F2F2F2"/>
            <w:vAlign w:val="center"/>
          </w:tcPr>
          <w:p w14:paraId="21F5E0F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Acciones comunes emitidas por filiales consolidadas al grupo o conglomerado financiero y en poder de terceros (es decir, las participaciones minoritarias) que cumplan los criterios para su inclusión en el CCN1.</w:t>
            </w:r>
          </w:p>
        </w:tc>
        <w:tc>
          <w:tcPr>
            <w:tcW w:w="1275" w:type="dxa"/>
            <w:shd w:val="clear" w:color="auto" w:fill="F2F2F2"/>
            <w:vAlign w:val="center"/>
          </w:tcPr>
          <w:p w14:paraId="70C4CA8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37101000</w:t>
            </w:r>
          </w:p>
        </w:tc>
        <w:tc>
          <w:tcPr>
            <w:tcW w:w="2126" w:type="dxa"/>
            <w:shd w:val="clear" w:color="auto" w:fill="F2F2F2"/>
            <w:vAlign w:val="center"/>
          </w:tcPr>
          <w:p w14:paraId="4899C87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social en poder de participaciones no controladoras</w:t>
            </w:r>
          </w:p>
        </w:tc>
      </w:tr>
      <w:tr w:rsidR="00E35433" w:rsidRPr="00A64921" w14:paraId="5C562C22" w14:textId="77777777" w:rsidTr="00C55BA7">
        <w:trPr>
          <w:jc w:val="center"/>
        </w:trPr>
        <w:tc>
          <w:tcPr>
            <w:tcW w:w="1135" w:type="dxa"/>
            <w:vAlign w:val="center"/>
          </w:tcPr>
          <w:p w14:paraId="2D2EACBA" w14:textId="77777777" w:rsidR="00E35433" w:rsidRPr="00A64921" w:rsidRDefault="00E35433" w:rsidP="00E35433">
            <w:pPr>
              <w:spacing w:before="0" w:after="0" w:line="240" w:lineRule="auto"/>
              <w:jc w:val="center"/>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Acuerdo Sugef 3-06</w:t>
            </w:r>
          </w:p>
        </w:tc>
        <w:tc>
          <w:tcPr>
            <w:tcW w:w="3392" w:type="dxa"/>
          </w:tcPr>
          <w:p w14:paraId="72A52FDD"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Artículo 19, literal a) El Importe Mínimo de Certificados de Aportación (IMCA) admitidos para Cooperativas de Ahorro y Crédito, de conformidad con el Artículo 20 del Acuerdo SUGEF 3-06.</w:t>
            </w:r>
          </w:p>
        </w:tc>
        <w:tc>
          <w:tcPr>
            <w:tcW w:w="1128" w:type="dxa"/>
            <w:vAlign w:val="center"/>
          </w:tcPr>
          <w:p w14:paraId="462A1863" w14:textId="77777777" w:rsidR="00E35433" w:rsidRPr="00A64921" w:rsidRDefault="00E35433" w:rsidP="00E35433">
            <w:pPr>
              <w:spacing w:before="0" w:after="0" w:line="240" w:lineRule="auto"/>
              <w:jc w:val="center"/>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2340</w:t>
            </w:r>
          </w:p>
        </w:tc>
        <w:tc>
          <w:tcPr>
            <w:tcW w:w="2275" w:type="dxa"/>
            <w:vAlign w:val="center"/>
          </w:tcPr>
          <w:p w14:paraId="57F66568"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Certificados de Aportación admitidos para Cooperativas de Ahorro y Crédito</w:t>
            </w:r>
          </w:p>
        </w:tc>
        <w:tc>
          <w:tcPr>
            <w:tcW w:w="1275" w:type="dxa"/>
            <w:vAlign w:val="center"/>
          </w:tcPr>
          <w:p w14:paraId="229D1FA6" w14:textId="77777777" w:rsidR="00E35433" w:rsidRPr="00A64921" w:rsidRDefault="00E35433" w:rsidP="00E35433">
            <w:pPr>
              <w:spacing w:before="0" w:after="0" w:line="240" w:lineRule="auto"/>
              <w:jc w:val="center"/>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31105000</w:t>
            </w:r>
          </w:p>
        </w:tc>
        <w:tc>
          <w:tcPr>
            <w:tcW w:w="2126" w:type="dxa"/>
            <w:vAlign w:val="center"/>
          </w:tcPr>
          <w:p w14:paraId="00D3E71E"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Aportaciones de capital cooperativo</w:t>
            </w:r>
          </w:p>
        </w:tc>
      </w:tr>
      <w:tr w:rsidR="00E35433" w:rsidRPr="00A64921" w14:paraId="1EE01C30" w14:textId="77777777" w:rsidTr="00E35433">
        <w:trPr>
          <w:jc w:val="center"/>
        </w:trPr>
        <w:tc>
          <w:tcPr>
            <w:tcW w:w="1135" w:type="dxa"/>
            <w:shd w:val="clear" w:color="auto" w:fill="F2F2F2"/>
            <w:vAlign w:val="center"/>
          </w:tcPr>
          <w:p w14:paraId="70E80411" w14:textId="77777777" w:rsidR="00E35433" w:rsidRPr="00A64921" w:rsidRDefault="00E35433" w:rsidP="00E35433">
            <w:pPr>
              <w:spacing w:before="0" w:after="0" w:line="240" w:lineRule="auto"/>
              <w:jc w:val="center"/>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Acuerdo Sugef 3-06</w:t>
            </w:r>
          </w:p>
        </w:tc>
        <w:tc>
          <w:tcPr>
            <w:tcW w:w="3392" w:type="dxa"/>
            <w:shd w:val="clear" w:color="auto" w:fill="F2F2F2"/>
          </w:tcPr>
          <w:p w14:paraId="0FF1052D"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Artículo 19, literal b) El Importe Mínimo de Certificados de Aportación (IMCA) admitidos para la Caja de Ande, de conformidad con el Artículo 21 del Acuerdo SUGEF 3-06.</w:t>
            </w:r>
          </w:p>
        </w:tc>
        <w:tc>
          <w:tcPr>
            <w:tcW w:w="1128" w:type="dxa"/>
            <w:shd w:val="clear" w:color="auto" w:fill="F2F2F2"/>
            <w:vAlign w:val="center"/>
          </w:tcPr>
          <w:p w14:paraId="2C6052B6" w14:textId="77777777" w:rsidR="00E35433" w:rsidRPr="00A64921" w:rsidRDefault="00E35433" w:rsidP="00E35433">
            <w:pPr>
              <w:spacing w:before="0" w:after="0" w:line="240" w:lineRule="auto"/>
              <w:jc w:val="center"/>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2350</w:t>
            </w:r>
          </w:p>
        </w:tc>
        <w:tc>
          <w:tcPr>
            <w:tcW w:w="2275" w:type="dxa"/>
            <w:shd w:val="clear" w:color="auto" w:fill="F2F2F2"/>
            <w:vAlign w:val="center"/>
          </w:tcPr>
          <w:p w14:paraId="0651CEE9"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Certificados de Aportación admitidos para la Caja de Ande</w:t>
            </w:r>
          </w:p>
        </w:tc>
        <w:tc>
          <w:tcPr>
            <w:tcW w:w="1275" w:type="dxa"/>
            <w:shd w:val="clear" w:color="auto" w:fill="F2F2F2"/>
            <w:vAlign w:val="center"/>
          </w:tcPr>
          <w:p w14:paraId="0B7B7C5E" w14:textId="77777777" w:rsidR="00E35433" w:rsidRPr="00A64921" w:rsidRDefault="00E35433" w:rsidP="00E35433">
            <w:pPr>
              <w:spacing w:before="0" w:after="0" w:line="240" w:lineRule="auto"/>
              <w:jc w:val="center"/>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31106000</w:t>
            </w:r>
          </w:p>
        </w:tc>
        <w:tc>
          <w:tcPr>
            <w:tcW w:w="2126" w:type="dxa"/>
            <w:shd w:val="clear" w:color="auto" w:fill="F2F2F2"/>
            <w:vAlign w:val="center"/>
          </w:tcPr>
          <w:p w14:paraId="1B5ECCB6"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Aportaciones de capital Caja de Ande</w:t>
            </w:r>
          </w:p>
        </w:tc>
      </w:tr>
      <w:tr w:rsidR="00E35433" w:rsidRPr="00A64921" w14:paraId="139D1CAA" w14:textId="77777777" w:rsidTr="00C55BA7">
        <w:trPr>
          <w:jc w:val="center"/>
        </w:trPr>
        <w:tc>
          <w:tcPr>
            <w:tcW w:w="1135" w:type="dxa"/>
            <w:tcBorders>
              <w:bottom w:val="single" w:sz="12" w:space="0" w:color="auto"/>
            </w:tcBorders>
          </w:tcPr>
          <w:p w14:paraId="16A62E8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tcBorders>
              <w:bottom w:val="single" w:sz="12" w:space="0" w:color="auto"/>
            </w:tcBorders>
          </w:tcPr>
          <w:p w14:paraId="00531F9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128" w:type="dxa"/>
            <w:tcBorders>
              <w:bottom w:val="single" w:sz="12" w:space="0" w:color="auto"/>
            </w:tcBorders>
          </w:tcPr>
          <w:p w14:paraId="0FEFF96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275" w:type="dxa"/>
            <w:tcBorders>
              <w:bottom w:val="single" w:sz="12" w:space="0" w:color="auto"/>
            </w:tcBorders>
          </w:tcPr>
          <w:p w14:paraId="0440204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tcBorders>
              <w:bottom w:val="single" w:sz="12" w:space="0" w:color="auto"/>
            </w:tcBorders>
          </w:tcPr>
          <w:p w14:paraId="2B22A0D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bottom w:val="single" w:sz="12" w:space="0" w:color="auto"/>
            </w:tcBorders>
          </w:tcPr>
          <w:p w14:paraId="6A81E0E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6E34E266" w14:textId="77777777" w:rsidTr="00E35433">
        <w:trPr>
          <w:jc w:val="center"/>
        </w:trPr>
        <w:tc>
          <w:tcPr>
            <w:tcW w:w="1135" w:type="dxa"/>
            <w:tcBorders>
              <w:top w:val="single" w:sz="12" w:space="0" w:color="auto"/>
              <w:left w:val="single" w:sz="12" w:space="0" w:color="auto"/>
              <w:bottom w:val="single" w:sz="12" w:space="0" w:color="auto"/>
              <w:right w:val="single" w:sz="2" w:space="0" w:color="auto"/>
            </w:tcBorders>
            <w:shd w:val="clear" w:color="auto" w:fill="DAE9F7"/>
            <w:vAlign w:val="center"/>
          </w:tcPr>
          <w:p w14:paraId="0D61621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lastRenderedPageBreak/>
              <w:t>Artículo 99</w:t>
            </w:r>
          </w:p>
        </w:tc>
        <w:tc>
          <w:tcPr>
            <w:tcW w:w="3392" w:type="dxa"/>
            <w:tcBorders>
              <w:top w:val="single" w:sz="12" w:space="0" w:color="auto"/>
              <w:left w:val="single" w:sz="2" w:space="0" w:color="auto"/>
              <w:bottom w:val="single" w:sz="12" w:space="0" w:color="auto"/>
              <w:right w:val="single" w:sz="2" w:space="0" w:color="auto"/>
            </w:tcBorders>
            <w:shd w:val="clear" w:color="auto" w:fill="DAE9F7"/>
          </w:tcPr>
          <w:p w14:paraId="6BFC553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2) Deducciones a los elementos del CCN1</w:t>
            </w:r>
          </w:p>
        </w:tc>
        <w:tc>
          <w:tcPr>
            <w:tcW w:w="1128" w:type="dxa"/>
            <w:tcBorders>
              <w:top w:val="single" w:sz="12" w:space="0" w:color="auto"/>
              <w:left w:val="single" w:sz="2" w:space="0" w:color="auto"/>
              <w:bottom w:val="single" w:sz="12" w:space="0" w:color="auto"/>
              <w:right w:val="single" w:sz="2" w:space="0" w:color="auto"/>
            </w:tcBorders>
            <w:shd w:val="clear" w:color="auto" w:fill="DAE9F7"/>
            <w:vAlign w:val="center"/>
          </w:tcPr>
          <w:p w14:paraId="4A5DB81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2040</w:t>
            </w:r>
          </w:p>
        </w:tc>
        <w:tc>
          <w:tcPr>
            <w:tcW w:w="2275" w:type="dxa"/>
            <w:tcBorders>
              <w:top w:val="single" w:sz="12" w:space="0" w:color="auto"/>
              <w:left w:val="single" w:sz="2" w:space="0" w:color="auto"/>
              <w:bottom w:val="single" w:sz="12" w:space="0" w:color="auto"/>
              <w:right w:val="single" w:sz="2" w:space="0" w:color="auto"/>
            </w:tcBorders>
            <w:shd w:val="clear" w:color="auto" w:fill="DAE9F7"/>
            <w:vAlign w:val="center"/>
          </w:tcPr>
          <w:p w14:paraId="086BD1C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Deducciones del CCN1</w:t>
            </w:r>
          </w:p>
        </w:tc>
        <w:tc>
          <w:tcPr>
            <w:tcW w:w="3401" w:type="dxa"/>
            <w:gridSpan w:val="2"/>
            <w:tcBorders>
              <w:top w:val="single" w:sz="12" w:space="0" w:color="auto"/>
              <w:left w:val="single" w:sz="2" w:space="0" w:color="auto"/>
              <w:bottom w:val="single" w:sz="12" w:space="0" w:color="auto"/>
              <w:right w:val="single" w:sz="12" w:space="0" w:color="auto"/>
            </w:tcBorders>
            <w:shd w:val="clear" w:color="auto" w:fill="DAE9F7"/>
            <w:vAlign w:val="center"/>
          </w:tcPr>
          <w:p w14:paraId="2B5B721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r>
      <w:tr w:rsidR="00E35433" w:rsidRPr="00A64921" w14:paraId="483DED82" w14:textId="77777777" w:rsidTr="00C55BA7">
        <w:trPr>
          <w:jc w:val="center"/>
        </w:trPr>
        <w:tc>
          <w:tcPr>
            <w:tcW w:w="1135" w:type="dxa"/>
            <w:tcBorders>
              <w:top w:val="single" w:sz="12" w:space="0" w:color="auto"/>
            </w:tcBorders>
            <w:vAlign w:val="center"/>
          </w:tcPr>
          <w:p w14:paraId="7DDE618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392" w:type="dxa"/>
            <w:tcBorders>
              <w:top w:val="single" w:sz="12" w:space="0" w:color="auto"/>
            </w:tcBorders>
            <w:vAlign w:val="center"/>
          </w:tcPr>
          <w:p w14:paraId="57508F9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CCN1 adquiridos por la propia entidad.</w:t>
            </w:r>
          </w:p>
        </w:tc>
        <w:tc>
          <w:tcPr>
            <w:tcW w:w="1128" w:type="dxa"/>
            <w:tcBorders>
              <w:top w:val="single" w:sz="12" w:space="0" w:color="auto"/>
            </w:tcBorders>
            <w:vAlign w:val="center"/>
          </w:tcPr>
          <w:p w14:paraId="48A2B24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2050</w:t>
            </w:r>
          </w:p>
        </w:tc>
        <w:tc>
          <w:tcPr>
            <w:tcW w:w="2275" w:type="dxa"/>
            <w:tcBorders>
              <w:top w:val="single" w:sz="12" w:space="0" w:color="auto"/>
            </w:tcBorders>
            <w:vAlign w:val="center"/>
          </w:tcPr>
          <w:p w14:paraId="249E671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CCN1 adquiridos por la propia entidad. </w:t>
            </w:r>
          </w:p>
        </w:tc>
        <w:tc>
          <w:tcPr>
            <w:tcW w:w="1275" w:type="dxa"/>
            <w:tcBorders>
              <w:top w:val="single" w:sz="12" w:space="0" w:color="auto"/>
            </w:tcBorders>
            <w:vAlign w:val="center"/>
          </w:tcPr>
          <w:p w14:paraId="6BE5F5F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31501000</w:t>
            </w:r>
          </w:p>
        </w:tc>
        <w:tc>
          <w:tcPr>
            <w:tcW w:w="2126" w:type="dxa"/>
            <w:tcBorders>
              <w:top w:val="single" w:sz="12" w:space="0" w:color="auto"/>
            </w:tcBorders>
            <w:vAlign w:val="center"/>
          </w:tcPr>
          <w:p w14:paraId="701A9E7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ordinario (Acciones en tesorería)</w:t>
            </w:r>
          </w:p>
        </w:tc>
      </w:tr>
      <w:tr w:rsidR="00E35433" w:rsidRPr="00A64921" w14:paraId="05488ECB" w14:textId="77777777" w:rsidTr="00E35433">
        <w:trPr>
          <w:jc w:val="center"/>
        </w:trPr>
        <w:tc>
          <w:tcPr>
            <w:tcW w:w="1135" w:type="dxa"/>
            <w:shd w:val="clear" w:color="auto" w:fill="F2F2F2"/>
            <w:vAlign w:val="center"/>
          </w:tcPr>
          <w:p w14:paraId="0ACD699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392" w:type="dxa"/>
            <w:shd w:val="clear" w:color="auto" w:fill="F2F2F2"/>
            <w:vAlign w:val="center"/>
          </w:tcPr>
          <w:p w14:paraId="0557DB9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CCN1 emitidos por la propia entidad que se encuentran dados en garantía de operaciones crediticias otorgadas por ella.</w:t>
            </w:r>
          </w:p>
        </w:tc>
        <w:tc>
          <w:tcPr>
            <w:tcW w:w="1128" w:type="dxa"/>
            <w:shd w:val="clear" w:color="auto" w:fill="F2F2F2"/>
            <w:vAlign w:val="center"/>
          </w:tcPr>
          <w:p w14:paraId="1690B3C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2060</w:t>
            </w:r>
          </w:p>
        </w:tc>
        <w:tc>
          <w:tcPr>
            <w:tcW w:w="2275" w:type="dxa"/>
            <w:shd w:val="clear" w:color="auto" w:fill="F2F2F2"/>
          </w:tcPr>
          <w:p w14:paraId="484DDDC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 la entidad que califican en CCN1 que hayan sido objeto de gravámenes por operaciones efectuadas por ella misma</w:t>
            </w:r>
          </w:p>
        </w:tc>
        <w:tc>
          <w:tcPr>
            <w:tcW w:w="1275" w:type="dxa"/>
            <w:shd w:val="clear" w:color="auto" w:fill="F2F2F2"/>
            <w:vAlign w:val="center"/>
          </w:tcPr>
          <w:p w14:paraId="6E41876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31100000</w:t>
            </w:r>
          </w:p>
        </w:tc>
        <w:tc>
          <w:tcPr>
            <w:tcW w:w="2126" w:type="dxa"/>
            <w:shd w:val="clear" w:color="auto" w:fill="F2F2F2"/>
            <w:vAlign w:val="center"/>
          </w:tcPr>
          <w:p w14:paraId="62F5A85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w:t>
            </w:r>
          </w:p>
        </w:tc>
      </w:tr>
      <w:tr w:rsidR="00E35433" w:rsidRPr="00A64921" w14:paraId="26FB3820" w14:textId="77777777" w:rsidTr="00C55BA7">
        <w:trPr>
          <w:jc w:val="center"/>
        </w:trPr>
        <w:tc>
          <w:tcPr>
            <w:tcW w:w="1135" w:type="dxa"/>
            <w:vAlign w:val="center"/>
          </w:tcPr>
          <w:p w14:paraId="4B9AAC2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392" w:type="dxa"/>
            <w:vAlign w:val="center"/>
          </w:tcPr>
          <w:p w14:paraId="07CB4D0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homólogos al CCN1, que califican como tales bajo los criterios establecidos en el Anexo XVI de este Reglamento. Esta deducción se efectuará con independencia del porcentaje de participación y de la naturaleza de la empresa que se trate.</w:t>
            </w:r>
          </w:p>
        </w:tc>
        <w:tc>
          <w:tcPr>
            <w:tcW w:w="1128" w:type="dxa"/>
            <w:vAlign w:val="center"/>
          </w:tcPr>
          <w:p w14:paraId="1D56DED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2070</w:t>
            </w:r>
          </w:p>
        </w:tc>
        <w:tc>
          <w:tcPr>
            <w:tcW w:w="2275" w:type="dxa"/>
            <w:vAlign w:val="center"/>
          </w:tcPr>
          <w:p w14:paraId="28B0652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el capital de otras entidades o empresas en instrumentos homólogos al CCN1</w:t>
            </w:r>
          </w:p>
        </w:tc>
        <w:tc>
          <w:tcPr>
            <w:tcW w:w="1275" w:type="dxa"/>
            <w:vAlign w:val="center"/>
          </w:tcPr>
          <w:p w14:paraId="1226659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16000000</w:t>
            </w:r>
          </w:p>
        </w:tc>
        <w:tc>
          <w:tcPr>
            <w:tcW w:w="2126" w:type="dxa"/>
            <w:vAlign w:val="center"/>
          </w:tcPr>
          <w:p w14:paraId="6613F71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r w:rsidR="00E35433" w:rsidRPr="00A64921" w14:paraId="15BC494C" w14:textId="77777777" w:rsidTr="00E35433">
        <w:trPr>
          <w:jc w:val="center"/>
        </w:trPr>
        <w:tc>
          <w:tcPr>
            <w:tcW w:w="1135" w:type="dxa"/>
            <w:shd w:val="clear" w:color="auto" w:fill="F2F2F2"/>
            <w:vAlign w:val="center"/>
          </w:tcPr>
          <w:p w14:paraId="0EA4E66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392" w:type="dxa"/>
            <w:shd w:val="clear" w:color="auto" w:fill="F2F2F2"/>
            <w:vAlign w:val="center"/>
          </w:tcPr>
          <w:p w14:paraId="672737B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de capital, deuda subordinada o deuda convertible que no sean homólogos a instrumentos del CCN1, CAN1 o CN2.</w:t>
            </w:r>
          </w:p>
        </w:tc>
        <w:tc>
          <w:tcPr>
            <w:tcW w:w="1128" w:type="dxa"/>
            <w:shd w:val="clear" w:color="auto" w:fill="F2F2F2"/>
            <w:vAlign w:val="center"/>
          </w:tcPr>
          <w:p w14:paraId="669203F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2080</w:t>
            </w:r>
          </w:p>
        </w:tc>
        <w:tc>
          <w:tcPr>
            <w:tcW w:w="2275" w:type="dxa"/>
            <w:shd w:val="clear" w:color="auto" w:fill="F2F2F2"/>
            <w:vAlign w:val="center"/>
          </w:tcPr>
          <w:p w14:paraId="0AAFA87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instrumentos de capital, deuda subordinada o deuda convertible que no sean homólogos a instrumentos del CCN1, CAN1 o CN2</w:t>
            </w:r>
          </w:p>
        </w:tc>
        <w:tc>
          <w:tcPr>
            <w:tcW w:w="1275" w:type="dxa"/>
            <w:shd w:val="clear" w:color="auto" w:fill="F2F2F2"/>
            <w:vAlign w:val="center"/>
          </w:tcPr>
          <w:p w14:paraId="0FDF003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16000000</w:t>
            </w:r>
          </w:p>
        </w:tc>
        <w:tc>
          <w:tcPr>
            <w:tcW w:w="2126" w:type="dxa"/>
            <w:shd w:val="clear" w:color="auto" w:fill="F2F2F2"/>
            <w:vAlign w:val="center"/>
          </w:tcPr>
          <w:p w14:paraId="791780F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r w:rsidR="00E35433" w:rsidRPr="00A64921" w14:paraId="51677455" w14:textId="77777777" w:rsidTr="00C55BA7">
        <w:trPr>
          <w:jc w:val="center"/>
        </w:trPr>
        <w:tc>
          <w:tcPr>
            <w:tcW w:w="1135" w:type="dxa"/>
            <w:vMerge w:val="restart"/>
            <w:vAlign w:val="center"/>
          </w:tcPr>
          <w:p w14:paraId="7354A4E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e)</w:t>
            </w:r>
          </w:p>
        </w:tc>
        <w:tc>
          <w:tcPr>
            <w:tcW w:w="3392" w:type="dxa"/>
            <w:vMerge w:val="restart"/>
            <w:vAlign w:val="center"/>
          </w:tcPr>
          <w:p w14:paraId="1147FA6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El valor en libros de los activos intangibles clasificados como tales de conformidad con las Normas Internacionales de Información Financiera (NIIF), incluyendo los derechos de uso por arrendamiento financieros sobre activos intangibles. Para este efecto, la deducción corresponderá al costo del activo, menos la </w:t>
            </w:r>
            <w:proofErr w:type="gramStart"/>
            <w:r w:rsidRPr="00A64921">
              <w:rPr>
                <w:rFonts w:asciiTheme="majorHAnsi" w:eastAsia="Aptos" w:hAnsiTheme="majorHAnsi" w:cstheme="majorHAnsi"/>
                <w:sz w:val="16"/>
                <w:szCs w:val="16"/>
                <w:lang w:val="es-CR"/>
              </w:rPr>
              <w:t>amortización acumulada y la pérdida acumulada</w:t>
            </w:r>
            <w:proofErr w:type="gramEnd"/>
            <w:r w:rsidRPr="00A64921">
              <w:rPr>
                <w:rFonts w:asciiTheme="majorHAnsi" w:eastAsia="Aptos" w:hAnsiTheme="majorHAnsi" w:cstheme="majorHAnsi"/>
                <w:sz w:val="16"/>
                <w:szCs w:val="16"/>
                <w:lang w:val="es-CR"/>
              </w:rPr>
              <w:t xml:space="preserve"> por deterioro en su valor.</w:t>
            </w:r>
          </w:p>
        </w:tc>
        <w:tc>
          <w:tcPr>
            <w:tcW w:w="3403" w:type="dxa"/>
            <w:gridSpan w:val="2"/>
          </w:tcPr>
          <w:p w14:paraId="115E274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vAlign w:val="center"/>
          </w:tcPr>
          <w:p w14:paraId="64146FF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18600000</w:t>
            </w:r>
          </w:p>
        </w:tc>
        <w:tc>
          <w:tcPr>
            <w:tcW w:w="2126" w:type="dxa"/>
          </w:tcPr>
          <w:p w14:paraId="7F17DC3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Activos intangibles</w:t>
            </w:r>
          </w:p>
        </w:tc>
      </w:tr>
      <w:tr w:rsidR="00E35433" w:rsidRPr="00A64921" w14:paraId="41F6B6F9" w14:textId="77777777" w:rsidTr="00C55BA7">
        <w:trPr>
          <w:jc w:val="center"/>
        </w:trPr>
        <w:tc>
          <w:tcPr>
            <w:tcW w:w="1135" w:type="dxa"/>
            <w:vMerge/>
          </w:tcPr>
          <w:p w14:paraId="08E6B8A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vAlign w:val="center"/>
          </w:tcPr>
          <w:p w14:paraId="16457A2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Align w:val="center"/>
          </w:tcPr>
          <w:p w14:paraId="026B6A6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vAlign w:val="center"/>
          </w:tcPr>
          <w:p w14:paraId="6DDDDB8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18308000</w:t>
            </w:r>
          </w:p>
        </w:tc>
        <w:tc>
          <w:tcPr>
            <w:tcW w:w="2126" w:type="dxa"/>
          </w:tcPr>
          <w:p w14:paraId="733B389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Aplicaciones automatizadas en desarrollo</w:t>
            </w:r>
          </w:p>
        </w:tc>
      </w:tr>
      <w:tr w:rsidR="00E35433" w:rsidRPr="00A64921" w14:paraId="47A1369D" w14:textId="77777777" w:rsidTr="00C55BA7">
        <w:trPr>
          <w:jc w:val="center"/>
        </w:trPr>
        <w:tc>
          <w:tcPr>
            <w:tcW w:w="1135" w:type="dxa"/>
            <w:vMerge/>
          </w:tcPr>
          <w:p w14:paraId="30D6384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vAlign w:val="center"/>
          </w:tcPr>
          <w:p w14:paraId="253938F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1128" w:type="dxa"/>
            <w:vAlign w:val="center"/>
          </w:tcPr>
          <w:p w14:paraId="1F4AE7F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2090</w:t>
            </w:r>
          </w:p>
        </w:tc>
        <w:tc>
          <w:tcPr>
            <w:tcW w:w="2275" w:type="dxa"/>
            <w:vAlign w:val="center"/>
          </w:tcPr>
          <w:p w14:paraId="17B0F9B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Activos por derecho de uso sobre activos intangibles</w:t>
            </w:r>
          </w:p>
        </w:tc>
        <w:tc>
          <w:tcPr>
            <w:tcW w:w="1275" w:type="dxa"/>
            <w:vAlign w:val="center"/>
          </w:tcPr>
          <w:p w14:paraId="7B67DFC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17624000</w:t>
            </w:r>
          </w:p>
        </w:tc>
        <w:tc>
          <w:tcPr>
            <w:tcW w:w="2126" w:type="dxa"/>
            <w:vAlign w:val="center"/>
          </w:tcPr>
          <w:p w14:paraId="5B00C56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Activos por derecho de uso - equipo de cómputo</w:t>
            </w:r>
          </w:p>
        </w:tc>
      </w:tr>
      <w:tr w:rsidR="00E35433" w:rsidRPr="00A64921" w14:paraId="01D632D7" w14:textId="77777777" w:rsidTr="00E35433">
        <w:trPr>
          <w:jc w:val="center"/>
        </w:trPr>
        <w:tc>
          <w:tcPr>
            <w:tcW w:w="1135" w:type="dxa"/>
            <w:shd w:val="clear" w:color="auto" w:fill="F2F2F2"/>
            <w:vAlign w:val="center"/>
          </w:tcPr>
          <w:p w14:paraId="0EB9021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f)</w:t>
            </w:r>
          </w:p>
        </w:tc>
        <w:tc>
          <w:tcPr>
            <w:tcW w:w="3392" w:type="dxa"/>
            <w:shd w:val="clear" w:color="auto" w:fill="F2F2F2"/>
            <w:vAlign w:val="center"/>
          </w:tcPr>
          <w:p w14:paraId="6A92437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créditos otorgados a la sociedad controladora de su mismo grupo o conglomerado financiero.</w:t>
            </w:r>
          </w:p>
        </w:tc>
        <w:tc>
          <w:tcPr>
            <w:tcW w:w="1128" w:type="dxa"/>
            <w:shd w:val="clear" w:color="auto" w:fill="F2F2F2"/>
            <w:vAlign w:val="center"/>
          </w:tcPr>
          <w:p w14:paraId="0833D40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1140</w:t>
            </w:r>
          </w:p>
        </w:tc>
        <w:tc>
          <w:tcPr>
            <w:tcW w:w="2275" w:type="dxa"/>
            <w:shd w:val="clear" w:color="auto" w:fill="F2F2F2"/>
            <w:vAlign w:val="center"/>
          </w:tcPr>
          <w:p w14:paraId="475AAEB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créditos otorgados a la sociedad controladora</w:t>
            </w:r>
          </w:p>
        </w:tc>
        <w:tc>
          <w:tcPr>
            <w:tcW w:w="1275" w:type="dxa"/>
            <w:shd w:val="clear" w:color="auto" w:fill="F2F2F2"/>
            <w:vAlign w:val="center"/>
          </w:tcPr>
          <w:p w14:paraId="7CECB07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13000000</w:t>
            </w:r>
          </w:p>
        </w:tc>
        <w:tc>
          <w:tcPr>
            <w:tcW w:w="2126" w:type="dxa"/>
            <w:shd w:val="clear" w:color="auto" w:fill="F2F2F2"/>
            <w:vAlign w:val="center"/>
          </w:tcPr>
          <w:p w14:paraId="1F39A75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Cartera de créditos</w:t>
            </w:r>
          </w:p>
        </w:tc>
      </w:tr>
      <w:tr w:rsidR="00E35433" w:rsidRPr="00A64921" w14:paraId="02FF9283" w14:textId="77777777" w:rsidTr="00C55BA7">
        <w:trPr>
          <w:jc w:val="center"/>
        </w:trPr>
        <w:tc>
          <w:tcPr>
            <w:tcW w:w="1135" w:type="dxa"/>
            <w:vMerge w:val="restart"/>
            <w:vAlign w:val="center"/>
          </w:tcPr>
          <w:p w14:paraId="1169215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g)</w:t>
            </w:r>
          </w:p>
        </w:tc>
        <w:tc>
          <w:tcPr>
            <w:tcW w:w="3392" w:type="dxa"/>
            <w:vMerge w:val="restart"/>
            <w:vAlign w:val="center"/>
          </w:tcPr>
          <w:p w14:paraId="0931128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Pérdida del periodo.</w:t>
            </w:r>
          </w:p>
        </w:tc>
        <w:tc>
          <w:tcPr>
            <w:tcW w:w="3403" w:type="dxa"/>
            <w:gridSpan w:val="2"/>
            <w:vMerge w:val="restart"/>
            <w:vAlign w:val="center"/>
          </w:tcPr>
          <w:p w14:paraId="3A9F87B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tcPr>
          <w:p w14:paraId="1525B7A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50000000</w:t>
            </w:r>
          </w:p>
        </w:tc>
        <w:tc>
          <w:tcPr>
            <w:tcW w:w="2126" w:type="dxa"/>
          </w:tcPr>
          <w:p w14:paraId="6302F1B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Ingresos</w:t>
            </w:r>
          </w:p>
        </w:tc>
      </w:tr>
      <w:tr w:rsidR="00E35433" w:rsidRPr="00A64921" w14:paraId="078233E7" w14:textId="77777777" w:rsidTr="00C55BA7">
        <w:trPr>
          <w:jc w:val="center"/>
        </w:trPr>
        <w:tc>
          <w:tcPr>
            <w:tcW w:w="1135" w:type="dxa"/>
            <w:vMerge/>
          </w:tcPr>
          <w:p w14:paraId="21A4525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vAlign w:val="center"/>
          </w:tcPr>
          <w:p w14:paraId="37F736D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Merge/>
            <w:vAlign w:val="center"/>
          </w:tcPr>
          <w:p w14:paraId="21FF83D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tcPr>
          <w:p w14:paraId="627094C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 40000000</w:t>
            </w:r>
          </w:p>
        </w:tc>
        <w:tc>
          <w:tcPr>
            <w:tcW w:w="2126" w:type="dxa"/>
          </w:tcPr>
          <w:p w14:paraId="1407BA4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- 1/Gastos</w:t>
            </w:r>
          </w:p>
        </w:tc>
      </w:tr>
      <w:tr w:rsidR="00E35433" w:rsidRPr="00A64921" w14:paraId="7E9F79D2" w14:textId="77777777" w:rsidTr="00C55BA7">
        <w:trPr>
          <w:jc w:val="center"/>
        </w:trPr>
        <w:tc>
          <w:tcPr>
            <w:tcW w:w="1135" w:type="dxa"/>
            <w:vMerge/>
          </w:tcPr>
          <w:p w14:paraId="290DCCE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vAlign w:val="center"/>
          </w:tcPr>
          <w:p w14:paraId="117BA02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Merge/>
            <w:vAlign w:val="center"/>
          </w:tcPr>
          <w:p w14:paraId="4EBBBBE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tcPr>
          <w:p w14:paraId="13246E8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 36200000</w:t>
            </w:r>
          </w:p>
        </w:tc>
        <w:tc>
          <w:tcPr>
            <w:tcW w:w="2126" w:type="dxa"/>
          </w:tcPr>
          <w:p w14:paraId="77B1E4B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+ 2/ (Pérdida del periodo)</w:t>
            </w:r>
          </w:p>
        </w:tc>
      </w:tr>
      <w:tr w:rsidR="00E35433" w:rsidRPr="00A64921" w14:paraId="22EDEC5C" w14:textId="77777777" w:rsidTr="00C55BA7">
        <w:trPr>
          <w:jc w:val="center"/>
        </w:trPr>
        <w:tc>
          <w:tcPr>
            <w:tcW w:w="1135" w:type="dxa"/>
            <w:vMerge/>
          </w:tcPr>
          <w:p w14:paraId="4711628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vAlign w:val="center"/>
          </w:tcPr>
          <w:p w14:paraId="00FE9F6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Merge w:val="restart"/>
          </w:tcPr>
          <w:p w14:paraId="433606A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401" w:type="dxa"/>
            <w:gridSpan w:val="2"/>
          </w:tcPr>
          <w:p w14:paraId="0AA97B5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 Incluye todas las cuentas de gastos y las de Participaciones legales sobre la utilidad.</w:t>
            </w:r>
          </w:p>
        </w:tc>
      </w:tr>
      <w:tr w:rsidR="00E35433" w:rsidRPr="00A64921" w14:paraId="05ADE047" w14:textId="77777777" w:rsidTr="00C55BA7">
        <w:trPr>
          <w:jc w:val="center"/>
        </w:trPr>
        <w:tc>
          <w:tcPr>
            <w:tcW w:w="1135" w:type="dxa"/>
            <w:vMerge/>
          </w:tcPr>
          <w:p w14:paraId="1C9155E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vAlign w:val="center"/>
          </w:tcPr>
          <w:p w14:paraId="0E990F2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Merge/>
          </w:tcPr>
          <w:p w14:paraId="20E81B2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401" w:type="dxa"/>
            <w:gridSpan w:val="2"/>
          </w:tcPr>
          <w:p w14:paraId="0366469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 Esta cuenta se utiliza en el caso de que la entidad realice el cierre semestral.</w:t>
            </w:r>
          </w:p>
        </w:tc>
      </w:tr>
      <w:tr w:rsidR="00E35433" w:rsidRPr="00A64921" w14:paraId="6265808C" w14:textId="77777777" w:rsidTr="00E35433">
        <w:trPr>
          <w:jc w:val="center"/>
        </w:trPr>
        <w:tc>
          <w:tcPr>
            <w:tcW w:w="1135" w:type="dxa"/>
            <w:shd w:val="clear" w:color="auto" w:fill="F2F2F2"/>
            <w:vAlign w:val="center"/>
          </w:tcPr>
          <w:p w14:paraId="7A81AEB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h)</w:t>
            </w:r>
          </w:p>
        </w:tc>
        <w:tc>
          <w:tcPr>
            <w:tcW w:w="3392" w:type="dxa"/>
            <w:shd w:val="clear" w:color="auto" w:fill="F2F2F2"/>
            <w:vAlign w:val="center"/>
          </w:tcPr>
          <w:p w14:paraId="5C18F27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pérdidas acumuladas de ejercicios anteriores.</w:t>
            </w:r>
          </w:p>
        </w:tc>
        <w:tc>
          <w:tcPr>
            <w:tcW w:w="3403" w:type="dxa"/>
            <w:gridSpan w:val="2"/>
            <w:shd w:val="clear" w:color="auto" w:fill="F2F2F2"/>
            <w:vAlign w:val="center"/>
          </w:tcPr>
          <w:p w14:paraId="441B3B8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shd w:val="clear" w:color="auto" w:fill="F2F2F2"/>
            <w:vAlign w:val="center"/>
          </w:tcPr>
          <w:p w14:paraId="63C700D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35200000</w:t>
            </w:r>
          </w:p>
        </w:tc>
        <w:tc>
          <w:tcPr>
            <w:tcW w:w="2126" w:type="dxa"/>
            <w:shd w:val="clear" w:color="auto" w:fill="F2F2F2"/>
          </w:tcPr>
          <w:p w14:paraId="6477C8F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(Pérdidas acumuladas de ejercicios anteriores)</w:t>
            </w:r>
          </w:p>
        </w:tc>
      </w:tr>
      <w:tr w:rsidR="00E35433" w:rsidRPr="00A64921" w14:paraId="5148098F" w14:textId="77777777" w:rsidTr="00C55BA7">
        <w:trPr>
          <w:jc w:val="center"/>
        </w:trPr>
        <w:tc>
          <w:tcPr>
            <w:tcW w:w="1135" w:type="dxa"/>
            <w:vMerge w:val="restart"/>
            <w:vAlign w:val="center"/>
          </w:tcPr>
          <w:p w14:paraId="6B016C6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i)</w:t>
            </w:r>
          </w:p>
        </w:tc>
        <w:tc>
          <w:tcPr>
            <w:tcW w:w="3392" w:type="dxa"/>
            <w:vMerge w:val="restart"/>
            <w:vAlign w:val="center"/>
          </w:tcPr>
          <w:p w14:paraId="30A77FD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importe neto positivo de restar al saldo de los activos por impuestos diferidos (AID), el saldo de los pasivos por impuestos diferidos (PID).</w:t>
            </w:r>
          </w:p>
        </w:tc>
        <w:tc>
          <w:tcPr>
            <w:tcW w:w="3403" w:type="dxa"/>
            <w:gridSpan w:val="2"/>
            <w:vAlign w:val="center"/>
          </w:tcPr>
          <w:p w14:paraId="24DFEA0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vAlign w:val="center"/>
          </w:tcPr>
          <w:p w14:paraId="3D217AE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14601000</w:t>
            </w:r>
          </w:p>
        </w:tc>
        <w:tc>
          <w:tcPr>
            <w:tcW w:w="2126" w:type="dxa"/>
          </w:tcPr>
          <w:p w14:paraId="4875263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Impuesto sobre la renta diferido</w:t>
            </w:r>
          </w:p>
        </w:tc>
      </w:tr>
      <w:tr w:rsidR="00E35433" w:rsidRPr="00A64921" w14:paraId="1A572EEF" w14:textId="77777777" w:rsidTr="00C55BA7">
        <w:trPr>
          <w:jc w:val="center"/>
        </w:trPr>
        <w:tc>
          <w:tcPr>
            <w:tcW w:w="1135" w:type="dxa"/>
            <w:vMerge/>
          </w:tcPr>
          <w:p w14:paraId="53A39D4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vAlign w:val="center"/>
          </w:tcPr>
          <w:p w14:paraId="46D5569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Align w:val="center"/>
          </w:tcPr>
          <w:p w14:paraId="0168396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vAlign w:val="center"/>
          </w:tcPr>
          <w:p w14:paraId="166FB82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Menos </w:t>
            </w:r>
            <w:r w:rsidRPr="00A64921">
              <w:rPr>
                <w:rFonts w:asciiTheme="majorHAnsi" w:eastAsia="Aptos" w:hAnsiTheme="majorHAnsi" w:cstheme="majorHAnsi"/>
                <w:sz w:val="16"/>
                <w:szCs w:val="16"/>
                <w:lang w:val="es-CR"/>
              </w:rPr>
              <w:br/>
              <w:t>24602000</w:t>
            </w:r>
          </w:p>
        </w:tc>
        <w:tc>
          <w:tcPr>
            <w:tcW w:w="2126" w:type="dxa"/>
          </w:tcPr>
          <w:p w14:paraId="56F89AC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Impuesto sobre la renta diferido</w:t>
            </w:r>
          </w:p>
        </w:tc>
      </w:tr>
      <w:tr w:rsidR="00E35433" w:rsidRPr="00A64921" w14:paraId="585F829A" w14:textId="77777777" w:rsidTr="00E35433">
        <w:trPr>
          <w:jc w:val="center"/>
        </w:trPr>
        <w:tc>
          <w:tcPr>
            <w:tcW w:w="1135" w:type="dxa"/>
            <w:vMerge w:val="restart"/>
            <w:shd w:val="clear" w:color="auto" w:fill="F2F2F2"/>
            <w:vAlign w:val="center"/>
          </w:tcPr>
          <w:p w14:paraId="1DB0461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j)</w:t>
            </w:r>
          </w:p>
        </w:tc>
        <w:tc>
          <w:tcPr>
            <w:tcW w:w="3392" w:type="dxa"/>
            <w:vMerge w:val="restart"/>
            <w:shd w:val="clear" w:color="auto" w:fill="F2F2F2"/>
            <w:vAlign w:val="center"/>
          </w:tcPr>
          <w:p w14:paraId="0E7CB95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Importe neto positivo de restar al saldo de los activos por impuestos al valor agregado, el saldo de los pasivos por impuestos al valor agregado.</w:t>
            </w:r>
          </w:p>
        </w:tc>
        <w:tc>
          <w:tcPr>
            <w:tcW w:w="3403" w:type="dxa"/>
            <w:gridSpan w:val="2"/>
            <w:shd w:val="clear" w:color="auto" w:fill="F2F2F2"/>
            <w:vAlign w:val="center"/>
          </w:tcPr>
          <w:p w14:paraId="61DF1D2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shd w:val="clear" w:color="auto" w:fill="F2F2F2"/>
            <w:vAlign w:val="center"/>
          </w:tcPr>
          <w:p w14:paraId="476EB6F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14603000</w:t>
            </w:r>
          </w:p>
        </w:tc>
        <w:tc>
          <w:tcPr>
            <w:tcW w:w="2126" w:type="dxa"/>
            <w:shd w:val="clear" w:color="auto" w:fill="F2F2F2"/>
          </w:tcPr>
          <w:p w14:paraId="7D6CF77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Impuesto al Valor Agregado Soportado</w:t>
            </w:r>
          </w:p>
        </w:tc>
      </w:tr>
      <w:tr w:rsidR="00E35433" w:rsidRPr="00A64921" w14:paraId="4E748932" w14:textId="77777777" w:rsidTr="00E35433">
        <w:trPr>
          <w:jc w:val="center"/>
        </w:trPr>
        <w:tc>
          <w:tcPr>
            <w:tcW w:w="1135" w:type="dxa"/>
            <w:vMerge/>
            <w:shd w:val="clear" w:color="auto" w:fill="F2F2F2"/>
          </w:tcPr>
          <w:p w14:paraId="6322221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shd w:val="clear" w:color="auto" w:fill="F2F2F2"/>
            <w:vAlign w:val="center"/>
          </w:tcPr>
          <w:p w14:paraId="2F82A58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shd w:val="clear" w:color="auto" w:fill="F2F2F2"/>
            <w:vAlign w:val="center"/>
          </w:tcPr>
          <w:p w14:paraId="4214BF0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shd w:val="clear" w:color="auto" w:fill="F2F2F2"/>
            <w:vAlign w:val="center"/>
          </w:tcPr>
          <w:p w14:paraId="30F03B1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14604000</w:t>
            </w:r>
          </w:p>
        </w:tc>
        <w:tc>
          <w:tcPr>
            <w:tcW w:w="2126" w:type="dxa"/>
            <w:shd w:val="clear" w:color="auto" w:fill="F2F2F2"/>
          </w:tcPr>
          <w:p w14:paraId="0B18B8C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Impuesto al Valor Agregado Deducible</w:t>
            </w:r>
          </w:p>
        </w:tc>
      </w:tr>
      <w:tr w:rsidR="00E35433" w:rsidRPr="00A64921" w14:paraId="67DCCA49" w14:textId="77777777" w:rsidTr="00E35433">
        <w:trPr>
          <w:jc w:val="center"/>
        </w:trPr>
        <w:tc>
          <w:tcPr>
            <w:tcW w:w="1135" w:type="dxa"/>
            <w:vMerge/>
            <w:shd w:val="clear" w:color="auto" w:fill="F2F2F2"/>
          </w:tcPr>
          <w:p w14:paraId="67C02F2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shd w:val="clear" w:color="auto" w:fill="F2F2F2"/>
            <w:vAlign w:val="center"/>
          </w:tcPr>
          <w:p w14:paraId="52DD21B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shd w:val="clear" w:color="auto" w:fill="F2F2F2"/>
            <w:vAlign w:val="center"/>
          </w:tcPr>
          <w:p w14:paraId="0864293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shd w:val="clear" w:color="auto" w:fill="F2F2F2"/>
            <w:vAlign w:val="center"/>
          </w:tcPr>
          <w:p w14:paraId="058D65B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24204M02</w:t>
            </w:r>
          </w:p>
        </w:tc>
        <w:tc>
          <w:tcPr>
            <w:tcW w:w="2126" w:type="dxa"/>
            <w:shd w:val="clear" w:color="auto" w:fill="F2F2F2"/>
          </w:tcPr>
          <w:p w14:paraId="1C82FAD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Impuesto al valor agregado por pagar</w:t>
            </w:r>
          </w:p>
        </w:tc>
      </w:tr>
      <w:tr w:rsidR="00E35433" w:rsidRPr="00A64921" w14:paraId="441946BC" w14:textId="77777777" w:rsidTr="00C55BA7">
        <w:trPr>
          <w:trHeight w:val="394"/>
          <w:jc w:val="center"/>
        </w:trPr>
        <w:tc>
          <w:tcPr>
            <w:tcW w:w="1135" w:type="dxa"/>
            <w:tcBorders>
              <w:bottom w:val="single" w:sz="4" w:space="0" w:color="auto"/>
            </w:tcBorders>
            <w:vAlign w:val="center"/>
          </w:tcPr>
          <w:p w14:paraId="1C4952B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k)</w:t>
            </w:r>
          </w:p>
        </w:tc>
        <w:tc>
          <w:tcPr>
            <w:tcW w:w="3392" w:type="dxa"/>
            <w:tcBorders>
              <w:bottom w:val="single" w:sz="4" w:space="0" w:color="auto"/>
            </w:tcBorders>
            <w:vAlign w:val="center"/>
          </w:tcPr>
          <w:p w14:paraId="43F754E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Importe de las deducciones que exceda a los elementos del CAN1 de la empresa</w:t>
            </w:r>
          </w:p>
        </w:tc>
        <w:tc>
          <w:tcPr>
            <w:tcW w:w="3403" w:type="dxa"/>
            <w:gridSpan w:val="2"/>
            <w:tcBorders>
              <w:bottom w:val="single" w:sz="4" w:space="0" w:color="auto"/>
            </w:tcBorders>
            <w:vAlign w:val="center"/>
          </w:tcPr>
          <w:p w14:paraId="0280152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3401" w:type="dxa"/>
            <w:gridSpan w:val="2"/>
            <w:tcBorders>
              <w:bottom w:val="single" w:sz="4" w:space="0" w:color="auto"/>
            </w:tcBorders>
            <w:vAlign w:val="center"/>
          </w:tcPr>
          <w:p w14:paraId="06B7613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r>
      <w:tr w:rsidR="00E35433" w:rsidRPr="00A64921" w14:paraId="6D9A2BA4" w14:textId="77777777" w:rsidTr="00C55BA7">
        <w:trPr>
          <w:jc w:val="center"/>
        </w:trPr>
        <w:tc>
          <w:tcPr>
            <w:tcW w:w="1135" w:type="dxa"/>
            <w:tcBorders>
              <w:bottom w:val="single" w:sz="12" w:space="0" w:color="auto"/>
              <w:right w:val="nil"/>
            </w:tcBorders>
          </w:tcPr>
          <w:p w14:paraId="18BB7D4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tcBorders>
              <w:left w:val="nil"/>
              <w:bottom w:val="single" w:sz="12" w:space="0" w:color="auto"/>
              <w:right w:val="nil"/>
            </w:tcBorders>
          </w:tcPr>
          <w:p w14:paraId="6BC1889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128" w:type="dxa"/>
            <w:tcBorders>
              <w:left w:val="nil"/>
              <w:bottom w:val="single" w:sz="12" w:space="0" w:color="auto"/>
              <w:right w:val="nil"/>
            </w:tcBorders>
          </w:tcPr>
          <w:p w14:paraId="7AA228D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275" w:type="dxa"/>
            <w:tcBorders>
              <w:left w:val="nil"/>
              <w:bottom w:val="single" w:sz="12" w:space="0" w:color="auto"/>
              <w:right w:val="nil"/>
            </w:tcBorders>
          </w:tcPr>
          <w:p w14:paraId="3A051F5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tcBorders>
              <w:left w:val="nil"/>
              <w:bottom w:val="single" w:sz="12" w:space="0" w:color="auto"/>
              <w:right w:val="nil"/>
            </w:tcBorders>
          </w:tcPr>
          <w:p w14:paraId="7190FE3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left w:val="nil"/>
              <w:bottom w:val="single" w:sz="12" w:space="0" w:color="auto"/>
            </w:tcBorders>
          </w:tcPr>
          <w:p w14:paraId="627640A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7BBF4A67"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4E89138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II) CAPITAL ADICIONAL NIVEL 1 (3 - 4)</w:t>
            </w:r>
          </w:p>
        </w:tc>
      </w:tr>
      <w:tr w:rsidR="00E35433" w:rsidRPr="00A64921" w14:paraId="2964CB55" w14:textId="77777777" w:rsidTr="00E35433">
        <w:trPr>
          <w:jc w:val="center"/>
        </w:trPr>
        <w:tc>
          <w:tcPr>
            <w:tcW w:w="1135" w:type="dxa"/>
            <w:tcBorders>
              <w:top w:val="single" w:sz="12" w:space="0" w:color="auto"/>
              <w:left w:val="single" w:sz="12" w:space="0" w:color="auto"/>
              <w:bottom w:val="single" w:sz="12" w:space="0" w:color="auto"/>
              <w:right w:val="single" w:sz="4" w:space="0" w:color="auto"/>
            </w:tcBorders>
            <w:shd w:val="clear" w:color="auto" w:fill="DAE9F7"/>
          </w:tcPr>
          <w:p w14:paraId="7496573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100</w:t>
            </w:r>
          </w:p>
        </w:tc>
        <w:tc>
          <w:tcPr>
            <w:tcW w:w="10196" w:type="dxa"/>
            <w:gridSpan w:val="5"/>
            <w:tcBorders>
              <w:top w:val="single" w:sz="12" w:space="0" w:color="auto"/>
              <w:left w:val="single" w:sz="4" w:space="0" w:color="auto"/>
              <w:bottom w:val="single" w:sz="12" w:space="0" w:color="auto"/>
              <w:right w:val="single" w:sz="12" w:space="0" w:color="auto"/>
            </w:tcBorders>
            <w:shd w:val="clear" w:color="auto" w:fill="DAE9F7"/>
          </w:tcPr>
          <w:p w14:paraId="469DA8E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3) Elementos del CAN1</w:t>
            </w:r>
          </w:p>
        </w:tc>
      </w:tr>
      <w:tr w:rsidR="00E35433" w:rsidRPr="00A64921" w14:paraId="7943B73A" w14:textId="77777777" w:rsidTr="00C55BA7">
        <w:trPr>
          <w:jc w:val="center"/>
        </w:trPr>
        <w:tc>
          <w:tcPr>
            <w:tcW w:w="1135" w:type="dxa"/>
            <w:tcBorders>
              <w:top w:val="single" w:sz="12" w:space="0" w:color="auto"/>
            </w:tcBorders>
            <w:vAlign w:val="center"/>
          </w:tcPr>
          <w:p w14:paraId="1AD93E9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392" w:type="dxa"/>
            <w:tcBorders>
              <w:top w:val="single" w:sz="12" w:space="0" w:color="auto"/>
            </w:tcBorders>
            <w:vAlign w:val="center"/>
          </w:tcPr>
          <w:p w14:paraId="1B420D7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instrumentos emitidos por la empresa que cumplan con todos y cada uno de los criterios de admisibilidad para formar parte del CAN1, dispuestos en el Anexo XVI de este reglamento.</w:t>
            </w:r>
          </w:p>
        </w:tc>
        <w:tc>
          <w:tcPr>
            <w:tcW w:w="1128" w:type="dxa"/>
            <w:tcBorders>
              <w:top w:val="single" w:sz="12" w:space="0" w:color="auto"/>
            </w:tcBorders>
            <w:vAlign w:val="center"/>
          </w:tcPr>
          <w:p w14:paraId="500BE22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2100</w:t>
            </w:r>
          </w:p>
        </w:tc>
        <w:tc>
          <w:tcPr>
            <w:tcW w:w="2275" w:type="dxa"/>
            <w:tcBorders>
              <w:top w:val="single" w:sz="12" w:space="0" w:color="auto"/>
            </w:tcBorders>
            <w:vAlign w:val="center"/>
          </w:tcPr>
          <w:p w14:paraId="72EED98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preferente con dividendo no acumulativo que cumpla los criterios de admisibilidad del CAN 1</w:t>
            </w:r>
          </w:p>
        </w:tc>
        <w:tc>
          <w:tcPr>
            <w:tcW w:w="1275" w:type="dxa"/>
            <w:tcBorders>
              <w:top w:val="single" w:sz="12" w:space="0" w:color="auto"/>
            </w:tcBorders>
            <w:vAlign w:val="center"/>
          </w:tcPr>
          <w:p w14:paraId="501C5CE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31102000</w:t>
            </w:r>
          </w:p>
        </w:tc>
        <w:tc>
          <w:tcPr>
            <w:tcW w:w="2126" w:type="dxa"/>
            <w:tcBorders>
              <w:top w:val="single" w:sz="12" w:space="0" w:color="auto"/>
            </w:tcBorders>
            <w:vAlign w:val="center"/>
          </w:tcPr>
          <w:p w14:paraId="6B24AE6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w:t>
            </w:r>
          </w:p>
        </w:tc>
      </w:tr>
      <w:tr w:rsidR="00E35433" w:rsidRPr="00A64921" w14:paraId="190C5499" w14:textId="77777777" w:rsidTr="00E35433">
        <w:trPr>
          <w:jc w:val="center"/>
        </w:trPr>
        <w:tc>
          <w:tcPr>
            <w:tcW w:w="1135" w:type="dxa"/>
            <w:shd w:val="clear" w:color="auto" w:fill="F2F2F2"/>
            <w:vAlign w:val="center"/>
          </w:tcPr>
          <w:p w14:paraId="35D9183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392" w:type="dxa"/>
            <w:shd w:val="clear" w:color="auto" w:fill="F2F2F2"/>
            <w:vAlign w:val="center"/>
          </w:tcPr>
          <w:p w14:paraId="6481EDD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primas de emisión conexas a los instrumentos a que se refiere el inciso a), netas de los correspondientes descuentos y costos de emisión y colocación.</w:t>
            </w:r>
          </w:p>
        </w:tc>
        <w:tc>
          <w:tcPr>
            <w:tcW w:w="1128" w:type="dxa"/>
            <w:shd w:val="clear" w:color="auto" w:fill="F2F2F2"/>
            <w:vAlign w:val="center"/>
          </w:tcPr>
          <w:p w14:paraId="678E030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2110</w:t>
            </w:r>
          </w:p>
        </w:tc>
        <w:tc>
          <w:tcPr>
            <w:tcW w:w="2275" w:type="dxa"/>
            <w:shd w:val="clear" w:color="auto" w:fill="F2F2F2"/>
            <w:vAlign w:val="center"/>
          </w:tcPr>
          <w:p w14:paraId="4E163C8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por emisión de instrumentos incluidos en el CAN1, netas de descuentos y costos de emisión y colocación</w:t>
            </w:r>
          </w:p>
        </w:tc>
        <w:tc>
          <w:tcPr>
            <w:tcW w:w="1275" w:type="dxa"/>
            <w:shd w:val="clear" w:color="auto" w:fill="F2F2F2"/>
            <w:vAlign w:val="center"/>
          </w:tcPr>
          <w:p w14:paraId="461C772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32100000</w:t>
            </w:r>
          </w:p>
        </w:tc>
        <w:tc>
          <w:tcPr>
            <w:tcW w:w="2126" w:type="dxa"/>
            <w:shd w:val="clear" w:color="auto" w:fill="F2F2F2"/>
            <w:vAlign w:val="center"/>
          </w:tcPr>
          <w:p w14:paraId="4D14264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adicional</w:t>
            </w:r>
          </w:p>
        </w:tc>
      </w:tr>
      <w:tr w:rsidR="00E35433" w:rsidRPr="00A64921" w14:paraId="107C503A" w14:textId="77777777" w:rsidTr="00C55BA7">
        <w:trPr>
          <w:trHeight w:val="960"/>
          <w:jc w:val="center"/>
        </w:trPr>
        <w:tc>
          <w:tcPr>
            <w:tcW w:w="1135" w:type="dxa"/>
            <w:vMerge w:val="restart"/>
            <w:vAlign w:val="center"/>
          </w:tcPr>
          <w:p w14:paraId="091621E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392" w:type="dxa"/>
            <w:vMerge w:val="restart"/>
            <w:vAlign w:val="center"/>
          </w:tcPr>
          <w:p w14:paraId="311FC78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aportes y donaciones para incrementos de capital social, autorizados por CONASSIF y en trámite de inscripción en el Registro Público. Los aportes y donaciones deben corresponder a instrumentos admisibles en el CAN1, según el inciso a) de este Artículo.</w:t>
            </w:r>
          </w:p>
        </w:tc>
        <w:tc>
          <w:tcPr>
            <w:tcW w:w="1128" w:type="dxa"/>
            <w:vAlign w:val="center"/>
          </w:tcPr>
          <w:p w14:paraId="2B37593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2120</w:t>
            </w:r>
          </w:p>
        </w:tc>
        <w:tc>
          <w:tcPr>
            <w:tcW w:w="2275" w:type="dxa"/>
            <w:vAlign w:val="center"/>
          </w:tcPr>
          <w:p w14:paraId="0567846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 en instrumentos admisibles en el CAN1</w:t>
            </w:r>
          </w:p>
        </w:tc>
        <w:tc>
          <w:tcPr>
            <w:tcW w:w="1275" w:type="dxa"/>
            <w:vAlign w:val="center"/>
          </w:tcPr>
          <w:p w14:paraId="6F4E437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32201M01</w:t>
            </w:r>
          </w:p>
        </w:tc>
        <w:tc>
          <w:tcPr>
            <w:tcW w:w="2126" w:type="dxa"/>
            <w:vAlign w:val="center"/>
          </w:tcPr>
          <w:p w14:paraId="287E4DD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w:t>
            </w:r>
          </w:p>
        </w:tc>
      </w:tr>
      <w:tr w:rsidR="00E35433" w:rsidRPr="00A64921" w14:paraId="58FB74E2" w14:textId="77777777" w:rsidTr="00C55BA7">
        <w:trPr>
          <w:jc w:val="center"/>
        </w:trPr>
        <w:tc>
          <w:tcPr>
            <w:tcW w:w="1135" w:type="dxa"/>
            <w:vMerge/>
            <w:vAlign w:val="center"/>
          </w:tcPr>
          <w:p w14:paraId="0C1E79D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392" w:type="dxa"/>
            <w:vMerge/>
            <w:vAlign w:val="center"/>
          </w:tcPr>
          <w:p w14:paraId="0836075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1128" w:type="dxa"/>
            <w:vAlign w:val="center"/>
          </w:tcPr>
          <w:p w14:paraId="1BC4C90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2130</w:t>
            </w:r>
          </w:p>
        </w:tc>
        <w:tc>
          <w:tcPr>
            <w:tcW w:w="2275" w:type="dxa"/>
            <w:vAlign w:val="center"/>
          </w:tcPr>
          <w:p w14:paraId="676120B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Donaciones por capitalizar autorizadas y por registrar en el Registro Público, en instrumentos admisibles en el CAN1</w:t>
            </w:r>
          </w:p>
        </w:tc>
        <w:tc>
          <w:tcPr>
            <w:tcW w:w="1275" w:type="dxa"/>
            <w:vAlign w:val="center"/>
          </w:tcPr>
          <w:p w14:paraId="1431843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32202M01</w:t>
            </w:r>
          </w:p>
        </w:tc>
        <w:tc>
          <w:tcPr>
            <w:tcW w:w="2126" w:type="dxa"/>
            <w:vAlign w:val="center"/>
          </w:tcPr>
          <w:p w14:paraId="4AA938F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Donaciones autorizadas por capitalizar pendientes de registrar en el Registro Público</w:t>
            </w:r>
          </w:p>
        </w:tc>
      </w:tr>
      <w:tr w:rsidR="00E35433" w:rsidRPr="00A64921" w14:paraId="1D1DB89C" w14:textId="77777777" w:rsidTr="00E35433">
        <w:trPr>
          <w:jc w:val="center"/>
        </w:trPr>
        <w:tc>
          <w:tcPr>
            <w:tcW w:w="1135" w:type="dxa"/>
            <w:shd w:val="clear" w:color="auto" w:fill="F2F2F2"/>
            <w:vAlign w:val="center"/>
          </w:tcPr>
          <w:p w14:paraId="41BFE66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392" w:type="dxa"/>
            <w:shd w:val="clear" w:color="auto" w:fill="F2F2F2"/>
            <w:vAlign w:val="center"/>
          </w:tcPr>
          <w:p w14:paraId="79F7EC1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Las reservas patrimoniales reveladas, constituidas voluntariamente con el fin específico de absorber pérdidas patrimoniales durante la marcha de la empresa. De previo a su admisión dentro del CAN1, dichas reservas deben declararse </w:t>
            </w:r>
            <w:r w:rsidRPr="00A64921">
              <w:rPr>
                <w:rFonts w:asciiTheme="majorHAnsi" w:eastAsia="Aptos" w:hAnsiTheme="majorHAnsi" w:cstheme="majorHAnsi"/>
                <w:sz w:val="16"/>
                <w:szCs w:val="16"/>
                <w:lang w:val="es-CR"/>
              </w:rPr>
              <w:lastRenderedPageBreak/>
              <w:t>como no redimibles, mediante acuerdo del máximo órgano directivo de la empresa.</w:t>
            </w:r>
          </w:p>
        </w:tc>
        <w:tc>
          <w:tcPr>
            <w:tcW w:w="1128" w:type="dxa"/>
            <w:shd w:val="clear" w:color="auto" w:fill="F2F2F2"/>
            <w:vAlign w:val="center"/>
          </w:tcPr>
          <w:p w14:paraId="372A12C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2140</w:t>
            </w:r>
          </w:p>
        </w:tc>
        <w:tc>
          <w:tcPr>
            <w:tcW w:w="2275" w:type="dxa"/>
            <w:shd w:val="clear" w:color="auto" w:fill="F2F2F2"/>
            <w:vAlign w:val="center"/>
          </w:tcPr>
          <w:p w14:paraId="641FABC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Reservas voluntarias constituidas para absorber pérdidas patrimoniales durante la marcha de la entidad</w:t>
            </w:r>
          </w:p>
        </w:tc>
        <w:tc>
          <w:tcPr>
            <w:tcW w:w="1275" w:type="dxa"/>
            <w:shd w:val="clear" w:color="auto" w:fill="F2F2F2"/>
            <w:vAlign w:val="center"/>
          </w:tcPr>
          <w:p w14:paraId="2E0D7CF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34302M01</w:t>
            </w:r>
          </w:p>
        </w:tc>
        <w:tc>
          <w:tcPr>
            <w:tcW w:w="2126" w:type="dxa"/>
            <w:shd w:val="clear" w:color="auto" w:fill="F2F2F2"/>
            <w:vAlign w:val="center"/>
          </w:tcPr>
          <w:p w14:paraId="56808FE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Reservas voluntarias para cobertura de pérdidas</w:t>
            </w:r>
          </w:p>
        </w:tc>
      </w:tr>
      <w:tr w:rsidR="00E35433" w:rsidRPr="00A64921" w14:paraId="68EAA06C" w14:textId="77777777" w:rsidTr="00C55BA7">
        <w:trPr>
          <w:jc w:val="center"/>
        </w:trPr>
        <w:tc>
          <w:tcPr>
            <w:tcW w:w="1135" w:type="dxa"/>
            <w:vAlign w:val="center"/>
          </w:tcPr>
          <w:p w14:paraId="183FFFC8" w14:textId="77777777" w:rsidR="00E35433" w:rsidRPr="00A64921" w:rsidRDefault="00E35433" w:rsidP="00E35433">
            <w:pPr>
              <w:spacing w:before="0" w:after="0" w:line="240" w:lineRule="auto"/>
              <w:jc w:val="center"/>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Acuerdo Sugef 3-06</w:t>
            </w:r>
          </w:p>
        </w:tc>
        <w:tc>
          <w:tcPr>
            <w:tcW w:w="3392" w:type="dxa"/>
            <w:vAlign w:val="center"/>
          </w:tcPr>
          <w:p w14:paraId="6A445D97"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Artículo 34, literal a) Los instrumentos emitidos por la entidad que cumplan con todos y cada uno de los criterios de admisibilidad para formar parte del CAN1, dispuestos en el Anexo IV del Acuerdo SUGEF 3-06.</w:t>
            </w:r>
          </w:p>
        </w:tc>
        <w:tc>
          <w:tcPr>
            <w:tcW w:w="1128" w:type="dxa"/>
            <w:vAlign w:val="center"/>
          </w:tcPr>
          <w:p w14:paraId="5BC76410" w14:textId="77777777" w:rsidR="00E35433" w:rsidRPr="00A64921" w:rsidRDefault="00E35433" w:rsidP="00E35433">
            <w:pPr>
              <w:spacing w:before="0" w:after="0" w:line="240" w:lineRule="auto"/>
              <w:jc w:val="center"/>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2360</w:t>
            </w:r>
          </w:p>
        </w:tc>
        <w:tc>
          <w:tcPr>
            <w:tcW w:w="2275" w:type="dxa"/>
            <w:vAlign w:val="center"/>
          </w:tcPr>
          <w:p w14:paraId="0B569D78"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Cuotas de participación mutualista</w:t>
            </w:r>
          </w:p>
        </w:tc>
        <w:tc>
          <w:tcPr>
            <w:tcW w:w="1275" w:type="dxa"/>
            <w:vAlign w:val="center"/>
          </w:tcPr>
          <w:p w14:paraId="14E3CE67" w14:textId="77777777" w:rsidR="00E35433" w:rsidRPr="00A64921" w:rsidRDefault="00E35433" w:rsidP="00E35433">
            <w:pPr>
              <w:spacing w:before="0" w:after="0" w:line="240" w:lineRule="auto"/>
              <w:jc w:val="center"/>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31107000</w:t>
            </w:r>
          </w:p>
        </w:tc>
        <w:tc>
          <w:tcPr>
            <w:tcW w:w="2126" w:type="dxa"/>
            <w:vAlign w:val="center"/>
          </w:tcPr>
          <w:p w14:paraId="0271F5AD"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Cuotas de participación mutualista</w:t>
            </w:r>
          </w:p>
        </w:tc>
      </w:tr>
      <w:tr w:rsidR="00E35433" w:rsidRPr="00A64921" w14:paraId="1F5E276B" w14:textId="77777777" w:rsidTr="00C55BA7">
        <w:trPr>
          <w:jc w:val="center"/>
        </w:trPr>
        <w:tc>
          <w:tcPr>
            <w:tcW w:w="1135" w:type="dxa"/>
            <w:tcBorders>
              <w:bottom w:val="single" w:sz="12" w:space="0" w:color="auto"/>
            </w:tcBorders>
          </w:tcPr>
          <w:p w14:paraId="0C19406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tcBorders>
              <w:bottom w:val="single" w:sz="12" w:space="0" w:color="auto"/>
            </w:tcBorders>
          </w:tcPr>
          <w:p w14:paraId="3FC79E5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128" w:type="dxa"/>
            <w:tcBorders>
              <w:bottom w:val="single" w:sz="12" w:space="0" w:color="auto"/>
            </w:tcBorders>
          </w:tcPr>
          <w:p w14:paraId="6812F01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275" w:type="dxa"/>
            <w:tcBorders>
              <w:bottom w:val="single" w:sz="12" w:space="0" w:color="auto"/>
            </w:tcBorders>
          </w:tcPr>
          <w:p w14:paraId="39914C7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tcBorders>
              <w:bottom w:val="single" w:sz="12" w:space="0" w:color="auto"/>
            </w:tcBorders>
          </w:tcPr>
          <w:p w14:paraId="162F4E3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bottom w:val="single" w:sz="12" w:space="0" w:color="auto"/>
            </w:tcBorders>
          </w:tcPr>
          <w:p w14:paraId="2FD87DC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0132985A" w14:textId="77777777" w:rsidTr="00E35433">
        <w:trPr>
          <w:jc w:val="center"/>
        </w:trPr>
        <w:tc>
          <w:tcPr>
            <w:tcW w:w="1135" w:type="dxa"/>
            <w:tcBorders>
              <w:top w:val="single" w:sz="12" w:space="0" w:color="auto"/>
              <w:left w:val="single" w:sz="12" w:space="0" w:color="auto"/>
              <w:bottom w:val="single" w:sz="12" w:space="0" w:color="auto"/>
            </w:tcBorders>
            <w:shd w:val="clear" w:color="auto" w:fill="DAE9F7"/>
          </w:tcPr>
          <w:p w14:paraId="7A1AEB7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102</w:t>
            </w:r>
          </w:p>
        </w:tc>
        <w:tc>
          <w:tcPr>
            <w:tcW w:w="3392" w:type="dxa"/>
            <w:tcBorders>
              <w:top w:val="single" w:sz="12" w:space="0" w:color="auto"/>
              <w:bottom w:val="single" w:sz="12" w:space="0" w:color="auto"/>
            </w:tcBorders>
            <w:shd w:val="clear" w:color="auto" w:fill="DAE9F7"/>
          </w:tcPr>
          <w:p w14:paraId="75C82BE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4. Deducciones a los elementos de CAN1</w:t>
            </w:r>
          </w:p>
        </w:tc>
        <w:tc>
          <w:tcPr>
            <w:tcW w:w="1128" w:type="dxa"/>
            <w:tcBorders>
              <w:top w:val="single" w:sz="12" w:space="0" w:color="auto"/>
              <w:bottom w:val="single" w:sz="12" w:space="0" w:color="auto"/>
            </w:tcBorders>
            <w:shd w:val="clear" w:color="auto" w:fill="DAE9F7"/>
            <w:vAlign w:val="center"/>
          </w:tcPr>
          <w:p w14:paraId="1B48A6D1" w14:textId="77777777" w:rsidR="00E35433" w:rsidRPr="00A64921" w:rsidRDefault="00E35433" w:rsidP="00E35433">
            <w:pPr>
              <w:spacing w:before="0" w:after="0" w:line="240" w:lineRule="auto"/>
              <w:jc w:val="center"/>
              <w:rPr>
                <w:rFonts w:asciiTheme="majorHAnsi" w:eastAsia="Aptos" w:hAnsiTheme="majorHAnsi" w:cstheme="majorHAnsi"/>
                <w:b/>
                <w:bCs/>
                <w:sz w:val="16"/>
                <w:szCs w:val="16"/>
                <w:lang w:val="es-CR"/>
              </w:rPr>
            </w:pPr>
            <w:r w:rsidRPr="00A64921">
              <w:rPr>
                <w:rFonts w:asciiTheme="majorHAnsi" w:eastAsia="Aptos" w:hAnsiTheme="majorHAnsi" w:cstheme="majorHAnsi"/>
                <w:b/>
                <w:bCs/>
                <w:sz w:val="16"/>
                <w:szCs w:val="16"/>
                <w:lang w:val="es-CR"/>
              </w:rPr>
              <w:t>2150</w:t>
            </w:r>
          </w:p>
        </w:tc>
        <w:tc>
          <w:tcPr>
            <w:tcW w:w="2275" w:type="dxa"/>
            <w:tcBorders>
              <w:top w:val="single" w:sz="12" w:space="0" w:color="auto"/>
              <w:bottom w:val="single" w:sz="12" w:space="0" w:color="auto"/>
            </w:tcBorders>
            <w:shd w:val="clear" w:color="auto" w:fill="DAE9F7"/>
          </w:tcPr>
          <w:p w14:paraId="4D346370" w14:textId="77777777" w:rsidR="00E35433" w:rsidRPr="00A64921" w:rsidRDefault="00E35433" w:rsidP="00E35433">
            <w:pPr>
              <w:spacing w:before="0" w:after="0" w:line="240" w:lineRule="auto"/>
              <w:jc w:val="left"/>
              <w:rPr>
                <w:rFonts w:asciiTheme="majorHAnsi" w:eastAsia="Aptos" w:hAnsiTheme="majorHAnsi" w:cstheme="majorHAnsi"/>
                <w:b/>
                <w:bCs/>
                <w:sz w:val="16"/>
                <w:szCs w:val="16"/>
                <w:lang w:val="es-CR"/>
              </w:rPr>
            </w:pPr>
            <w:r w:rsidRPr="00A64921">
              <w:rPr>
                <w:rFonts w:asciiTheme="majorHAnsi" w:eastAsia="Aptos" w:hAnsiTheme="majorHAnsi" w:cstheme="majorHAnsi"/>
                <w:b/>
                <w:bCs/>
                <w:sz w:val="16"/>
                <w:szCs w:val="16"/>
                <w:lang w:val="es-CR"/>
              </w:rPr>
              <w:t>Deducciones del CAN1</w:t>
            </w:r>
          </w:p>
        </w:tc>
        <w:tc>
          <w:tcPr>
            <w:tcW w:w="3401" w:type="dxa"/>
            <w:gridSpan w:val="2"/>
            <w:tcBorders>
              <w:top w:val="single" w:sz="12" w:space="0" w:color="auto"/>
              <w:bottom w:val="single" w:sz="12" w:space="0" w:color="auto"/>
              <w:right w:val="single" w:sz="12" w:space="0" w:color="auto"/>
            </w:tcBorders>
            <w:shd w:val="clear" w:color="auto" w:fill="DAE9F7"/>
          </w:tcPr>
          <w:p w14:paraId="6DD78C69" w14:textId="77777777" w:rsidR="00E35433" w:rsidRPr="00A64921" w:rsidRDefault="00E35433" w:rsidP="00E35433">
            <w:pPr>
              <w:spacing w:before="0" w:after="0" w:line="240" w:lineRule="auto"/>
              <w:jc w:val="left"/>
              <w:rPr>
                <w:rFonts w:asciiTheme="majorHAnsi" w:eastAsia="Aptos" w:hAnsiTheme="majorHAnsi" w:cstheme="majorHAnsi"/>
                <w:b/>
                <w:bCs/>
                <w:sz w:val="16"/>
                <w:szCs w:val="16"/>
                <w:lang w:val="es-CR"/>
              </w:rPr>
            </w:pPr>
            <w:r w:rsidRPr="00A64921">
              <w:rPr>
                <w:rFonts w:asciiTheme="majorHAnsi" w:eastAsia="Aptos" w:hAnsiTheme="majorHAnsi" w:cstheme="majorHAnsi"/>
                <w:b/>
                <w:bCs/>
                <w:sz w:val="16"/>
                <w:szCs w:val="16"/>
                <w:lang w:val="es-CR"/>
              </w:rPr>
              <w:t>No procede</w:t>
            </w:r>
          </w:p>
        </w:tc>
      </w:tr>
      <w:tr w:rsidR="00E35433" w:rsidRPr="00A64921" w14:paraId="72200709" w14:textId="77777777" w:rsidTr="00C55BA7">
        <w:trPr>
          <w:jc w:val="center"/>
        </w:trPr>
        <w:tc>
          <w:tcPr>
            <w:tcW w:w="1135" w:type="dxa"/>
            <w:tcBorders>
              <w:top w:val="single" w:sz="12" w:space="0" w:color="auto"/>
            </w:tcBorders>
            <w:vAlign w:val="center"/>
          </w:tcPr>
          <w:p w14:paraId="0D0B601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392" w:type="dxa"/>
            <w:tcBorders>
              <w:top w:val="single" w:sz="12" w:space="0" w:color="auto"/>
            </w:tcBorders>
            <w:vAlign w:val="center"/>
          </w:tcPr>
          <w:p w14:paraId="0871BFA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CAN1 adquiridos por la propia empresa.</w:t>
            </w:r>
          </w:p>
        </w:tc>
        <w:tc>
          <w:tcPr>
            <w:tcW w:w="1128" w:type="dxa"/>
            <w:tcBorders>
              <w:top w:val="single" w:sz="12" w:space="0" w:color="auto"/>
            </w:tcBorders>
            <w:vAlign w:val="center"/>
          </w:tcPr>
          <w:p w14:paraId="0ED132B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2160</w:t>
            </w:r>
          </w:p>
        </w:tc>
        <w:tc>
          <w:tcPr>
            <w:tcW w:w="2275" w:type="dxa"/>
            <w:tcBorders>
              <w:top w:val="single" w:sz="12" w:space="0" w:color="auto"/>
            </w:tcBorders>
            <w:vAlign w:val="center"/>
          </w:tcPr>
          <w:p w14:paraId="0A940AB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CAN1 adquiridos por la propia entidad</w:t>
            </w:r>
          </w:p>
        </w:tc>
        <w:tc>
          <w:tcPr>
            <w:tcW w:w="1275" w:type="dxa"/>
            <w:tcBorders>
              <w:top w:val="single" w:sz="12" w:space="0" w:color="auto"/>
            </w:tcBorders>
            <w:vAlign w:val="center"/>
          </w:tcPr>
          <w:p w14:paraId="6C6BB0F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31502000</w:t>
            </w:r>
          </w:p>
        </w:tc>
        <w:tc>
          <w:tcPr>
            <w:tcW w:w="2126" w:type="dxa"/>
            <w:tcBorders>
              <w:top w:val="single" w:sz="12" w:space="0" w:color="auto"/>
            </w:tcBorders>
            <w:vAlign w:val="center"/>
          </w:tcPr>
          <w:p w14:paraId="7A7192F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 (Acciones en tesorería)</w:t>
            </w:r>
          </w:p>
        </w:tc>
      </w:tr>
      <w:tr w:rsidR="00E35433" w:rsidRPr="00A64921" w14:paraId="2336F126" w14:textId="77777777" w:rsidTr="00E35433">
        <w:trPr>
          <w:jc w:val="center"/>
        </w:trPr>
        <w:tc>
          <w:tcPr>
            <w:tcW w:w="1135" w:type="dxa"/>
            <w:shd w:val="clear" w:color="auto" w:fill="F2F2F2"/>
            <w:vAlign w:val="center"/>
          </w:tcPr>
          <w:p w14:paraId="51BAE77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392" w:type="dxa"/>
            <w:shd w:val="clear" w:color="auto" w:fill="F2F2F2"/>
            <w:vAlign w:val="center"/>
          </w:tcPr>
          <w:p w14:paraId="0A4EC28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CAN1 emitidos por la propia empresa que se encuentran dados en garantía de operaciones crediticias otorgadas por ella misma.</w:t>
            </w:r>
          </w:p>
        </w:tc>
        <w:tc>
          <w:tcPr>
            <w:tcW w:w="1128" w:type="dxa"/>
            <w:shd w:val="clear" w:color="auto" w:fill="F2F2F2"/>
            <w:vAlign w:val="center"/>
          </w:tcPr>
          <w:p w14:paraId="0A89B06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2170</w:t>
            </w:r>
          </w:p>
        </w:tc>
        <w:tc>
          <w:tcPr>
            <w:tcW w:w="2275" w:type="dxa"/>
            <w:shd w:val="clear" w:color="auto" w:fill="F2F2F2"/>
            <w:vAlign w:val="center"/>
          </w:tcPr>
          <w:p w14:paraId="5F402BF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CAN1 emitidos por la propia empresa que se encuentran dados en garantía de operaciones crediticias otorgadas por ella misma.</w:t>
            </w:r>
          </w:p>
        </w:tc>
        <w:tc>
          <w:tcPr>
            <w:tcW w:w="1275" w:type="dxa"/>
            <w:shd w:val="clear" w:color="auto" w:fill="F2F2F2"/>
            <w:vAlign w:val="center"/>
          </w:tcPr>
          <w:p w14:paraId="3BE37B7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31100000</w:t>
            </w:r>
          </w:p>
        </w:tc>
        <w:tc>
          <w:tcPr>
            <w:tcW w:w="2126" w:type="dxa"/>
            <w:shd w:val="clear" w:color="auto" w:fill="F2F2F2"/>
            <w:vAlign w:val="center"/>
          </w:tcPr>
          <w:p w14:paraId="2103A0A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w:t>
            </w:r>
          </w:p>
        </w:tc>
      </w:tr>
      <w:tr w:rsidR="00E35433" w:rsidRPr="00A64921" w14:paraId="2E0DDCD6" w14:textId="77777777" w:rsidTr="00C55BA7">
        <w:trPr>
          <w:jc w:val="center"/>
        </w:trPr>
        <w:tc>
          <w:tcPr>
            <w:tcW w:w="1135" w:type="dxa"/>
            <w:vAlign w:val="center"/>
          </w:tcPr>
          <w:p w14:paraId="0DCE076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392" w:type="dxa"/>
            <w:vAlign w:val="center"/>
          </w:tcPr>
          <w:p w14:paraId="33FF215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homólogos al CAN1, que calificarían como tales bajo los criterios establecidos en el Anexo XVI de este reglamento. Esta deducción se efectúa con independencia del porcentaje de participación de la empresa supervisada en el capital social y de la naturaleza de la empresa de que se trate.</w:t>
            </w:r>
          </w:p>
        </w:tc>
        <w:tc>
          <w:tcPr>
            <w:tcW w:w="1128" w:type="dxa"/>
            <w:vAlign w:val="center"/>
          </w:tcPr>
          <w:p w14:paraId="5DAF949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2180</w:t>
            </w:r>
          </w:p>
        </w:tc>
        <w:tc>
          <w:tcPr>
            <w:tcW w:w="2275" w:type="dxa"/>
            <w:vAlign w:val="center"/>
          </w:tcPr>
          <w:p w14:paraId="33E3903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instrumentos homólogos al CAN1, que calificarían como tales según Anexo XVI del Acuerdo CONASSIF 16-22.</w:t>
            </w:r>
          </w:p>
        </w:tc>
        <w:tc>
          <w:tcPr>
            <w:tcW w:w="1275" w:type="dxa"/>
            <w:vAlign w:val="center"/>
          </w:tcPr>
          <w:p w14:paraId="3C1F518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16000000</w:t>
            </w:r>
          </w:p>
        </w:tc>
        <w:tc>
          <w:tcPr>
            <w:tcW w:w="2126" w:type="dxa"/>
            <w:vAlign w:val="center"/>
          </w:tcPr>
          <w:p w14:paraId="1887D54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capital de otras empresas</w:t>
            </w:r>
          </w:p>
        </w:tc>
      </w:tr>
      <w:tr w:rsidR="00E35433" w:rsidRPr="00A64921" w14:paraId="5A37C33A" w14:textId="77777777" w:rsidTr="00E35433">
        <w:trPr>
          <w:jc w:val="center"/>
        </w:trPr>
        <w:tc>
          <w:tcPr>
            <w:tcW w:w="1135" w:type="dxa"/>
            <w:tcBorders>
              <w:bottom w:val="single" w:sz="4" w:space="0" w:color="auto"/>
            </w:tcBorders>
            <w:shd w:val="clear" w:color="auto" w:fill="F2F2F2"/>
            <w:vAlign w:val="center"/>
          </w:tcPr>
          <w:p w14:paraId="64DDC1A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392" w:type="dxa"/>
            <w:tcBorders>
              <w:bottom w:val="single" w:sz="4" w:space="0" w:color="auto"/>
            </w:tcBorders>
            <w:shd w:val="clear" w:color="auto" w:fill="F2F2F2"/>
            <w:vAlign w:val="center"/>
          </w:tcPr>
          <w:p w14:paraId="2A5A06B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importe de las deducciones que excedan el importe de los elementos del CN2 de la entidad o empresa.</w:t>
            </w:r>
          </w:p>
        </w:tc>
        <w:tc>
          <w:tcPr>
            <w:tcW w:w="3403" w:type="dxa"/>
            <w:gridSpan w:val="2"/>
            <w:tcBorders>
              <w:bottom w:val="single" w:sz="4" w:space="0" w:color="auto"/>
            </w:tcBorders>
            <w:shd w:val="clear" w:color="auto" w:fill="F2F2F2"/>
            <w:vAlign w:val="center"/>
          </w:tcPr>
          <w:p w14:paraId="5ABF9FE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3401" w:type="dxa"/>
            <w:gridSpan w:val="2"/>
            <w:tcBorders>
              <w:bottom w:val="single" w:sz="4" w:space="0" w:color="auto"/>
            </w:tcBorders>
            <w:shd w:val="clear" w:color="auto" w:fill="F2F2F2"/>
            <w:vAlign w:val="center"/>
          </w:tcPr>
          <w:p w14:paraId="04660E1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r>
      <w:tr w:rsidR="00E35433" w:rsidRPr="00A64921" w14:paraId="271468EE" w14:textId="77777777" w:rsidTr="00C55BA7">
        <w:trPr>
          <w:jc w:val="center"/>
        </w:trPr>
        <w:tc>
          <w:tcPr>
            <w:tcW w:w="1135" w:type="dxa"/>
            <w:tcBorders>
              <w:bottom w:val="single" w:sz="12" w:space="0" w:color="auto"/>
              <w:right w:val="nil"/>
            </w:tcBorders>
          </w:tcPr>
          <w:p w14:paraId="2849625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tcBorders>
              <w:left w:val="nil"/>
              <w:bottom w:val="single" w:sz="12" w:space="0" w:color="auto"/>
              <w:right w:val="nil"/>
            </w:tcBorders>
          </w:tcPr>
          <w:p w14:paraId="224F388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128" w:type="dxa"/>
            <w:tcBorders>
              <w:left w:val="nil"/>
              <w:bottom w:val="single" w:sz="12" w:space="0" w:color="auto"/>
              <w:right w:val="nil"/>
            </w:tcBorders>
          </w:tcPr>
          <w:p w14:paraId="5438ED2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275" w:type="dxa"/>
            <w:tcBorders>
              <w:left w:val="nil"/>
              <w:bottom w:val="single" w:sz="12" w:space="0" w:color="auto"/>
              <w:right w:val="nil"/>
            </w:tcBorders>
          </w:tcPr>
          <w:p w14:paraId="26EF0E5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tcBorders>
              <w:left w:val="nil"/>
              <w:bottom w:val="single" w:sz="12" w:space="0" w:color="auto"/>
              <w:right w:val="nil"/>
            </w:tcBorders>
          </w:tcPr>
          <w:p w14:paraId="3C07092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left w:val="nil"/>
              <w:bottom w:val="single" w:sz="12" w:space="0" w:color="auto"/>
            </w:tcBorders>
          </w:tcPr>
          <w:p w14:paraId="74F6472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01FF329F"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550A2A2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B) CAPITAL NIVEL 2 (5 - 6)</w:t>
            </w:r>
          </w:p>
        </w:tc>
      </w:tr>
      <w:tr w:rsidR="00E35433" w:rsidRPr="00A64921" w14:paraId="4C100B4D" w14:textId="77777777" w:rsidTr="00E35433">
        <w:trPr>
          <w:jc w:val="center"/>
        </w:trPr>
        <w:tc>
          <w:tcPr>
            <w:tcW w:w="1135" w:type="dxa"/>
            <w:tcBorders>
              <w:top w:val="single" w:sz="12" w:space="0" w:color="auto"/>
              <w:left w:val="single" w:sz="12" w:space="0" w:color="auto"/>
              <w:bottom w:val="single" w:sz="12" w:space="0" w:color="auto"/>
              <w:right w:val="single" w:sz="12" w:space="0" w:color="auto"/>
            </w:tcBorders>
            <w:shd w:val="clear" w:color="auto" w:fill="DAE9F7"/>
          </w:tcPr>
          <w:p w14:paraId="3645B03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103</w:t>
            </w:r>
          </w:p>
        </w:tc>
        <w:tc>
          <w:tcPr>
            <w:tcW w:w="10196" w:type="dxa"/>
            <w:gridSpan w:val="5"/>
            <w:tcBorders>
              <w:top w:val="single" w:sz="12" w:space="0" w:color="auto"/>
              <w:left w:val="single" w:sz="12" w:space="0" w:color="auto"/>
              <w:bottom w:val="single" w:sz="12" w:space="0" w:color="auto"/>
              <w:right w:val="single" w:sz="12" w:space="0" w:color="auto"/>
            </w:tcBorders>
            <w:shd w:val="clear" w:color="auto" w:fill="DAE9F7"/>
          </w:tcPr>
          <w:p w14:paraId="2A8504A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5. Elementos del CN2</w:t>
            </w:r>
          </w:p>
        </w:tc>
      </w:tr>
      <w:tr w:rsidR="00E35433" w:rsidRPr="00A64921" w14:paraId="3D8853AA" w14:textId="77777777" w:rsidTr="00C55BA7">
        <w:trPr>
          <w:jc w:val="center"/>
        </w:trPr>
        <w:tc>
          <w:tcPr>
            <w:tcW w:w="1135" w:type="dxa"/>
            <w:vMerge w:val="restart"/>
            <w:tcBorders>
              <w:top w:val="single" w:sz="12" w:space="0" w:color="auto"/>
            </w:tcBorders>
            <w:vAlign w:val="center"/>
          </w:tcPr>
          <w:p w14:paraId="1E8E6F4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392" w:type="dxa"/>
            <w:vMerge w:val="restart"/>
            <w:tcBorders>
              <w:top w:val="single" w:sz="12" w:space="0" w:color="auto"/>
            </w:tcBorders>
            <w:vAlign w:val="center"/>
          </w:tcPr>
          <w:p w14:paraId="594EC1C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instrumentos emitidos por la empresa que cumplan con todos y cada uno de los criterios de admisibilidad para formar parte del CN2, dispuestos en el Anexo XVI de este reglamento.</w:t>
            </w:r>
          </w:p>
        </w:tc>
        <w:tc>
          <w:tcPr>
            <w:tcW w:w="1128" w:type="dxa"/>
            <w:tcBorders>
              <w:top w:val="single" w:sz="12" w:space="0" w:color="auto"/>
            </w:tcBorders>
            <w:vAlign w:val="center"/>
          </w:tcPr>
          <w:p w14:paraId="3D6C5C0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2190</w:t>
            </w:r>
          </w:p>
        </w:tc>
        <w:tc>
          <w:tcPr>
            <w:tcW w:w="2275" w:type="dxa"/>
            <w:tcBorders>
              <w:top w:val="single" w:sz="12" w:space="0" w:color="auto"/>
            </w:tcBorders>
            <w:vAlign w:val="center"/>
          </w:tcPr>
          <w:p w14:paraId="0113AB5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 con dividendo no acumulativo que cumpla los criterios de admisibilidad del CN2</w:t>
            </w:r>
          </w:p>
        </w:tc>
        <w:tc>
          <w:tcPr>
            <w:tcW w:w="1275" w:type="dxa"/>
            <w:tcBorders>
              <w:top w:val="single" w:sz="12" w:space="0" w:color="auto"/>
            </w:tcBorders>
            <w:vAlign w:val="center"/>
          </w:tcPr>
          <w:p w14:paraId="6AA051C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31102000</w:t>
            </w:r>
          </w:p>
        </w:tc>
        <w:tc>
          <w:tcPr>
            <w:tcW w:w="2126" w:type="dxa"/>
            <w:tcBorders>
              <w:top w:val="single" w:sz="12" w:space="0" w:color="auto"/>
            </w:tcBorders>
            <w:vAlign w:val="center"/>
          </w:tcPr>
          <w:p w14:paraId="236D920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preferente</w:t>
            </w:r>
          </w:p>
        </w:tc>
      </w:tr>
      <w:tr w:rsidR="00E35433" w:rsidRPr="00A64921" w14:paraId="3C67268F" w14:textId="77777777" w:rsidTr="00C55BA7">
        <w:trPr>
          <w:jc w:val="center"/>
        </w:trPr>
        <w:tc>
          <w:tcPr>
            <w:tcW w:w="1135" w:type="dxa"/>
            <w:vMerge/>
            <w:vAlign w:val="center"/>
          </w:tcPr>
          <w:p w14:paraId="31FE65E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392" w:type="dxa"/>
            <w:vMerge/>
            <w:vAlign w:val="center"/>
          </w:tcPr>
          <w:p w14:paraId="0798B4F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1128" w:type="dxa"/>
            <w:vAlign w:val="center"/>
          </w:tcPr>
          <w:p w14:paraId="08629A2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2200</w:t>
            </w:r>
          </w:p>
        </w:tc>
        <w:tc>
          <w:tcPr>
            <w:tcW w:w="2275" w:type="dxa"/>
            <w:vAlign w:val="center"/>
          </w:tcPr>
          <w:p w14:paraId="49C1B0A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Instrumentos subordinados que cumplan criterios de admisibilidad para CN2</w:t>
            </w:r>
          </w:p>
        </w:tc>
        <w:tc>
          <w:tcPr>
            <w:tcW w:w="1275" w:type="dxa"/>
            <w:vAlign w:val="center"/>
          </w:tcPr>
          <w:p w14:paraId="26A1C2C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26100000</w:t>
            </w:r>
          </w:p>
        </w:tc>
        <w:tc>
          <w:tcPr>
            <w:tcW w:w="2126" w:type="dxa"/>
            <w:vAlign w:val="center"/>
          </w:tcPr>
          <w:p w14:paraId="26B9AE7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Obligaciones subordinadas</w:t>
            </w:r>
          </w:p>
        </w:tc>
      </w:tr>
      <w:tr w:rsidR="00E35433" w:rsidRPr="00A64921" w14:paraId="442E8515" w14:textId="77777777" w:rsidTr="00C55BA7">
        <w:trPr>
          <w:jc w:val="center"/>
        </w:trPr>
        <w:tc>
          <w:tcPr>
            <w:tcW w:w="1135" w:type="dxa"/>
            <w:vMerge/>
            <w:vAlign w:val="center"/>
          </w:tcPr>
          <w:p w14:paraId="5C3F042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392" w:type="dxa"/>
            <w:vMerge/>
            <w:vAlign w:val="center"/>
          </w:tcPr>
          <w:p w14:paraId="7890367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1128" w:type="dxa"/>
            <w:vAlign w:val="center"/>
          </w:tcPr>
          <w:p w14:paraId="4F85962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2210</w:t>
            </w:r>
          </w:p>
        </w:tc>
        <w:tc>
          <w:tcPr>
            <w:tcW w:w="2275" w:type="dxa"/>
            <w:vAlign w:val="center"/>
          </w:tcPr>
          <w:p w14:paraId="52DED90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Préstamos subordinados que cumplan criterios de admisibilidad para CN2</w:t>
            </w:r>
          </w:p>
        </w:tc>
        <w:tc>
          <w:tcPr>
            <w:tcW w:w="1275" w:type="dxa"/>
            <w:vAlign w:val="center"/>
          </w:tcPr>
          <w:p w14:paraId="4A396AA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 26200000</w:t>
            </w:r>
          </w:p>
        </w:tc>
        <w:tc>
          <w:tcPr>
            <w:tcW w:w="2126" w:type="dxa"/>
            <w:vAlign w:val="center"/>
          </w:tcPr>
          <w:p w14:paraId="17BCE1C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Préstamos subordinados</w:t>
            </w:r>
          </w:p>
        </w:tc>
      </w:tr>
      <w:tr w:rsidR="00E35433" w:rsidRPr="00A64921" w14:paraId="25073F84" w14:textId="77777777" w:rsidTr="00C55BA7">
        <w:trPr>
          <w:jc w:val="center"/>
        </w:trPr>
        <w:tc>
          <w:tcPr>
            <w:tcW w:w="1135" w:type="dxa"/>
            <w:vMerge/>
            <w:vAlign w:val="center"/>
          </w:tcPr>
          <w:p w14:paraId="47B43EC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392" w:type="dxa"/>
            <w:vMerge/>
            <w:vAlign w:val="center"/>
          </w:tcPr>
          <w:p w14:paraId="68D97BC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1128" w:type="dxa"/>
            <w:vAlign w:val="center"/>
          </w:tcPr>
          <w:p w14:paraId="7A6EB4E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2220</w:t>
            </w:r>
          </w:p>
        </w:tc>
        <w:tc>
          <w:tcPr>
            <w:tcW w:w="2275" w:type="dxa"/>
            <w:vAlign w:val="center"/>
          </w:tcPr>
          <w:p w14:paraId="041E9E1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Obligaciones convertibles en capital que cumplan criterios de admisibilidad para CN2</w:t>
            </w:r>
          </w:p>
        </w:tc>
        <w:tc>
          <w:tcPr>
            <w:tcW w:w="1275" w:type="dxa"/>
            <w:vAlign w:val="center"/>
          </w:tcPr>
          <w:p w14:paraId="25A3BD9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 27100000</w:t>
            </w:r>
          </w:p>
        </w:tc>
        <w:tc>
          <w:tcPr>
            <w:tcW w:w="2126" w:type="dxa"/>
            <w:vAlign w:val="center"/>
          </w:tcPr>
          <w:p w14:paraId="15ACE62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Obligaciones convertibles en capital</w:t>
            </w:r>
          </w:p>
        </w:tc>
      </w:tr>
      <w:tr w:rsidR="00E35433" w:rsidRPr="00A64921" w14:paraId="7B016F59" w14:textId="77777777" w:rsidTr="00E35433">
        <w:trPr>
          <w:jc w:val="center"/>
        </w:trPr>
        <w:tc>
          <w:tcPr>
            <w:tcW w:w="1135" w:type="dxa"/>
            <w:vMerge w:val="restart"/>
            <w:shd w:val="clear" w:color="auto" w:fill="F2F2F2"/>
            <w:vAlign w:val="center"/>
          </w:tcPr>
          <w:p w14:paraId="221C656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392" w:type="dxa"/>
            <w:vMerge w:val="restart"/>
            <w:shd w:val="clear" w:color="auto" w:fill="F2F2F2"/>
            <w:vAlign w:val="center"/>
          </w:tcPr>
          <w:p w14:paraId="366AC79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primas de emisión a los instrumentos a que se refiere el inciso a), netas de los correspondientes descuentos y costos de emisión y colocación.</w:t>
            </w:r>
          </w:p>
        </w:tc>
        <w:tc>
          <w:tcPr>
            <w:tcW w:w="1128" w:type="dxa"/>
            <w:shd w:val="clear" w:color="auto" w:fill="F2F2F2"/>
            <w:vAlign w:val="center"/>
          </w:tcPr>
          <w:p w14:paraId="39785F1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2230</w:t>
            </w:r>
          </w:p>
        </w:tc>
        <w:tc>
          <w:tcPr>
            <w:tcW w:w="2275" w:type="dxa"/>
            <w:shd w:val="clear" w:color="auto" w:fill="F2F2F2"/>
            <w:vAlign w:val="center"/>
          </w:tcPr>
          <w:p w14:paraId="59E4269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por emisión de instrumentos incluidos en el CN2, netas de descuentos y costos de emisión y colocación</w:t>
            </w:r>
          </w:p>
        </w:tc>
        <w:tc>
          <w:tcPr>
            <w:tcW w:w="1275" w:type="dxa"/>
            <w:shd w:val="clear" w:color="auto" w:fill="F2F2F2"/>
            <w:vAlign w:val="center"/>
          </w:tcPr>
          <w:p w14:paraId="20A9E5D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32100000</w:t>
            </w:r>
          </w:p>
        </w:tc>
        <w:tc>
          <w:tcPr>
            <w:tcW w:w="2126" w:type="dxa"/>
            <w:shd w:val="clear" w:color="auto" w:fill="F2F2F2"/>
            <w:vAlign w:val="center"/>
          </w:tcPr>
          <w:p w14:paraId="30E2772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adicional</w:t>
            </w:r>
          </w:p>
        </w:tc>
      </w:tr>
      <w:tr w:rsidR="00E35433" w:rsidRPr="00A64921" w14:paraId="6694AAD5" w14:textId="77777777" w:rsidTr="00E35433">
        <w:trPr>
          <w:trHeight w:val="768"/>
          <w:jc w:val="center"/>
        </w:trPr>
        <w:tc>
          <w:tcPr>
            <w:tcW w:w="1135" w:type="dxa"/>
            <w:vMerge/>
            <w:shd w:val="clear" w:color="auto" w:fill="F2F2F2"/>
            <w:vAlign w:val="center"/>
          </w:tcPr>
          <w:p w14:paraId="0119B04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392" w:type="dxa"/>
            <w:vMerge/>
            <w:shd w:val="clear" w:color="auto" w:fill="F2F2F2"/>
            <w:vAlign w:val="center"/>
          </w:tcPr>
          <w:p w14:paraId="518C72E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1128" w:type="dxa"/>
            <w:shd w:val="clear" w:color="auto" w:fill="F2F2F2"/>
            <w:vAlign w:val="center"/>
          </w:tcPr>
          <w:p w14:paraId="141FE87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2240</w:t>
            </w:r>
          </w:p>
        </w:tc>
        <w:tc>
          <w:tcPr>
            <w:tcW w:w="2275" w:type="dxa"/>
            <w:shd w:val="clear" w:color="auto" w:fill="F2F2F2"/>
            <w:vAlign w:val="center"/>
          </w:tcPr>
          <w:p w14:paraId="27263AE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instrumento subordinado que cumpla criterios de admisibilidad para CN2</w:t>
            </w:r>
          </w:p>
        </w:tc>
        <w:tc>
          <w:tcPr>
            <w:tcW w:w="1275" w:type="dxa"/>
            <w:shd w:val="clear" w:color="auto" w:fill="F2F2F2"/>
            <w:vAlign w:val="center"/>
          </w:tcPr>
          <w:p w14:paraId="00ADAA2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p>
          <w:p w14:paraId="21662B0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26100000</w:t>
            </w:r>
          </w:p>
        </w:tc>
        <w:tc>
          <w:tcPr>
            <w:tcW w:w="2126" w:type="dxa"/>
            <w:shd w:val="clear" w:color="auto" w:fill="F2F2F2"/>
            <w:vAlign w:val="center"/>
          </w:tcPr>
          <w:p w14:paraId="678EA67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Obligaciones subordinadas</w:t>
            </w:r>
          </w:p>
        </w:tc>
      </w:tr>
      <w:tr w:rsidR="00E35433" w:rsidRPr="00A64921" w14:paraId="66A42988" w14:textId="77777777" w:rsidTr="00C55BA7">
        <w:trPr>
          <w:jc w:val="center"/>
        </w:trPr>
        <w:tc>
          <w:tcPr>
            <w:tcW w:w="1135" w:type="dxa"/>
            <w:vMerge w:val="restart"/>
            <w:vAlign w:val="center"/>
          </w:tcPr>
          <w:p w14:paraId="706AAB1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392" w:type="dxa"/>
            <w:vMerge w:val="restart"/>
            <w:vAlign w:val="center"/>
          </w:tcPr>
          <w:p w14:paraId="4733231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aportes y donaciones para incrementos de capital social, pendientes de autorización por CONASSIF. Los aportes y donaciones podrán corresponder a instrumentos admisibles en el CCN1 o CAN1 según lo dispuesto en este Reglamento. Para su admisión en el CN2, los aportes y donaciones deben encontrarse dentro del plazo máximo de 12 meses contados a partir de la fecha de presentación de la solicitud de autorización.</w:t>
            </w:r>
          </w:p>
        </w:tc>
        <w:tc>
          <w:tcPr>
            <w:tcW w:w="1128" w:type="dxa"/>
            <w:vAlign w:val="center"/>
          </w:tcPr>
          <w:p w14:paraId="0FD5318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2250</w:t>
            </w:r>
          </w:p>
        </w:tc>
        <w:tc>
          <w:tcPr>
            <w:tcW w:w="2275" w:type="dxa"/>
            <w:vAlign w:val="center"/>
          </w:tcPr>
          <w:p w14:paraId="00DA90B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pendientes de autorizar por CONASSIF para CN2</w:t>
            </w:r>
          </w:p>
        </w:tc>
        <w:tc>
          <w:tcPr>
            <w:tcW w:w="1275" w:type="dxa"/>
            <w:vAlign w:val="center"/>
          </w:tcPr>
          <w:p w14:paraId="5BED9F0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32201M02</w:t>
            </w:r>
          </w:p>
        </w:tc>
        <w:tc>
          <w:tcPr>
            <w:tcW w:w="2126" w:type="dxa"/>
            <w:vAlign w:val="center"/>
          </w:tcPr>
          <w:p w14:paraId="45FBC43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pendientes de autorizar</w:t>
            </w:r>
          </w:p>
        </w:tc>
      </w:tr>
      <w:tr w:rsidR="00E35433" w:rsidRPr="00A64921" w14:paraId="4EEAF318" w14:textId="77777777" w:rsidTr="00C55BA7">
        <w:trPr>
          <w:jc w:val="center"/>
        </w:trPr>
        <w:tc>
          <w:tcPr>
            <w:tcW w:w="1135" w:type="dxa"/>
            <w:vMerge/>
          </w:tcPr>
          <w:p w14:paraId="42DA2A4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tcPr>
          <w:p w14:paraId="4695113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128" w:type="dxa"/>
            <w:vAlign w:val="center"/>
          </w:tcPr>
          <w:p w14:paraId="5FC2CEB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2260</w:t>
            </w:r>
          </w:p>
        </w:tc>
        <w:tc>
          <w:tcPr>
            <w:tcW w:w="2275" w:type="dxa"/>
            <w:vAlign w:val="center"/>
          </w:tcPr>
          <w:p w14:paraId="4F80100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Donaciones por capitalizar pendientes de autorizar por CONASSIF para CN2</w:t>
            </w:r>
          </w:p>
        </w:tc>
        <w:tc>
          <w:tcPr>
            <w:tcW w:w="1275" w:type="dxa"/>
            <w:vAlign w:val="center"/>
          </w:tcPr>
          <w:p w14:paraId="7EF2B69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 32202M02</w:t>
            </w:r>
          </w:p>
        </w:tc>
        <w:tc>
          <w:tcPr>
            <w:tcW w:w="2126" w:type="dxa"/>
            <w:vAlign w:val="center"/>
          </w:tcPr>
          <w:p w14:paraId="405318C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Donaciones por capitalizar pendientes de autorizar</w:t>
            </w:r>
          </w:p>
        </w:tc>
      </w:tr>
      <w:tr w:rsidR="00E35433" w:rsidRPr="00A64921" w14:paraId="46649645" w14:textId="77777777" w:rsidTr="00E35433">
        <w:trPr>
          <w:trHeight w:val="980"/>
          <w:jc w:val="center"/>
        </w:trPr>
        <w:tc>
          <w:tcPr>
            <w:tcW w:w="1135" w:type="dxa"/>
            <w:shd w:val="clear" w:color="auto" w:fill="F2F2F2"/>
            <w:vAlign w:val="center"/>
          </w:tcPr>
          <w:p w14:paraId="267CC74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392" w:type="dxa"/>
            <w:shd w:val="clear" w:color="auto" w:fill="F2F2F2"/>
            <w:vAlign w:val="center"/>
          </w:tcPr>
          <w:p w14:paraId="1BF57CF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superávits por revaluación de terrenos, edificios e instalaciones bienes inmuebles; hasta por una suma no mayor al 75% del saldo de la cuenta patrimonial correspondiente.</w:t>
            </w:r>
          </w:p>
        </w:tc>
        <w:tc>
          <w:tcPr>
            <w:tcW w:w="3403" w:type="dxa"/>
            <w:gridSpan w:val="2"/>
            <w:shd w:val="clear" w:color="auto" w:fill="F2F2F2"/>
            <w:vAlign w:val="center"/>
          </w:tcPr>
          <w:p w14:paraId="33C7832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shd w:val="clear" w:color="auto" w:fill="F2F2F2"/>
            <w:vAlign w:val="center"/>
          </w:tcPr>
          <w:p w14:paraId="07FEE88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33102000 * 75%</w:t>
            </w:r>
          </w:p>
        </w:tc>
        <w:tc>
          <w:tcPr>
            <w:tcW w:w="2126" w:type="dxa"/>
            <w:shd w:val="clear" w:color="auto" w:fill="F2F2F2"/>
            <w:vAlign w:val="center"/>
          </w:tcPr>
          <w:p w14:paraId="592A49F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Superávit por revaluación de propiedades inmobiliarias</w:t>
            </w:r>
          </w:p>
        </w:tc>
      </w:tr>
      <w:tr w:rsidR="00E35433" w:rsidRPr="00A64921" w14:paraId="677F3314" w14:textId="77777777" w:rsidTr="00C55BA7">
        <w:trPr>
          <w:jc w:val="center"/>
        </w:trPr>
        <w:tc>
          <w:tcPr>
            <w:tcW w:w="1135" w:type="dxa"/>
            <w:vMerge w:val="restart"/>
            <w:vAlign w:val="center"/>
          </w:tcPr>
          <w:p w14:paraId="1BE5B37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e)</w:t>
            </w:r>
          </w:p>
        </w:tc>
        <w:tc>
          <w:tcPr>
            <w:tcW w:w="3392" w:type="dxa"/>
            <w:vMerge w:val="restart"/>
            <w:vAlign w:val="center"/>
          </w:tcPr>
          <w:p w14:paraId="5623241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superávits por valuación de participaciones en otras empresas.</w:t>
            </w:r>
          </w:p>
        </w:tc>
        <w:tc>
          <w:tcPr>
            <w:tcW w:w="3403" w:type="dxa"/>
            <w:gridSpan w:val="2"/>
            <w:vMerge w:val="restart"/>
            <w:vAlign w:val="center"/>
          </w:tcPr>
          <w:p w14:paraId="1D2B645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275" w:type="dxa"/>
            <w:vAlign w:val="center"/>
          </w:tcPr>
          <w:p w14:paraId="24B6028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33201000</w:t>
            </w:r>
          </w:p>
        </w:tc>
        <w:tc>
          <w:tcPr>
            <w:tcW w:w="2126" w:type="dxa"/>
            <w:vAlign w:val="center"/>
          </w:tcPr>
          <w:p w14:paraId="758AC39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Superávit por revaluación propiedades, mobiliario y equipo</w:t>
            </w:r>
          </w:p>
        </w:tc>
      </w:tr>
      <w:tr w:rsidR="00E35433" w:rsidRPr="00A64921" w14:paraId="2F3BB625" w14:textId="77777777" w:rsidTr="00C55BA7">
        <w:trPr>
          <w:jc w:val="center"/>
        </w:trPr>
        <w:tc>
          <w:tcPr>
            <w:tcW w:w="1135" w:type="dxa"/>
            <w:vMerge/>
          </w:tcPr>
          <w:p w14:paraId="15D7666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vMerge/>
            <w:vAlign w:val="center"/>
          </w:tcPr>
          <w:p w14:paraId="0380329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403" w:type="dxa"/>
            <w:gridSpan w:val="2"/>
            <w:vMerge/>
            <w:vAlign w:val="center"/>
          </w:tcPr>
          <w:p w14:paraId="6822AFE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1275" w:type="dxa"/>
            <w:vAlign w:val="center"/>
          </w:tcPr>
          <w:p w14:paraId="15C2852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MÁS </w:t>
            </w:r>
            <w:r w:rsidRPr="00A64921">
              <w:rPr>
                <w:rFonts w:asciiTheme="majorHAnsi" w:eastAsia="Aptos" w:hAnsiTheme="majorHAnsi" w:cstheme="majorHAnsi"/>
                <w:sz w:val="16"/>
                <w:szCs w:val="16"/>
                <w:lang w:val="es-CR"/>
              </w:rPr>
              <w:br/>
              <w:t>33202000</w:t>
            </w:r>
          </w:p>
        </w:tc>
        <w:tc>
          <w:tcPr>
            <w:tcW w:w="2126" w:type="dxa"/>
            <w:vAlign w:val="center"/>
          </w:tcPr>
          <w:p w14:paraId="627B4CB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Superávit por revaluación de otros activos en empresas participadas</w:t>
            </w:r>
          </w:p>
        </w:tc>
      </w:tr>
      <w:tr w:rsidR="00E35433" w:rsidRPr="00A64921" w14:paraId="16B6A1C0" w14:textId="77777777" w:rsidTr="00E35433">
        <w:trPr>
          <w:jc w:val="center"/>
        </w:trPr>
        <w:tc>
          <w:tcPr>
            <w:tcW w:w="1135" w:type="dxa"/>
            <w:shd w:val="clear" w:color="auto" w:fill="F2F2F2"/>
            <w:vAlign w:val="center"/>
          </w:tcPr>
          <w:p w14:paraId="20C767DC"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Acuerdo Sugef 3-06</w:t>
            </w:r>
          </w:p>
        </w:tc>
        <w:tc>
          <w:tcPr>
            <w:tcW w:w="3392" w:type="dxa"/>
            <w:shd w:val="clear" w:color="auto" w:fill="F2F2F2"/>
            <w:vAlign w:val="center"/>
          </w:tcPr>
          <w:p w14:paraId="1CE8222A"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Artículo 11, literal d) Los aportes patronales recibidos en el patrimonio del Banco Popular y de Desarrollo Comunal, establecidos en el inciso a) del Artículo 5 de la Ley 4351 ‘Ley Orgánica del Banco Popular y de Desarrollo Comunal’.</w:t>
            </w:r>
          </w:p>
        </w:tc>
        <w:tc>
          <w:tcPr>
            <w:tcW w:w="1128" w:type="dxa"/>
            <w:shd w:val="clear" w:color="auto" w:fill="F2F2F2"/>
            <w:vAlign w:val="center"/>
          </w:tcPr>
          <w:p w14:paraId="1073646D"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2280</w:t>
            </w:r>
          </w:p>
        </w:tc>
        <w:tc>
          <w:tcPr>
            <w:tcW w:w="2275" w:type="dxa"/>
            <w:shd w:val="clear" w:color="auto" w:fill="F2F2F2"/>
            <w:vAlign w:val="center"/>
          </w:tcPr>
          <w:p w14:paraId="35E061CB"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Aportes por capitalizar recibidos en el patrimonio del Banco Popular y de Desarrollo Comunal</w:t>
            </w:r>
          </w:p>
        </w:tc>
        <w:tc>
          <w:tcPr>
            <w:tcW w:w="1275" w:type="dxa"/>
            <w:shd w:val="clear" w:color="auto" w:fill="F2F2F2"/>
            <w:vAlign w:val="center"/>
          </w:tcPr>
          <w:p w14:paraId="7C148B6C"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32201000</w:t>
            </w:r>
          </w:p>
        </w:tc>
        <w:tc>
          <w:tcPr>
            <w:tcW w:w="2126" w:type="dxa"/>
            <w:shd w:val="clear" w:color="auto" w:fill="F2F2F2"/>
            <w:vAlign w:val="center"/>
          </w:tcPr>
          <w:p w14:paraId="3B35B6E7"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Aportes por capitalizar</w:t>
            </w:r>
          </w:p>
        </w:tc>
      </w:tr>
      <w:tr w:rsidR="00E35433" w:rsidRPr="00A64921" w14:paraId="728E3F62" w14:textId="77777777" w:rsidTr="00C55BA7">
        <w:trPr>
          <w:jc w:val="center"/>
        </w:trPr>
        <w:tc>
          <w:tcPr>
            <w:tcW w:w="1135" w:type="dxa"/>
            <w:vAlign w:val="center"/>
          </w:tcPr>
          <w:p w14:paraId="7767F074"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Acuerdo Sugef 3-06</w:t>
            </w:r>
          </w:p>
        </w:tc>
        <w:tc>
          <w:tcPr>
            <w:tcW w:w="3392" w:type="dxa"/>
            <w:vAlign w:val="center"/>
          </w:tcPr>
          <w:p w14:paraId="69808AB3"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Transitorio XXIV del Acuerdo SUGEF 3-06:</w:t>
            </w:r>
          </w:p>
          <w:p w14:paraId="0355D8E9"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 xml:space="preserve">Para efectos del cálculo del CN2 según los artículos 11, 27 y 36 de este Reglamento, se sumará el saldo contable de la cuenta </w:t>
            </w:r>
            <w:r w:rsidRPr="00A64921">
              <w:rPr>
                <w:rFonts w:asciiTheme="majorHAnsi" w:eastAsia="Aptos" w:hAnsiTheme="majorHAnsi" w:cstheme="majorHAnsi"/>
                <w:bCs/>
                <w:color w:val="0070C0"/>
                <w:sz w:val="16"/>
                <w:szCs w:val="16"/>
                <w:lang w:val="es-CR"/>
              </w:rPr>
              <w:lastRenderedPageBreak/>
              <w:t>analítica para la estimación para deudores con exposición a riesgo cambiario. Una vez que el saldo de esta cuenta analítica se haya agotado en su totalidad, la cuenta quedará inhabilitada para su uso.</w:t>
            </w:r>
          </w:p>
        </w:tc>
        <w:tc>
          <w:tcPr>
            <w:tcW w:w="3403" w:type="dxa"/>
            <w:gridSpan w:val="2"/>
            <w:vAlign w:val="center"/>
          </w:tcPr>
          <w:p w14:paraId="0F6F1AFE"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lastRenderedPageBreak/>
              <w:t>No procede</w:t>
            </w:r>
          </w:p>
        </w:tc>
        <w:tc>
          <w:tcPr>
            <w:tcW w:w="1275" w:type="dxa"/>
            <w:vAlign w:val="center"/>
          </w:tcPr>
          <w:p w14:paraId="346B4C87"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 xml:space="preserve">(13902M05) </w:t>
            </w:r>
            <w:r w:rsidRPr="00A64921">
              <w:rPr>
                <w:rFonts w:asciiTheme="majorHAnsi" w:eastAsia="Aptos" w:hAnsiTheme="majorHAnsi" w:cstheme="majorHAnsi"/>
                <w:bCs/>
                <w:color w:val="0070C0"/>
                <w:sz w:val="16"/>
                <w:szCs w:val="16"/>
                <w:lang w:val="es-CR"/>
              </w:rPr>
              <w:br/>
              <w:t>* -1</w:t>
            </w:r>
          </w:p>
        </w:tc>
        <w:tc>
          <w:tcPr>
            <w:tcW w:w="2126" w:type="dxa"/>
            <w:vAlign w:val="center"/>
          </w:tcPr>
          <w:p w14:paraId="1363B11C"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Componente para Deudores con Exposición a Riesgo Cambiario</w:t>
            </w:r>
          </w:p>
        </w:tc>
      </w:tr>
      <w:tr w:rsidR="00E35433" w:rsidRPr="00A64921" w14:paraId="62A46406" w14:textId="77777777" w:rsidTr="00E35433">
        <w:trPr>
          <w:jc w:val="center"/>
        </w:trPr>
        <w:tc>
          <w:tcPr>
            <w:tcW w:w="1135" w:type="dxa"/>
            <w:shd w:val="clear" w:color="auto" w:fill="F2F2F2"/>
            <w:vAlign w:val="center"/>
          </w:tcPr>
          <w:p w14:paraId="562285FD"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Acuerdo Sugef 3-06</w:t>
            </w:r>
          </w:p>
        </w:tc>
        <w:tc>
          <w:tcPr>
            <w:tcW w:w="3392" w:type="dxa"/>
            <w:shd w:val="clear" w:color="auto" w:fill="F2F2F2"/>
            <w:vAlign w:val="center"/>
          </w:tcPr>
          <w:p w14:paraId="057B30A0" w14:textId="77777777" w:rsidR="00E35433" w:rsidRPr="00A64921" w:rsidRDefault="00E35433" w:rsidP="00E35433">
            <w:pPr>
              <w:spacing w:before="0" w:after="0" w:line="240" w:lineRule="auto"/>
              <w:rPr>
                <w:rFonts w:asciiTheme="majorHAnsi" w:eastAsia="Aptos" w:hAnsiTheme="majorHAnsi" w:cstheme="majorHAnsi"/>
                <w:bCs/>
                <w:color w:val="0070C0"/>
                <w:sz w:val="16"/>
                <w:szCs w:val="16"/>
                <w:lang w:val="es-CR"/>
              </w:rPr>
            </w:pPr>
            <w:r w:rsidRPr="00A64921">
              <w:rPr>
                <w:rFonts w:asciiTheme="majorHAnsi" w:eastAsia="Aptos" w:hAnsiTheme="majorHAnsi" w:cstheme="majorHAnsi"/>
                <w:bCs/>
                <w:color w:val="0070C0"/>
                <w:sz w:val="16"/>
                <w:szCs w:val="16"/>
                <w:lang w:val="es-CR"/>
              </w:rPr>
              <w:t>Transitorio XXX del Acuerdo SUGEF 3-06:</w:t>
            </w:r>
          </w:p>
          <w:p w14:paraId="62052B50"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Gradualidad en la aplicación del FOFIDE dentro de la composición del CN2</w:t>
            </w:r>
          </w:p>
        </w:tc>
        <w:tc>
          <w:tcPr>
            <w:tcW w:w="3403" w:type="dxa"/>
            <w:gridSpan w:val="2"/>
            <w:shd w:val="clear" w:color="auto" w:fill="F2F2F2"/>
            <w:vAlign w:val="center"/>
          </w:tcPr>
          <w:p w14:paraId="7B5B76F2"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No procede</w:t>
            </w:r>
          </w:p>
        </w:tc>
        <w:tc>
          <w:tcPr>
            <w:tcW w:w="1275" w:type="dxa"/>
            <w:shd w:val="clear" w:color="auto" w:fill="F2F2F2"/>
            <w:vAlign w:val="center"/>
          </w:tcPr>
          <w:p w14:paraId="7EEF2EC7"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38100000</w:t>
            </w:r>
          </w:p>
        </w:tc>
        <w:tc>
          <w:tcPr>
            <w:tcW w:w="2126" w:type="dxa"/>
            <w:shd w:val="clear" w:color="auto" w:fill="F2F2F2"/>
            <w:vAlign w:val="center"/>
          </w:tcPr>
          <w:p w14:paraId="38E274B7"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Patrimonio del Fondo de financiamiento para el desarrollo</w:t>
            </w:r>
          </w:p>
        </w:tc>
      </w:tr>
      <w:tr w:rsidR="00E35433" w:rsidRPr="00A64921" w14:paraId="160EFD48" w14:textId="77777777" w:rsidTr="00C55BA7">
        <w:trPr>
          <w:jc w:val="center"/>
        </w:trPr>
        <w:tc>
          <w:tcPr>
            <w:tcW w:w="1135" w:type="dxa"/>
            <w:vAlign w:val="center"/>
          </w:tcPr>
          <w:p w14:paraId="579E2853"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Acuerdo Sugef 3-06</w:t>
            </w:r>
          </w:p>
        </w:tc>
        <w:tc>
          <w:tcPr>
            <w:tcW w:w="3392" w:type="dxa"/>
            <w:vAlign w:val="center"/>
          </w:tcPr>
          <w:p w14:paraId="697DD270"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Artículo 27, literales g) y h) El monto en exceso de Certificados de Aportación sobre el IMCA, menos el monto mensual que la entidad proyectó e informó a la Sugef, que puede destinarse para cubrir el retiro de los aportes hechos por parte de los asociados para el caso de Caja de Ahorro y Préstamos de la ANDE, al concluir cada ejercicio económico.</w:t>
            </w:r>
          </w:p>
        </w:tc>
        <w:tc>
          <w:tcPr>
            <w:tcW w:w="1128" w:type="dxa"/>
            <w:vAlign w:val="center"/>
          </w:tcPr>
          <w:p w14:paraId="1AFF0E2C"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2430</w:t>
            </w:r>
          </w:p>
        </w:tc>
        <w:tc>
          <w:tcPr>
            <w:tcW w:w="2275" w:type="dxa"/>
            <w:vAlign w:val="center"/>
          </w:tcPr>
          <w:p w14:paraId="45CF6EA6"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Certificados de Aportación en exceso al IMCA en CN2</w:t>
            </w:r>
          </w:p>
        </w:tc>
        <w:tc>
          <w:tcPr>
            <w:tcW w:w="3401" w:type="dxa"/>
            <w:gridSpan w:val="2"/>
            <w:vAlign w:val="center"/>
          </w:tcPr>
          <w:p w14:paraId="41D4A6C7"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No procede</w:t>
            </w:r>
          </w:p>
        </w:tc>
      </w:tr>
      <w:tr w:rsidR="00E35433" w:rsidRPr="00A64921" w14:paraId="1BED8EF8" w14:textId="77777777" w:rsidTr="00E35433">
        <w:trPr>
          <w:jc w:val="center"/>
        </w:trPr>
        <w:tc>
          <w:tcPr>
            <w:tcW w:w="1135" w:type="dxa"/>
            <w:tcBorders>
              <w:bottom w:val="single" w:sz="4" w:space="0" w:color="auto"/>
            </w:tcBorders>
            <w:shd w:val="clear" w:color="auto" w:fill="F2F2F2"/>
            <w:vAlign w:val="center"/>
          </w:tcPr>
          <w:p w14:paraId="58177697"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Acuerdo Sugef 3-06</w:t>
            </w:r>
          </w:p>
        </w:tc>
        <w:tc>
          <w:tcPr>
            <w:tcW w:w="3392" w:type="dxa"/>
            <w:tcBorders>
              <w:bottom w:val="single" w:sz="4" w:space="0" w:color="auto"/>
            </w:tcBorders>
            <w:shd w:val="clear" w:color="auto" w:fill="F2F2F2"/>
            <w:vAlign w:val="center"/>
          </w:tcPr>
          <w:p w14:paraId="172D6AFB"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Artículo 27 literal c) y Artículo 36 literal c) Las donaciones con carácter de permanencia definitiva en el patrimonio de la entidad, debidamente formalizadas en los estatutos de la entidad. Para su admisión en el CN2, las donaciones deben encontrarse dentro del plazo máximo de 12 meses contados a partir de la fecha de recibo por parte de la entidad de los correspondientes activos.</w:t>
            </w:r>
          </w:p>
        </w:tc>
        <w:tc>
          <w:tcPr>
            <w:tcW w:w="1128" w:type="dxa"/>
            <w:tcBorders>
              <w:bottom w:val="single" w:sz="4" w:space="0" w:color="auto"/>
            </w:tcBorders>
            <w:shd w:val="clear" w:color="auto" w:fill="F2F2F2"/>
            <w:vAlign w:val="center"/>
          </w:tcPr>
          <w:p w14:paraId="446DD6C8"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2270</w:t>
            </w:r>
          </w:p>
        </w:tc>
        <w:tc>
          <w:tcPr>
            <w:tcW w:w="2275" w:type="dxa"/>
            <w:tcBorders>
              <w:bottom w:val="single" w:sz="4" w:space="0" w:color="auto"/>
            </w:tcBorders>
            <w:shd w:val="clear" w:color="auto" w:fill="F2F2F2"/>
            <w:vAlign w:val="center"/>
          </w:tcPr>
          <w:p w14:paraId="44D587F4"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Donaciones por capitalizar autorizadas y por registrar en el Registro Público</w:t>
            </w:r>
          </w:p>
        </w:tc>
        <w:tc>
          <w:tcPr>
            <w:tcW w:w="1275" w:type="dxa"/>
            <w:tcBorders>
              <w:bottom w:val="single" w:sz="4" w:space="0" w:color="auto"/>
            </w:tcBorders>
            <w:shd w:val="clear" w:color="auto" w:fill="F2F2F2"/>
            <w:vAlign w:val="center"/>
          </w:tcPr>
          <w:p w14:paraId="4ECD788D" w14:textId="77777777" w:rsidR="00E35433" w:rsidRPr="00A64921" w:rsidRDefault="00E35433" w:rsidP="00E35433">
            <w:pPr>
              <w:spacing w:before="0" w:after="0" w:line="240" w:lineRule="auto"/>
              <w:jc w:val="center"/>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32202M01</w:t>
            </w:r>
          </w:p>
        </w:tc>
        <w:tc>
          <w:tcPr>
            <w:tcW w:w="2126" w:type="dxa"/>
            <w:tcBorders>
              <w:bottom w:val="single" w:sz="4" w:space="0" w:color="auto"/>
            </w:tcBorders>
            <w:shd w:val="clear" w:color="auto" w:fill="F2F2F2"/>
            <w:vAlign w:val="center"/>
          </w:tcPr>
          <w:p w14:paraId="3B969C0E" w14:textId="77777777" w:rsidR="00E35433" w:rsidRPr="00A64921" w:rsidRDefault="00E35433" w:rsidP="00E35433">
            <w:pPr>
              <w:spacing w:before="0" w:after="0" w:line="240" w:lineRule="auto"/>
              <w:rPr>
                <w:rFonts w:asciiTheme="majorHAnsi" w:eastAsia="Aptos" w:hAnsiTheme="majorHAnsi" w:cstheme="majorHAnsi"/>
                <w:bCs/>
                <w:sz w:val="16"/>
                <w:szCs w:val="16"/>
                <w:lang w:val="es-CR"/>
              </w:rPr>
            </w:pPr>
            <w:r w:rsidRPr="00A64921">
              <w:rPr>
                <w:rFonts w:asciiTheme="majorHAnsi" w:eastAsia="Aptos" w:hAnsiTheme="majorHAnsi" w:cstheme="majorHAnsi"/>
                <w:bCs/>
                <w:color w:val="0070C0"/>
                <w:sz w:val="16"/>
                <w:szCs w:val="16"/>
                <w:lang w:val="es-CR"/>
              </w:rPr>
              <w:t>Donaciones por capitalizar autorizados y por registrar en el Registro Público</w:t>
            </w:r>
          </w:p>
        </w:tc>
      </w:tr>
      <w:tr w:rsidR="00E35433" w:rsidRPr="00A64921" w14:paraId="6FEE7939" w14:textId="77777777" w:rsidTr="00C55BA7">
        <w:trPr>
          <w:jc w:val="center"/>
        </w:trPr>
        <w:tc>
          <w:tcPr>
            <w:tcW w:w="1135" w:type="dxa"/>
            <w:tcBorders>
              <w:bottom w:val="single" w:sz="12" w:space="0" w:color="auto"/>
              <w:right w:val="nil"/>
            </w:tcBorders>
          </w:tcPr>
          <w:p w14:paraId="0392775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392" w:type="dxa"/>
            <w:tcBorders>
              <w:left w:val="nil"/>
              <w:bottom w:val="single" w:sz="12" w:space="0" w:color="auto"/>
              <w:right w:val="nil"/>
            </w:tcBorders>
          </w:tcPr>
          <w:p w14:paraId="24F8333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128" w:type="dxa"/>
            <w:tcBorders>
              <w:left w:val="nil"/>
              <w:bottom w:val="single" w:sz="12" w:space="0" w:color="auto"/>
              <w:right w:val="nil"/>
            </w:tcBorders>
          </w:tcPr>
          <w:p w14:paraId="60D2C30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275" w:type="dxa"/>
            <w:tcBorders>
              <w:left w:val="nil"/>
              <w:bottom w:val="single" w:sz="12" w:space="0" w:color="auto"/>
              <w:right w:val="nil"/>
            </w:tcBorders>
          </w:tcPr>
          <w:p w14:paraId="1091379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275" w:type="dxa"/>
            <w:tcBorders>
              <w:left w:val="nil"/>
              <w:bottom w:val="single" w:sz="12" w:space="0" w:color="auto"/>
              <w:right w:val="nil"/>
            </w:tcBorders>
          </w:tcPr>
          <w:p w14:paraId="2E0E775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left w:val="nil"/>
              <w:bottom w:val="single" w:sz="12" w:space="0" w:color="auto"/>
            </w:tcBorders>
          </w:tcPr>
          <w:p w14:paraId="7C053C7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7858B324" w14:textId="77777777" w:rsidTr="00E35433">
        <w:trPr>
          <w:jc w:val="center"/>
        </w:trPr>
        <w:tc>
          <w:tcPr>
            <w:tcW w:w="1135" w:type="dxa"/>
            <w:tcBorders>
              <w:top w:val="single" w:sz="12" w:space="0" w:color="auto"/>
              <w:left w:val="single" w:sz="12" w:space="0" w:color="auto"/>
              <w:bottom w:val="single" w:sz="12" w:space="0" w:color="auto"/>
            </w:tcBorders>
            <w:shd w:val="clear" w:color="auto" w:fill="DAE9F7"/>
          </w:tcPr>
          <w:p w14:paraId="2AAD7C9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105</w:t>
            </w:r>
          </w:p>
        </w:tc>
        <w:tc>
          <w:tcPr>
            <w:tcW w:w="3392" w:type="dxa"/>
            <w:tcBorders>
              <w:top w:val="single" w:sz="12" w:space="0" w:color="auto"/>
              <w:bottom w:val="single" w:sz="12" w:space="0" w:color="auto"/>
            </w:tcBorders>
            <w:shd w:val="clear" w:color="auto" w:fill="DAE9F7"/>
          </w:tcPr>
          <w:p w14:paraId="5C92651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6. Deducciones a los elementos del CN2</w:t>
            </w:r>
          </w:p>
        </w:tc>
        <w:tc>
          <w:tcPr>
            <w:tcW w:w="1128" w:type="dxa"/>
            <w:tcBorders>
              <w:top w:val="single" w:sz="12" w:space="0" w:color="auto"/>
              <w:bottom w:val="single" w:sz="12" w:space="0" w:color="auto"/>
            </w:tcBorders>
            <w:shd w:val="clear" w:color="auto" w:fill="DAE9F7"/>
            <w:vAlign w:val="center"/>
          </w:tcPr>
          <w:p w14:paraId="773CAC7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2300</w:t>
            </w:r>
          </w:p>
        </w:tc>
        <w:tc>
          <w:tcPr>
            <w:tcW w:w="2275" w:type="dxa"/>
            <w:tcBorders>
              <w:top w:val="single" w:sz="12" w:space="0" w:color="auto"/>
              <w:bottom w:val="single" w:sz="12" w:space="0" w:color="auto"/>
            </w:tcBorders>
            <w:shd w:val="clear" w:color="auto" w:fill="DAE9F7"/>
          </w:tcPr>
          <w:p w14:paraId="6DB2641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Deducciones del CN2</w:t>
            </w:r>
          </w:p>
        </w:tc>
        <w:tc>
          <w:tcPr>
            <w:tcW w:w="3401" w:type="dxa"/>
            <w:gridSpan w:val="2"/>
            <w:tcBorders>
              <w:top w:val="single" w:sz="12" w:space="0" w:color="auto"/>
              <w:bottom w:val="single" w:sz="12" w:space="0" w:color="auto"/>
              <w:right w:val="single" w:sz="12" w:space="0" w:color="auto"/>
            </w:tcBorders>
            <w:shd w:val="clear" w:color="auto" w:fill="DAE9F7"/>
          </w:tcPr>
          <w:p w14:paraId="6FB7C6F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r>
      <w:tr w:rsidR="00E35433" w:rsidRPr="00A64921" w14:paraId="7F3093E1" w14:textId="77777777" w:rsidTr="00C55BA7">
        <w:trPr>
          <w:jc w:val="center"/>
        </w:trPr>
        <w:tc>
          <w:tcPr>
            <w:tcW w:w="1135" w:type="dxa"/>
            <w:tcBorders>
              <w:top w:val="single" w:sz="12" w:space="0" w:color="auto"/>
            </w:tcBorders>
            <w:vAlign w:val="center"/>
          </w:tcPr>
          <w:p w14:paraId="7DDD5BF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392" w:type="dxa"/>
            <w:tcBorders>
              <w:top w:val="single" w:sz="12" w:space="0" w:color="auto"/>
            </w:tcBorders>
            <w:vAlign w:val="center"/>
          </w:tcPr>
          <w:p w14:paraId="301D341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CN2 adquiridos por la propia empresa.</w:t>
            </w:r>
          </w:p>
        </w:tc>
        <w:tc>
          <w:tcPr>
            <w:tcW w:w="1128" w:type="dxa"/>
            <w:tcBorders>
              <w:top w:val="single" w:sz="12" w:space="0" w:color="auto"/>
            </w:tcBorders>
            <w:vAlign w:val="center"/>
          </w:tcPr>
          <w:p w14:paraId="6B646D2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2310</w:t>
            </w:r>
          </w:p>
        </w:tc>
        <w:tc>
          <w:tcPr>
            <w:tcW w:w="2275" w:type="dxa"/>
            <w:tcBorders>
              <w:top w:val="single" w:sz="12" w:space="0" w:color="auto"/>
            </w:tcBorders>
            <w:vAlign w:val="center"/>
          </w:tcPr>
          <w:p w14:paraId="06BD969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CN2 adquiridos por la propia entidad</w:t>
            </w:r>
          </w:p>
        </w:tc>
        <w:tc>
          <w:tcPr>
            <w:tcW w:w="1275" w:type="dxa"/>
            <w:tcBorders>
              <w:top w:val="single" w:sz="12" w:space="0" w:color="auto"/>
            </w:tcBorders>
            <w:vAlign w:val="center"/>
          </w:tcPr>
          <w:p w14:paraId="3246012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31502000</w:t>
            </w:r>
          </w:p>
        </w:tc>
        <w:tc>
          <w:tcPr>
            <w:tcW w:w="2126" w:type="dxa"/>
            <w:tcBorders>
              <w:top w:val="single" w:sz="12" w:space="0" w:color="auto"/>
            </w:tcBorders>
            <w:vAlign w:val="center"/>
          </w:tcPr>
          <w:p w14:paraId="42A641A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 - Acciones en tesorería</w:t>
            </w:r>
          </w:p>
        </w:tc>
      </w:tr>
      <w:tr w:rsidR="00E35433" w:rsidRPr="00A64921" w14:paraId="68CE70E8" w14:textId="77777777" w:rsidTr="00E35433">
        <w:trPr>
          <w:jc w:val="center"/>
        </w:trPr>
        <w:tc>
          <w:tcPr>
            <w:tcW w:w="1135" w:type="dxa"/>
            <w:shd w:val="clear" w:color="auto" w:fill="F2F2F2"/>
            <w:vAlign w:val="center"/>
          </w:tcPr>
          <w:p w14:paraId="05A6092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392" w:type="dxa"/>
            <w:shd w:val="clear" w:color="auto" w:fill="F2F2F2"/>
            <w:vAlign w:val="center"/>
          </w:tcPr>
          <w:p w14:paraId="4DB95AD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CN2 emitidos por la propia empresa que se encuentran dados en garantía de operaciones crediticias otorgadas por ella misma.</w:t>
            </w:r>
          </w:p>
        </w:tc>
        <w:tc>
          <w:tcPr>
            <w:tcW w:w="1128" w:type="dxa"/>
            <w:shd w:val="clear" w:color="auto" w:fill="F2F2F2"/>
            <w:vAlign w:val="center"/>
          </w:tcPr>
          <w:p w14:paraId="5ADF66E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2320</w:t>
            </w:r>
          </w:p>
        </w:tc>
        <w:tc>
          <w:tcPr>
            <w:tcW w:w="2275" w:type="dxa"/>
            <w:shd w:val="clear" w:color="auto" w:fill="F2F2F2"/>
            <w:vAlign w:val="center"/>
          </w:tcPr>
          <w:p w14:paraId="477BF34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 la entidad que califican en CN2 que hayan sido objeto de gravámenes por operaciones efectuadas por ella misma</w:t>
            </w:r>
          </w:p>
        </w:tc>
        <w:tc>
          <w:tcPr>
            <w:tcW w:w="1275" w:type="dxa"/>
            <w:shd w:val="clear" w:color="auto" w:fill="F2F2F2"/>
            <w:vAlign w:val="center"/>
          </w:tcPr>
          <w:p w14:paraId="7931B81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31100000</w:t>
            </w:r>
          </w:p>
        </w:tc>
        <w:tc>
          <w:tcPr>
            <w:tcW w:w="2126" w:type="dxa"/>
            <w:shd w:val="clear" w:color="auto" w:fill="F2F2F2"/>
            <w:vAlign w:val="center"/>
          </w:tcPr>
          <w:p w14:paraId="036F885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w:t>
            </w:r>
          </w:p>
        </w:tc>
      </w:tr>
      <w:tr w:rsidR="00E35433" w:rsidRPr="00A64921" w14:paraId="31C8090D" w14:textId="77777777" w:rsidTr="00C55BA7">
        <w:trPr>
          <w:jc w:val="center"/>
        </w:trPr>
        <w:tc>
          <w:tcPr>
            <w:tcW w:w="1135" w:type="dxa"/>
            <w:vAlign w:val="center"/>
          </w:tcPr>
          <w:p w14:paraId="52CE656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392" w:type="dxa"/>
            <w:vAlign w:val="center"/>
          </w:tcPr>
          <w:p w14:paraId="5315C4B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homólogos al CN2, que calificarían como tales bajo los criterios establecidos en el Anexo XVI de este reglamento. Esta deducción se efectúa con independencia del porcentaje de participación de la empresa supervisada en el capital social y de la naturaleza de la empresa de que se trate.</w:t>
            </w:r>
          </w:p>
        </w:tc>
        <w:tc>
          <w:tcPr>
            <w:tcW w:w="1128" w:type="dxa"/>
            <w:vAlign w:val="center"/>
          </w:tcPr>
          <w:p w14:paraId="05286A3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2330</w:t>
            </w:r>
          </w:p>
        </w:tc>
        <w:tc>
          <w:tcPr>
            <w:tcW w:w="2275" w:type="dxa"/>
            <w:vAlign w:val="center"/>
          </w:tcPr>
          <w:p w14:paraId="7A7F694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instrumentos homólogos al CN2, que calificarían como tales bajo los criterios establecidos en el Anexo XVI del Acuerdo CONASSIF 16-22.</w:t>
            </w:r>
          </w:p>
        </w:tc>
        <w:tc>
          <w:tcPr>
            <w:tcW w:w="1275" w:type="dxa"/>
            <w:vAlign w:val="center"/>
          </w:tcPr>
          <w:p w14:paraId="04F632C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16000000</w:t>
            </w:r>
          </w:p>
        </w:tc>
        <w:tc>
          <w:tcPr>
            <w:tcW w:w="2126" w:type="dxa"/>
            <w:vAlign w:val="center"/>
          </w:tcPr>
          <w:p w14:paraId="740653C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bl>
    <w:p w14:paraId="62100DF7" w14:textId="77777777" w:rsidR="00E35433" w:rsidRPr="00E35433" w:rsidRDefault="00E35433" w:rsidP="00E35433">
      <w:pPr>
        <w:spacing w:before="0" w:after="120" w:line="240" w:lineRule="auto"/>
        <w:jc w:val="center"/>
        <w:textAlignment w:val="baseline"/>
        <w:rPr>
          <w:rFonts w:ascii="Roboto" w:eastAsia="Cambria" w:hAnsi="Roboto"/>
          <w:kern w:val="2"/>
          <w:sz w:val="16"/>
          <w:szCs w:val="16"/>
          <w:lang w:val="es-CR"/>
          <w14:ligatures w14:val="standardContextual"/>
        </w:rPr>
      </w:pPr>
    </w:p>
    <w:p w14:paraId="1CF49932" w14:textId="77777777" w:rsidR="00E35433" w:rsidRPr="00A64921" w:rsidRDefault="00E35433" w:rsidP="00E35433">
      <w:pPr>
        <w:spacing w:after="120" w:line="240" w:lineRule="auto"/>
        <w:ind w:left="1701"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2)</w:t>
      </w:r>
      <w:r w:rsidRPr="00A64921">
        <w:rPr>
          <w:rFonts w:asciiTheme="majorHAnsi" w:eastAsia="Aptos" w:hAnsiTheme="majorHAnsi" w:cstheme="majorHAnsi"/>
          <w:b/>
          <w:bCs/>
          <w:kern w:val="2"/>
          <w:szCs w:val="22"/>
          <w:lang w:val="es-CR"/>
          <w14:ligatures w14:val="standardContextual"/>
        </w:rPr>
        <w:tab/>
        <w:t>PARA GRUPOS Y CONGLOMERADOS FINANCIEROS SUPERVISADOS POR SUGEVAL</w:t>
      </w:r>
    </w:p>
    <w:p w14:paraId="6EA5CC2F" w14:textId="77777777" w:rsidR="00E35433" w:rsidRPr="00A64921" w:rsidRDefault="00E35433" w:rsidP="00E35433">
      <w:pPr>
        <w:spacing w:before="0" w:after="120" w:line="240" w:lineRule="auto"/>
        <w:jc w:val="center"/>
        <w:textAlignment w:val="baseline"/>
        <w:rPr>
          <w:rFonts w:asciiTheme="majorHAnsi" w:eastAsia="Cambria" w:hAnsiTheme="majorHAnsi" w:cstheme="majorHAnsi"/>
          <w:b/>
          <w:bCs/>
          <w:color w:val="000000"/>
          <w:kern w:val="2"/>
          <w:szCs w:val="22"/>
          <w:lang w:val="es-CR"/>
          <w14:ligatures w14:val="standardContextual"/>
        </w:rPr>
      </w:pPr>
      <w:r w:rsidRPr="00A64921">
        <w:rPr>
          <w:rFonts w:asciiTheme="majorHAnsi" w:eastAsia="Cambria" w:hAnsiTheme="majorHAnsi" w:cstheme="majorHAnsi"/>
          <w:b/>
          <w:bCs/>
          <w:color w:val="000000"/>
          <w:kern w:val="2"/>
          <w:szCs w:val="22"/>
          <w:lang w:val="es-CR"/>
          <w14:ligatures w14:val="standardContextual"/>
        </w:rPr>
        <w:t>CAPITAL BASE DE LA SOCIEDAD CONTROLADORA</w:t>
      </w:r>
    </w:p>
    <w:p w14:paraId="699709AD" w14:textId="77777777" w:rsidR="00E35433" w:rsidRPr="00E35433" w:rsidRDefault="00E35433" w:rsidP="00E35433">
      <w:pPr>
        <w:spacing w:before="0" w:after="120" w:line="240" w:lineRule="auto"/>
        <w:jc w:val="center"/>
        <w:textAlignment w:val="baseline"/>
        <w:rPr>
          <w:rFonts w:ascii="Roboto" w:eastAsia="Cambria" w:hAnsi="Roboto"/>
          <w:kern w:val="2"/>
          <w:sz w:val="16"/>
          <w:szCs w:val="16"/>
          <w:lang w:val="es-CR"/>
          <w14:ligatures w14:val="standardContextual"/>
        </w:rPr>
      </w:pPr>
      <w:r w:rsidRPr="00E35433">
        <w:rPr>
          <w:rFonts w:ascii="Roboto" w:eastAsia="Cambria" w:hAnsi="Roboto"/>
          <w:kern w:val="2"/>
          <w:sz w:val="16"/>
          <w:szCs w:val="16"/>
          <w:lang w:val="es-CR"/>
          <w14:ligatures w14:val="standardContextual"/>
        </w:rPr>
        <w:t>Nombre de la sociedad controladora: ______________________</w:t>
      </w:r>
    </w:p>
    <w:p w14:paraId="625B338C" w14:textId="77777777" w:rsidR="00E35433" w:rsidRPr="00E35433" w:rsidRDefault="00E35433" w:rsidP="00E35433">
      <w:pPr>
        <w:spacing w:before="0" w:after="120" w:line="240" w:lineRule="auto"/>
        <w:jc w:val="center"/>
        <w:textAlignment w:val="baseline"/>
        <w:rPr>
          <w:rFonts w:ascii="Roboto" w:eastAsia="Cambria" w:hAnsi="Roboto"/>
          <w:kern w:val="2"/>
          <w:sz w:val="16"/>
          <w:szCs w:val="16"/>
          <w:lang w:val="es-CR"/>
          <w14:ligatures w14:val="standardContextual"/>
        </w:rPr>
      </w:pPr>
      <w:r w:rsidRPr="00E35433">
        <w:rPr>
          <w:rFonts w:ascii="Roboto" w:eastAsia="Cambria" w:hAnsi="Roboto"/>
          <w:kern w:val="2"/>
          <w:sz w:val="16"/>
          <w:szCs w:val="16"/>
          <w:lang w:val="es-CR"/>
          <w14:ligatures w14:val="standardContextual"/>
        </w:rPr>
        <w:t>Al _________</w:t>
      </w:r>
    </w:p>
    <w:p w14:paraId="5FD56BCE" w14:textId="77777777" w:rsidR="00E35433" w:rsidRPr="00E35433" w:rsidRDefault="00E35433" w:rsidP="00E35433">
      <w:pPr>
        <w:spacing w:before="0" w:after="120" w:line="240" w:lineRule="auto"/>
        <w:jc w:val="center"/>
        <w:textAlignment w:val="baseline"/>
        <w:rPr>
          <w:rFonts w:ascii="Roboto" w:eastAsia="Cambria" w:hAnsi="Roboto"/>
          <w:kern w:val="2"/>
          <w:sz w:val="16"/>
          <w:szCs w:val="16"/>
          <w:lang w:val="es-CR"/>
          <w14:ligatures w14:val="standardContextual"/>
        </w:rPr>
      </w:pPr>
      <w:r w:rsidRPr="00E35433">
        <w:rPr>
          <w:rFonts w:ascii="Roboto" w:eastAsia="Cambria" w:hAnsi="Roboto"/>
          <w:kern w:val="2"/>
          <w:sz w:val="16"/>
          <w:szCs w:val="16"/>
          <w:lang w:val="es-CR"/>
          <w14:ligatures w14:val="standardContextual"/>
        </w:rPr>
        <w:t>(cifras en miles de colones)</w:t>
      </w:r>
    </w:p>
    <w:tbl>
      <w:tblPr>
        <w:tblStyle w:val="Tablaconcuadrcula2"/>
        <w:tblW w:w="11331" w:type="dxa"/>
        <w:jc w:val="center"/>
        <w:tblLayout w:type="fixed"/>
        <w:tblLook w:val="04A0" w:firstRow="1" w:lastRow="0" w:firstColumn="1" w:lastColumn="0" w:noHBand="0" w:noVBand="1"/>
      </w:tblPr>
      <w:tblGrid>
        <w:gridCol w:w="1135"/>
        <w:gridCol w:w="3392"/>
        <w:gridCol w:w="1128"/>
        <w:gridCol w:w="2275"/>
        <w:gridCol w:w="1269"/>
        <w:gridCol w:w="2132"/>
      </w:tblGrid>
      <w:tr w:rsidR="00E35433" w:rsidRPr="00E35433" w14:paraId="5E5E112B" w14:textId="77777777" w:rsidTr="00E35433">
        <w:trPr>
          <w:tblHeader/>
          <w:jc w:val="center"/>
        </w:trPr>
        <w:tc>
          <w:tcPr>
            <w:tcW w:w="4527" w:type="dxa"/>
            <w:gridSpan w:val="2"/>
            <w:vMerge w:val="restart"/>
            <w:tcBorders>
              <w:top w:val="single" w:sz="12" w:space="0" w:color="auto"/>
              <w:left w:val="single" w:sz="12" w:space="0" w:color="auto"/>
              <w:bottom w:val="single" w:sz="12" w:space="0" w:color="auto"/>
              <w:right w:val="single" w:sz="12" w:space="0" w:color="auto"/>
            </w:tcBorders>
            <w:shd w:val="clear" w:color="auto" w:fill="DAE9F7"/>
            <w:vAlign w:val="center"/>
          </w:tcPr>
          <w:p w14:paraId="1995B7E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Reglamento sobre Supervisión Consolidada</w:t>
            </w:r>
          </w:p>
        </w:tc>
        <w:tc>
          <w:tcPr>
            <w:tcW w:w="3403"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1FBCA1E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Dato adicional</w:t>
            </w:r>
          </w:p>
        </w:tc>
        <w:tc>
          <w:tcPr>
            <w:tcW w:w="3401"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229C39B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Cuenta contable</w:t>
            </w:r>
          </w:p>
        </w:tc>
      </w:tr>
      <w:tr w:rsidR="00E35433" w:rsidRPr="00E35433" w14:paraId="04989094" w14:textId="77777777" w:rsidTr="00E35433">
        <w:trPr>
          <w:tblHeader/>
          <w:jc w:val="center"/>
        </w:trPr>
        <w:tc>
          <w:tcPr>
            <w:tcW w:w="4527" w:type="dxa"/>
            <w:gridSpan w:val="2"/>
            <w:vMerge/>
            <w:tcBorders>
              <w:top w:val="nil"/>
              <w:left w:val="single" w:sz="12" w:space="0" w:color="auto"/>
              <w:bottom w:val="single" w:sz="12" w:space="0" w:color="auto"/>
              <w:right w:val="single" w:sz="12" w:space="0" w:color="auto"/>
            </w:tcBorders>
            <w:shd w:val="clear" w:color="auto" w:fill="DAE9F7"/>
          </w:tcPr>
          <w:p w14:paraId="59C57E9A"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top w:val="single" w:sz="12" w:space="0" w:color="auto"/>
              <w:left w:val="single" w:sz="12" w:space="0" w:color="auto"/>
              <w:bottom w:val="single" w:sz="12" w:space="0" w:color="auto"/>
              <w:right w:val="single" w:sz="12" w:space="0" w:color="auto"/>
            </w:tcBorders>
            <w:shd w:val="clear" w:color="auto" w:fill="DAE9F7"/>
            <w:vAlign w:val="center"/>
          </w:tcPr>
          <w:p w14:paraId="0896CDF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Número</w:t>
            </w:r>
          </w:p>
        </w:tc>
        <w:tc>
          <w:tcPr>
            <w:tcW w:w="2275" w:type="dxa"/>
            <w:tcBorders>
              <w:top w:val="single" w:sz="12" w:space="0" w:color="auto"/>
              <w:left w:val="single" w:sz="12" w:space="0" w:color="auto"/>
              <w:bottom w:val="single" w:sz="12" w:space="0" w:color="auto"/>
              <w:right w:val="single" w:sz="12" w:space="0" w:color="auto"/>
            </w:tcBorders>
            <w:shd w:val="clear" w:color="auto" w:fill="DAE9F7"/>
            <w:vAlign w:val="center"/>
          </w:tcPr>
          <w:p w14:paraId="1C672A8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Descripción</w:t>
            </w:r>
          </w:p>
        </w:tc>
        <w:tc>
          <w:tcPr>
            <w:tcW w:w="1269" w:type="dxa"/>
            <w:tcBorders>
              <w:top w:val="single" w:sz="12" w:space="0" w:color="auto"/>
              <w:left w:val="single" w:sz="12" w:space="0" w:color="auto"/>
              <w:bottom w:val="single" w:sz="12" w:space="0" w:color="auto"/>
              <w:right w:val="single" w:sz="12" w:space="0" w:color="auto"/>
            </w:tcBorders>
            <w:shd w:val="clear" w:color="auto" w:fill="DAE9F7"/>
            <w:vAlign w:val="center"/>
          </w:tcPr>
          <w:p w14:paraId="3CD8768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Número</w:t>
            </w:r>
          </w:p>
        </w:tc>
        <w:tc>
          <w:tcPr>
            <w:tcW w:w="2132" w:type="dxa"/>
            <w:tcBorders>
              <w:top w:val="single" w:sz="12" w:space="0" w:color="auto"/>
              <w:left w:val="single" w:sz="12" w:space="0" w:color="auto"/>
              <w:bottom w:val="single" w:sz="12" w:space="0" w:color="auto"/>
              <w:right w:val="single" w:sz="12" w:space="0" w:color="auto"/>
            </w:tcBorders>
            <w:shd w:val="clear" w:color="auto" w:fill="DAE9F7"/>
            <w:vAlign w:val="center"/>
          </w:tcPr>
          <w:p w14:paraId="57481D4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Descripción</w:t>
            </w:r>
          </w:p>
        </w:tc>
      </w:tr>
      <w:tr w:rsidR="00E35433" w:rsidRPr="00E35433" w14:paraId="5354DCC7"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6BEF386F"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CAPITAL BASE (A+B)</w:t>
            </w:r>
          </w:p>
        </w:tc>
      </w:tr>
      <w:tr w:rsidR="00E35433" w:rsidRPr="00E35433" w14:paraId="0B0F7506"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79A6B234"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 CAPITAL NIVEL 1 (I+II)</w:t>
            </w:r>
          </w:p>
        </w:tc>
      </w:tr>
      <w:tr w:rsidR="00E35433" w:rsidRPr="00E35433" w14:paraId="55118A91"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6B090BAB"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I) CAPITAL COMÚN NIVEL 1 (1 - 2)</w:t>
            </w:r>
          </w:p>
        </w:tc>
      </w:tr>
      <w:tr w:rsidR="00E35433" w:rsidRPr="00E35433" w14:paraId="44613BD6" w14:textId="77777777" w:rsidTr="00E35433">
        <w:trPr>
          <w:jc w:val="center"/>
        </w:trPr>
        <w:tc>
          <w:tcPr>
            <w:tcW w:w="1135" w:type="dxa"/>
            <w:tcBorders>
              <w:top w:val="single" w:sz="12" w:space="0" w:color="auto"/>
              <w:left w:val="single" w:sz="12" w:space="0" w:color="auto"/>
              <w:bottom w:val="single" w:sz="12" w:space="0" w:color="auto"/>
              <w:right w:val="single" w:sz="12" w:space="0" w:color="auto"/>
            </w:tcBorders>
            <w:shd w:val="clear" w:color="auto" w:fill="DAE9F7"/>
            <w:vAlign w:val="center"/>
          </w:tcPr>
          <w:p w14:paraId="1CFDC8CD"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Artículo 97</w:t>
            </w:r>
          </w:p>
        </w:tc>
        <w:tc>
          <w:tcPr>
            <w:tcW w:w="10196" w:type="dxa"/>
            <w:gridSpan w:val="5"/>
            <w:tcBorders>
              <w:top w:val="single" w:sz="12" w:space="0" w:color="auto"/>
              <w:left w:val="single" w:sz="12" w:space="0" w:color="auto"/>
              <w:bottom w:val="single" w:sz="12" w:space="0" w:color="auto"/>
              <w:right w:val="single" w:sz="12" w:space="0" w:color="auto"/>
            </w:tcBorders>
            <w:shd w:val="clear" w:color="auto" w:fill="DAE9F7"/>
          </w:tcPr>
          <w:p w14:paraId="4F0D1812"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1) Elementos del CCN1</w:t>
            </w:r>
          </w:p>
        </w:tc>
      </w:tr>
      <w:tr w:rsidR="00E35433" w:rsidRPr="00E35433" w14:paraId="6408F41C" w14:textId="77777777" w:rsidTr="00C55BA7">
        <w:trPr>
          <w:jc w:val="center"/>
        </w:trPr>
        <w:tc>
          <w:tcPr>
            <w:tcW w:w="1135" w:type="dxa"/>
            <w:tcBorders>
              <w:top w:val="single" w:sz="12" w:space="0" w:color="auto"/>
            </w:tcBorders>
            <w:vAlign w:val="center"/>
          </w:tcPr>
          <w:p w14:paraId="61415DA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tcPr>
          <w:p w14:paraId="23B2B280"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acciones comunes que cumplan con todos y cada uno de los criterios de admisibilidad para formar parte del CCN1, dispuestos en el Anexo XVI de este reglamento.</w:t>
            </w:r>
          </w:p>
        </w:tc>
        <w:tc>
          <w:tcPr>
            <w:tcW w:w="3403" w:type="dxa"/>
            <w:gridSpan w:val="2"/>
            <w:tcBorders>
              <w:top w:val="single" w:sz="12" w:space="0" w:color="auto"/>
            </w:tcBorders>
            <w:vAlign w:val="center"/>
          </w:tcPr>
          <w:p w14:paraId="1976A26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tcBorders>
              <w:top w:val="single" w:sz="12" w:space="0" w:color="auto"/>
            </w:tcBorders>
            <w:vAlign w:val="center"/>
          </w:tcPr>
          <w:p w14:paraId="774040D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31101000</w:t>
            </w:r>
          </w:p>
        </w:tc>
        <w:tc>
          <w:tcPr>
            <w:tcW w:w="2132" w:type="dxa"/>
            <w:tcBorders>
              <w:top w:val="single" w:sz="12" w:space="0" w:color="auto"/>
            </w:tcBorders>
            <w:vAlign w:val="center"/>
          </w:tcPr>
          <w:p w14:paraId="7703B37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 ordinario</w:t>
            </w:r>
          </w:p>
        </w:tc>
      </w:tr>
      <w:tr w:rsidR="00E35433" w:rsidRPr="00E35433" w14:paraId="537932CD" w14:textId="77777777" w:rsidTr="00E35433">
        <w:trPr>
          <w:jc w:val="center"/>
        </w:trPr>
        <w:tc>
          <w:tcPr>
            <w:tcW w:w="1135" w:type="dxa"/>
            <w:shd w:val="clear" w:color="auto" w:fill="F2F2F2"/>
            <w:vAlign w:val="center"/>
          </w:tcPr>
          <w:p w14:paraId="4689B73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tcPr>
          <w:p w14:paraId="2C46285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primas relacionadas con los instrumentos del inciso anterior, netas de los descuentos, y costos de emisión y de colocación.</w:t>
            </w:r>
          </w:p>
        </w:tc>
        <w:tc>
          <w:tcPr>
            <w:tcW w:w="3403" w:type="dxa"/>
            <w:gridSpan w:val="2"/>
            <w:shd w:val="clear" w:color="auto" w:fill="F2F2F2"/>
            <w:vAlign w:val="center"/>
          </w:tcPr>
          <w:p w14:paraId="1A86ABB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3B77172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32100000</w:t>
            </w:r>
          </w:p>
        </w:tc>
        <w:tc>
          <w:tcPr>
            <w:tcW w:w="2132" w:type="dxa"/>
            <w:shd w:val="clear" w:color="auto" w:fill="F2F2F2"/>
            <w:vAlign w:val="center"/>
          </w:tcPr>
          <w:p w14:paraId="62BEF99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Capital pagado adicional</w:t>
            </w:r>
          </w:p>
        </w:tc>
      </w:tr>
      <w:tr w:rsidR="00E35433" w:rsidRPr="00E35433" w14:paraId="359DCB3E" w14:textId="77777777" w:rsidTr="00C55BA7">
        <w:trPr>
          <w:jc w:val="center"/>
        </w:trPr>
        <w:tc>
          <w:tcPr>
            <w:tcW w:w="1135" w:type="dxa"/>
            <w:vAlign w:val="center"/>
          </w:tcPr>
          <w:p w14:paraId="6B9EB75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tcPr>
          <w:p w14:paraId="42ED634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 reserva legal.</w:t>
            </w:r>
          </w:p>
        </w:tc>
        <w:tc>
          <w:tcPr>
            <w:tcW w:w="3403" w:type="dxa"/>
            <w:gridSpan w:val="2"/>
          </w:tcPr>
          <w:p w14:paraId="28062AE8"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1269" w:type="dxa"/>
            <w:vAlign w:val="center"/>
          </w:tcPr>
          <w:p w14:paraId="0FA8BBC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34100000</w:t>
            </w:r>
          </w:p>
        </w:tc>
        <w:tc>
          <w:tcPr>
            <w:tcW w:w="2132" w:type="dxa"/>
          </w:tcPr>
          <w:p w14:paraId="5738B5A8"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sz w:val="16"/>
                <w:szCs w:val="16"/>
                <w:lang w:val="es-CR"/>
              </w:rPr>
              <w:t>Reserva legal</w:t>
            </w:r>
          </w:p>
        </w:tc>
      </w:tr>
      <w:tr w:rsidR="00E35433" w:rsidRPr="00E35433" w14:paraId="3039AD1E" w14:textId="77777777" w:rsidTr="00E35433">
        <w:trPr>
          <w:jc w:val="center"/>
        </w:trPr>
        <w:tc>
          <w:tcPr>
            <w:tcW w:w="1135" w:type="dxa"/>
            <w:shd w:val="clear" w:color="auto" w:fill="F2F2F2"/>
            <w:vAlign w:val="center"/>
          </w:tcPr>
          <w:p w14:paraId="018AE1D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d)</w:t>
            </w:r>
          </w:p>
        </w:tc>
        <w:tc>
          <w:tcPr>
            <w:tcW w:w="3392" w:type="dxa"/>
            <w:shd w:val="clear" w:color="auto" w:fill="F2F2F2"/>
          </w:tcPr>
          <w:p w14:paraId="4807BB0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utilidades o excedentes acumulados de ejercicios anteriores.</w:t>
            </w:r>
          </w:p>
        </w:tc>
        <w:tc>
          <w:tcPr>
            <w:tcW w:w="3403" w:type="dxa"/>
            <w:gridSpan w:val="2"/>
            <w:shd w:val="clear" w:color="auto" w:fill="F2F2F2"/>
            <w:vAlign w:val="center"/>
          </w:tcPr>
          <w:p w14:paraId="6B9F741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5F351BD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35100000</w:t>
            </w:r>
          </w:p>
        </w:tc>
        <w:tc>
          <w:tcPr>
            <w:tcW w:w="2132" w:type="dxa"/>
            <w:shd w:val="clear" w:color="auto" w:fill="F2F2F2"/>
          </w:tcPr>
          <w:p w14:paraId="1379518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Utilidades acumuladas de ejercicios anteriores</w:t>
            </w:r>
          </w:p>
        </w:tc>
      </w:tr>
      <w:tr w:rsidR="00E35433" w:rsidRPr="00E35433" w:rsidDel="00476477" w14:paraId="17277084" w14:textId="77777777" w:rsidTr="00C55BA7">
        <w:trPr>
          <w:trHeight w:val="264"/>
          <w:jc w:val="center"/>
        </w:trPr>
        <w:tc>
          <w:tcPr>
            <w:tcW w:w="1135" w:type="dxa"/>
            <w:vAlign w:val="center"/>
          </w:tcPr>
          <w:p w14:paraId="2FB3222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e)</w:t>
            </w:r>
          </w:p>
        </w:tc>
        <w:tc>
          <w:tcPr>
            <w:tcW w:w="3392" w:type="dxa"/>
            <w:vAlign w:val="center"/>
          </w:tcPr>
          <w:p w14:paraId="06320C3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 utilidad o excedente del periodo, neto de las deducciones que por ley correspondan.</w:t>
            </w:r>
          </w:p>
        </w:tc>
        <w:tc>
          <w:tcPr>
            <w:tcW w:w="3403" w:type="dxa"/>
            <w:gridSpan w:val="2"/>
            <w:vAlign w:val="center"/>
          </w:tcPr>
          <w:p w14:paraId="490C1A0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704EB21D" w14:textId="77777777" w:rsidR="00E35433" w:rsidRPr="00E35433" w:rsidDel="00476477"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36100000</w:t>
            </w:r>
          </w:p>
        </w:tc>
        <w:tc>
          <w:tcPr>
            <w:tcW w:w="2132" w:type="dxa"/>
          </w:tcPr>
          <w:p w14:paraId="1613F840" w14:textId="77777777" w:rsidR="00E35433" w:rsidRPr="00E35433" w:rsidDel="00476477"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Utilidad o excedente del periodo</w:t>
            </w:r>
          </w:p>
        </w:tc>
      </w:tr>
      <w:tr w:rsidR="00E35433" w:rsidRPr="00E35433" w14:paraId="686EE8D4" w14:textId="77777777" w:rsidTr="00E35433">
        <w:trPr>
          <w:jc w:val="center"/>
        </w:trPr>
        <w:tc>
          <w:tcPr>
            <w:tcW w:w="1135" w:type="dxa"/>
            <w:vMerge w:val="restart"/>
            <w:shd w:val="clear" w:color="auto" w:fill="F2F2F2"/>
            <w:vAlign w:val="center"/>
          </w:tcPr>
          <w:p w14:paraId="5F14337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f)</w:t>
            </w:r>
          </w:p>
        </w:tc>
        <w:tc>
          <w:tcPr>
            <w:tcW w:w="3392" w:type="dxa"/>
            <w:vMerge w:val="restart"/>
            <w:shd w:val="clear" w:color="auto" w:fill="F2F2F2"/>
            <w:vAlign w:val="center"/>
          </w:tcPr>
          <w:p w14:paraId="25067EC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Los otros resultados integrales acumulados totales, excluyendo: i) los superávits por revaluación de terrenos, edificios e instalaciones, </w:t>
            </w:r>
            <w:proofErr w:type="spellStart"/>
            <w:r w:rsidRPr="00E35433">
              <w:rPr>
                <w:rFonts w:ascii="Roboto" w:eastAsia="Aptos" w:hAnsi="Roboto"/>
                <w:sz w:val="16"/>
                <w:szCs w:val="16"/>
                <w:lang w:val="es-CR"/>
              </w:rPr>
              <w:t>ii</w:t>
            </w:r>
            <w:proofErr w:type="spellEnd"/>
            <w:r w:rsidRPr="00E35433">
              <w:rPr>
                <w:rFonts w:ascii="Roboto" w:eastAsia="Aptos" w:hAnsi="Roboto"/>
                <w:sz w:val="16"/>
                <w:szCs w:val="16"/>
                <w:lang w:val="es-CR"/>
              </w:rPr>
              <w:t xml:space="preserve">) los superávits por revaluación de otros activos diferentes de instrumentos financieros, y </w:t>
            </w:r>
            <w:proofErr w:type="spellStart"/>
            <w:r w:rsidRPr="00E35433">
              <w:rPr>
                <w:rFonts w:ascii="Roboto" w:eastAsia="Aptos" w:hAnsi="Roboto"/>
                <w:sz w:val="16"/>
                <w:szCs w:val="16"/>
                <w:lang w:val="es-CR"/>
              </w:rPr>
              <w:t>iii</w:t>
            </w:r>
            <w:proofErr w:type="spellEnd"/>
            <w:r w:rsidRPr="00E35433">
              <w:rPr>
                <w:rFonts w:ascii="Roboto" w:eastAsia="Aptos" w:hAnsi="Roboto"/>
                <w:sz w:val="16"/>
                <w:szCs w:val="16"/>
                <w:lang w:val="es-CR"/>
              </w:rPr>
              <w:t>) los superávits por valuación de participaciones en otras empresas.</w:t>
            </w:r>
          </w:p>
        </w:tc>
        <w:tc>
          <w:tcPr>
            <w:tcW w:w="3403" w:type="dxa"/>
            <w:gridSpan w:val="2"/>
            <w:vMerge w:val="restart"/>
            <w:shd w:val="clear" w:color="auto" w:fill="F2F2F2"/>
            <w:vAlign w:val="center"/>
          </w:tcPr>
          <w:p w14:paraId="053B1E8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480F8A7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33000000</w:t>
            </w:r>
          </w:p>
        </w:tc>
        <w:tc>
          <w:tcPr>
            <w:tcW w:w="2132" w:type="dxa"/>
            <w:shd w:val="clear" w:color="auto" w:fill="F2F2F2"/>
          </w:tcPr>
          <w:p w14:paraId="173F09FD"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sz w:val="16"/>
                <w:szCs w:val="16"/>
                <w:lang w:val="es-CR"/>
              </w:rPr>
              <w:t>Ajustes al patrimonio - otros resultados integrales</w:t>
            </w:r>
          </w:p>
        </w:tc>
      </w:tr>
      <w:tr w:rsidR="00E35433" w:rsidRPr="00E35433" w14:paraId="0F701DB5" w14:textId="77777777" w:rsidTr="00E35433">
        <w:trPr>
          <w:jc w:val="center"/>
        </w:trPr>
        <w:tc>
          <w:tcPr>
            <w:tcW w:w="1135" w:type="dxa"/>
            <w:vMerge/>
            <w:shd w:val="clear" w:color="auto" w:fill="F2F2F2"/>
          </w:tcPr>
          <w:p w14:paraId="01E6F685"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tcPr>
          <w:p w14:paraId="148BF634"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Merge/>
            <w:shd w:val="clear" w:color="auto" w:fill="F2F2F2"/>
          </w:tcPr>
          <w:p w14:paraId="5870F0F9"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shd w:val="clear" w:color="auto" w:fill="F2F2F2"/>
            <w:vAlign w:val="center"/>
          </w:tcPr>
          <w:p w14:paraId="7FD9674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MENOS</w:t>
            </w:r>
            <w:r w:rsidRPr="00E35433">
              <w:rPr>
                <w:rFonts w:ascii="Roboto" w:eastAsia="Aptos" w:hAnsi="Roboto"/>
                <w:sz w:val="16"/>
                <w:szCs w:val="16"/>
                <w:lang w:val="es-CR"/>
              </w:rPr>
              <w:br/>
              <w:t>33101000</w:t>
            </w:r>
          </w:p>
        </w:tc>
        <w:tc>
          <w:tcPr>
            <w:tcW w:w="2132" w:type="dxa"/>
            <w:shd w:val="clear" w:color="auto" w:fill="F2F2F2"/>
          </w:tcPr>
          <w:p w14:paraId="525B30E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Superávit por revaluación de propiedades inmobiliarias </w:t>
            </w:r>
          </w:p>
        </w:tc>
      </w:tr>
      <w:tr w:rsidR="00E35433" w:rsidRPr="00E35433" w14:paraId="44379958" w14:textId="77777777" w:rsidTr="00E35433">
        <w:trPr>
          <w:jc w:val="center"/>
        </w:trPr>
        <w:tc>
          <w:tcPr>
            <w:tcW w:w="1135" w:type="dxa"/>
            <w:vMerge/>
            <w:shd w:val="clear" w:color="auto" w:fill="F2F2F2"/>
          </w:tcPr>
          <w:p w14:paraId="5B307208"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tcPr>
          <w:p w14:paraId="6C938F78"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Merge/>
            <w:shd w:val="clear" w:color="auto" w:fill="F2F2F2"/>
          </w:tcPr>
          <w:p w14:paraId="73F3E461"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shd w:val="clear" w:color="auto" w:fill="F2F2F2"/>
            <w:vAlign w:val="center"/>
          </w:tcPr>
          <w:p w14:paraId="6E8D4BC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MENOS</w:t>
            </w:r>
            <w:r w:rsidRPr="00E35433">
              <w:rPr>
                <w:rFonts w:ascii="Roboto" w:eastAsia="Aptos" w:hAnsi="Roboto"/>
                <w:sz w:val="16"/>
                <w:szCs w:val="16"/>
                <w:lang w:val="es-CR"/>
              </w:rPr>
              <w:br/>
              <w:t>33106000</w:t>
            </w:r>
          </w:p>
        </w:tc>
        <w:tc>
          <w:tcPr>
            <w:tcW w:w="2132" w:type="dxa"/>
            <w:shd w:val="clear" w:color="auto" w:fill="F2F2F2"/>
          </w:tcPr>
          <w:p w14:paraId="3DA0285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Superávit por revaluación de otros activos</w:t>
            </w:r>
          </w:p>
        </w:tc>
      </w:tr>
      <w:tr w:rsidR="00E35433" w:rsidRPr="00E35433" w14:paraId="37937548" w14:textId="77777777" w:rsidTr="00E35433">
        <w:trPr>
          <w:jc w:val="center"/>
        </w:trPr>
        <w:tc>
          <w:tcPr>
            <w:tcW w:w="1135" w:type="dxa"/>
            <w:vMerge/>
            <w:shd w:val="clear" w:color="auto" w:fill="F2F2F2"/>
          </w:tcPr>
          <w:p w14:paraId="2402B0B8"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tcPr>
          <w:p w14:paraId="16423DF7"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Merge/>
            <w:shd w:val="clear" w:color="auto" w:fill="F2F2F2"/>
          </w:tcPr>
          <w:p w14:paraId="064FEC46"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shd w:val="clear" w:color="auto" w:fill="F2F2F2"/>
            <w:vAlign w:val="center"/>
          </w:tcPr>
          <w:p w14:paraId="4327EE1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 xml:space="preserve">MENOS </w:t>
            </w:r>
            <w:r w:rsidRPr="00E35433">
              <w:rPr>
                <w:rFonts w:ascii="Roboto" w:eastAsia="Aptos" w:hAnsi="Roboto"/>
                <w:sz w:val="16"/>
                <w:szCs w:val="16"/>
                <w:lang w:val="es-CR"/>
              </w:rPr>
              <w:br/>
              <w:t>33201000</w:t>
            </w:r>
          </w:p>
        </w:tc>
        <w:tc>
          <w:tcPr>
            <w:tcW w:w="2132" w:type="dxa"/>
            <w:shd w:val="clear" w:color="auto" w:fill="F2F2F2"/>
          </w:tcPr>
          <w:p w14:paraId="6DE64FE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Superávit por revaluación propiedades, mobiliario y equipo</w:t>
            </w:r>
          </w:p>
        </w:tc>
      </w:tr>
      <w:tr w:rsidR="00E35433" w:rsidRPr="00E35433" w14:paraId="1CE72201" w14:textId="77777777" w:rsidTr="00E35433">
        <w:trPr>
          <w:trHeight w:val="556"/>
          <w:jc w:val="center"/>
        </w:trPr>
        <w:tc>
          <w:tcPr>
            <w:tcW w:w="1135" w:type="dxa"/>
            <w:vMerge/>
            <w:shd w:val="clear" w:color="auto" w:fill="F2F2F2"/>
          </w:tcPr>
          <w:p w14:paraId="2F071F74"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tcPr>
          <w:p w14:paraId="3F4E65E1"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Merge/>
            <w:shd w:val="clear" w:color="auto" w:fill="F2F2F2"/>
          </w:tcPr>
          <w:p w14:paraId="3DA7402E"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shd w:val="clear" w:color="auto" w:fill="F2F2F2"/>
            <w:vAlign w:val="center"/>
          </w:tcPr>
          <w:p w14:paraId="5455FD9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MENOS</w:t>
            </w:r>
            <w:r w:rsidRPr="00E35433">
              <w:rPr>
                <w:rFonts w:ascii="Roboto" w:eastAsia="Aptos" w:hAnsi="Roboto"/>
                <w:sz w:val="16"/>
                <w:szCs w:val="16"/>
                <w:lang w:val="es-CR"/>
              </w:rPr>
              <w:br/>
              <w:t>33202000</w:t>
            </w:r>
          </w:p>
        </w:tc>
        <w:tc>
          <w:tcPr>
            <w:tcW w:w="2132" w:type="dxa"/>
            <w:shd w:val="clear" w:color="auto" w:fill="F2F2F2"/>
            <w:vAlign w:val="center"/>
          </w:tcPr>
          <w:p w14:paraId="01EDDA9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 Superávit por revaluación de otros activos en empresas participadas</w:t>
            </w:r>
          </w:p>
        </w:tc>
      </w:tr>
      <w:tr w:rsidR="00E35433" w:rsidRPr="00E35433" w14:paraId="4F166E02" w14:textId="77777777" w:rsidTr="00C55BA7">
        <w:trPr>
          <w:jc w:val="center"/>
        </w:trPr>
        <w:tc>
          <w:tcPr>
            <w:tcW w:w="1135" w:type="dxa"/>
            <w:vMerge w:val="restart"/>
            <w:vAlign w:val="center"/>
          </w:tcPr>
          <w:p w14:paraId="6A1049B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lastRenderedPageBreak/>
              <w:t>Inciso g)</w:t>
            </w:r>
          </w:p>
        </w:tc>
        <w:tc>
          <w:tcPr>
            <w:tcW w:w="3392" w:type="dxa"/>
            <w:vMerge w:val="restart"/>
            <w:vAlign w:val="center"/>
          </w:tcPr>
          <w:p w14:paraId="0DE9020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aportes y donaciones para incrementos de capital social en trámite de inscripción en el Registro Público. Los aportes y donaciones deben corresponder a instrumentos admisibles en el CCN1, según el inciso a) de este artículo.</w:t>
            </w:r>
          </w:p>
        </w:tc>
        <w:tc>
          <w:tcPr>
            <w:tcW w:w="3403" w:type="dxa"/>
            <w:gridSpan w:val="2"/>
            <w:vAlign w:val="center"/>
          </w:tcPr>
          <w:p w14:paraId="3EFF3C0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60AFAE7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32201M01</w:t>
            </w:r>
          </w:p>
        </w:tc>
        <w:tc>
          <w:tcPr>
            <w:tcW w:w="2132" w:type="dxa"/>
          </w:tcPr>
          <w:p w14:paraId="4EC3F83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por capitalizar autorizados y por registrar en el Registro Público.</w:t>
            </w:r>
          </w:p>
        </w:tc>
      </w:tr>
      <w:tr w:rsidR="00E35433" w:rsidRPr="00E35433" w14:paraId="293953F4" w14:textId="77777777" w:rsidTr="00C55BA7">
        <w:trPr>
          <w:jc w:val="center"/>
        </w:trPr>
        <w:tc>
          <w:tcPr>
            <w:tcW w:w="1135" w:type="dxa"/>
            <w:vMerge/>
          </w:tcPr>
          <w:p w14:paraId="2A87319F"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tcPr>
          <w:p w14:paraId="1F877402"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Align w:val="center"/>
          </w:tcPr>
          <w:p w14:paraId="2A7A430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2F691B6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32202M01</w:t>
            </w:r>
          </w:p>
        </w:tc>
        <w:tc>
          <w:tcPr>
            <w:tcW w:w="2132" w:type="dxa"/>
          </w:tcPr>
          <w:p w14:paraId="6E4D5EC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Donaciones por capitalizar autorizados y por registrar en el Registro Público</w:t>
            </w:r>
          </w:p>
        </w:tc>
      </w:tr>
      <w:tr w:rsidR="00E35433" w:rsidRPr="00E35433" w14:paraId="030AD643" w14:textId="77777777" w:rsidTr="00E35433">
        <w:trPr>
          <w:jc w:val="center"/>
        </w:trPr>
        <w:tc>
          <w:tcPr>
            <w:tcW w:w="1135" w:type="dxa"/>
            <w:shd w:val="clear" w:color="auto" w:fill="F2F2F2"/>
            <w:vAlign w:val="center"/>
          </w:tcPr>
          <w:p w14:paraId="17568DE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h)</w:t>
            </w:r>
          </w:p>
        </w:tc>
        <w:tc>
          <w:tcPr>
            <w:tcW w:w="3392" w:type="dxa"/>
            <w:shd w:val="clear" w:color="auto" w:fill="F2F2F2"/>
            <w:vAlign w:val="center"/>
          </w:tcPr>
          <w:p w14:paraId="6E8DF390"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acciones comunes emitidas por filiales consolidadas al grupo o conglomerado financiero y en poder de terceros (es decir, las participaciones minoritarias) que cumplan los criterios para su inclusión en el CCN1.</w:t>
            </w:r>
          </w:p>
        </w:tc>
        <w:tc>
          <w:tcPr>
            <w:tcW w:w="3403" w:type="dxa"/>
            <w:gridSpan w:val="2"/>
            <w:shd w:val="clear" w:color="auto" w:fill="F2F2F2"/>
            <w:vAlign w:val="center"/>
          </w:tcPr>
          <w:p w14:paraId="56C5BAB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7A98215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37101000</w:t>
            </w:r>
          </w:p>
        </w:tc>
        <w:tc>
          <w:tcPr>
            <w:tcW w:w="2132" w:type="dxa"/>
            <w:shd w:val="clear" w:color="auto" w:fill="F2F2F2"/>
            <w:vAlign w:val="center"/>
          </w:tcPr>
          <w:p w14:paraId="39440F47" w14:textId="77777777" w:rsidR="00E35433" w:rsidRPr="00E35433" w:rsidRDefault="00E35433" w:rsidP="00E35433">
            <w:pPr>
              <w:spacing w:before="0" w:after="0" w:line="240" w:lineRule="auto"/>
              <w:rPr>
                <w:rFonts w:ascii="Roboto" w:eastAsia="Aptos" w:hAnsi="Roboto"/>
                <w:sz w:val="16"/>
                <w:szCs w:val="16"/>
                <w:highlight w:val="green"/>
                <w:lang w:val="es-CR"/>
              </w:rPr>
            </w:pPr>
            <w:r w:rsidRPr="00E35433">
              <w:rPr>
                <w:rFonts w:ascii="Roboto" w:eastAsia="Aptos" w:hAnsi="Roboto"/>
                <w:sz w:val="16"/>
                <w:szCs w:val="16"/>
                <w:lang w:val="es-CR"/>
              </w:rPr>
              <w:t>Capital social en poder de participaciones no controladoras</w:t>
            </w:r>
          </w:p>
        </w:tc>
      </w:tr>
      <w:tr w:rsidR="00E35433" w:rsidRPr="00E35433" w14:paraId="7A6F49E9" w14:textId="77777777" w:rsidTr="00C55BA7">
        <w:trPr>
          <w:jc w:val="center"/>
        </w:trPr>
        <w:tc>
          <w:tcPr>
            <w:tcW w:w="1135" w:type="dxa"/>
            <w:tcBorders>
              <w:bottom w:val="single" w:sz="12" w:space="0" w:color="auto"/>
            </w:tcBorders>
          </w:tcPr>
          <w:p w14:paraId="51CA760C"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bottom w:val="single" w:sz="12" w:space="0" w:color="auto"/>
            </w:tcBorders>
          </w:tcPr>
          <w:p w14:paraId="5F1F7C8E"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bottom w:val="single" w:sz="12" w:space="0" w:color="auto"/>
            </w:tcBorders>
          </w:tcPr>
          <w:p w14:paraId="55FA4E64"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bottom w:val="single" w:sz="12" w:space="0" w:color="auto"/>
            </w:tcBorders>
          </w:tcPr>
          <w:p w14:paraId="7E9E475D"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bottom w:val="single" w:sz="12" w:space="0" w:color="auto"/>
            </w:tcBorders>
          </w:tcPr>
          <w:p w14:paraId="1924B05A"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bottom w:val="single" w:sz="12" w:space="0" w:color="auto"/>
            </w:tcBorders>
          </w:tcPr>
          <w:p w14:paraId="2F8E2006"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2F07E28A" w14:textId="77777777" w:rsidTr="00E35433">
        <w:trPr>
          <w:jc w:val="center"/>
        </w:trPr>
        <w:tc>
          <w:tcPr>
            <w:tcW w:w="1135" w:type="dxa"/>
            <w:tcBorders>
              <w:top w:val="single" w:sz="12" w:space="0" w:color="auto"/>
              <w:left w:val="single" w:sz="12" w:space="0" w:color="auto"/>
              <w:bottom w:val="single" w:sz="12" w:space="0" w:color="auto"/>
              <w:right w:val="single" w:sz="2" w:space="0" w:color="auto"/>
            </w:tcBorders>
            <w:shd w:val="clear" w:color="auto" w:fill="DAE9F7"/>
            <w:vAlign w:val="center"/>
          </w:tcPr>
          <w:p w14:paraId="1A7377A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Artículo 99</w:t>
            </w:r>
          </w:p>
        </w:tc>
        <w:tc>
          <w:tcPr>
            <w:tcW w:w="3392" w:type="dxa"/>
            <w:tcBorders>
              <w:top w:val="single" w:sz="12" w:space="0" w:color="auto"/>
              <w:left w:val="single" w:sz="2" w:space="0" w:color="auto"/>
              <w:bottom w:val="single" w:sz="12" w:space="0" w:color="auto"/>
              <w:right w:val="single" w:sz="2" w:space="0" w:color="auto"/>
            </w:tcBorders>
            <w:shd w:val="clear" w:color="auto" w:fill="DAE9F7"/>
          </w:tcPr>
          <w:p w14:paraId="5AC19C21"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2) Deducciones a los elementos del CCN1</w:t>
            </w:r>
          </w:p>
        </w:tc>
        <w:tc>
          <w:tcPr>
            <w:tcW w:w="1128" w:type="dxa"/>
            <w:tcBorders>
              <w:top w:val="single" w:sz="12" w:space="0" w:color="auto"/>
              <w:left w:val="single" w:sz="2" w:space="0" w:color="auto"/>
              <w:bottom w:val="single" w:sz="12" w:space="0" w:color="auto"/>
              <w:right w:val="single" w:sz="2" w:space="0" w:color="auto"/>
            </w:tcBorders>
            <w:shd w:val="clear" w:color="auto" w:fill="DAE9F7"/>
            <w:vAlign w:val="center"/>
          </w:tcPr>
          <w:p w14:paraId="508F77C0"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2275" w:type="dxa"/>
            <w:tcBorders>
              <w:top w:val="single" w:sz="12" w:space="0" w:color="auto"/>
              <w:left w:val="single" w:sz="2" w:space="0" w:color="auto"/>
              <w:bottom w:val="single" w:sz="12" w:space="0" w:color="auto"/>
              <w:right w:val="single" w:sz="2" w:space="0" w:color="auto"/>
            </w:tcBorders>
            <w:shd w:val="clear" w:color="auto" w:fill="DAE9F7"/>
            <w:vAlign w:val="center"/>
          </w:tcPr>
          <w:p w14:paraId="2AF1F1D2"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401" w:type="dxa"/>
            <w:gridSpan w:val="2"/>
            <w:tcBorders>
              <w:top w:val="single" w:sz="12" w:space="0" w:color="auto"/>
              <w:left w:val="single" w:sz="2" w:space="0" w:color="auto"/>
              <w:bottom w:val="single" w:sz="12" w:space="0" w:color="auto"/>
              <w:right w:val="single" w:sz="12" w:space="0" w:color="auto"/>
            </w:tcBorders>
            <w:shd w:val="clear" w:color="auto" w:fill="DAE9F7"/>
            <w:vAlign w:val="center"/>
          </w:tcPr>
          <w:p w14:paraId="1ED6BC70" w14:textId="77777777" w:rsidR="00E35433" w:rsidRPr="00E35433" w:rsidRDefault="00E35433" w:rsidP="00E35433">
            <w:pPr>
              <w:spacing w:before="0" w:after="0" w:line="240" w:lineRule="auto"/>
              <w:jc w:val="center"/>
              <w:rPr>
                <w:rFonts w:ascii="Roboto" w:eastAsia="Aptos" w:hAnsi="Roboto"/>
                <w:sz w:val="16"/>
                <w:szCs w:val="16"/>
                <w:lang w:val="es-CR"/>
              </w:rPr>
            </w:pPr>
          </w:p>
        </w:tc>
      </w:tr>
      <w:tr w:rsidR="00E35433" w:rsidRPr="00E35433" w14:paraId="4891EAB7" w14:textId="77777777" w:rsidTr="00C55BA7">
        <w:trPr>
          <w:jc w:val="center"/>
        </w:trPr>
        <w:tc>
          <w:tcPr>
            <w:tcW w:w="1135" w:type="dxa"/>
            <w:tcBorders>
              <w:top w:val="single" w:sz="12" w:space="0" w:color="auto"/>
            </w:tcBorders>
            <w:vAlign w:val="center"/>
          </w:tcPr>
          <w:p w14:paraId="5C8A976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vAlign w:val="center"/>
          </w:tcPr>
          <w:p w14:paraId="4BDF515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CCN1 adquiridos por la propia entidad.</w:t>
            </w:r>
          </w:p>
        </w:tc>
        <w:tc>
          <w:tcPr>
            <w:tcW w:w="3403" w:type="dxa"/>
            <w:gridSpan w:val="2"/>
            <w:tcBorders>
              <w:top w:val="single" w:sz="12" w:space="0" w:color="auto"/>
            </w:tcBorders>
            <w:vAlign w:val="center"/>
          </w:tcPr>
          <w:p w14:paraId="51413BC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tcBorders>
              <w:top w:val="single" w:sz="12" w:space="0" w:color="auto"/>
            </w:tcBorders>
            <w:vAlign w:val="center"/>
          </w:tcPr>
          <w:p w14:paraId="4E9FC0D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31501000</w:t>
            </w:r>
          </w:p>
        </w:tc>
        <w:tc>
          <w:tcPr>
            <w:tcW w:w="2132" w:type="dxa"/>
            <w:tcBorders>
              <w:top w:val="single" w:sz="12" w:space="0" w:color="auto"/>
            </w:tcBorders>
            <w:vAlign w:val="center"/>
          </w:tcPr>
          <w:p w14:paraId="61B71AF4"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ordinario (Acciones en tesorería)</w:t>
            </w:r>
          </w:p>
        </w:tc>
      </w:tr>
      <w:tr w:rsidR="00E35433" w:rsidRPr="00E35433" w14:paraId="77138FF5" w14:textId="77777777" w:rsidTr="00E35433">
        <w:trPr>
          <w:jc w:val="center"/>
        </w:trPr>
        <w:tc>
          <w:tcPr>
            <w:tcW w:w="1135" w:type="dxa"/>
            <w:shd w:val="clear" w:color="auto" w:fill="F2F2F2"/>
            <w:vAlign w:val="center"/>
          </w:tcPr>
          <w:p w14:paraId="20E653C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vAlign w:val="center"/>
          </w:tcPr>
          <w:p w14:paraId="3F290FA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CCN1 emitidos por la propia entidad que se encuentran dados en garantía de operaciones crediticias otorgadas por ella.</w:t>
            </w:r>
          </w:p>
        </w:tc>
        <w:tc>
          <w:tcPr>
            <w:tcW w:w="1128" w:type="dxa"/>
            <w:shd w:val="clear" w:color="auto" w:fill="F2F2F2"/>
            <w:vAlign w:val="center"/>
          </w:tcPr>
          <w:p w14:paraId="254B288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20120110</w:t>
            </w:r>
          </w:p>
        </w:tc>
        <w:tc>
          <w:tcPr>
            <w:tcW w:w="2275" w:type="dxa"/>
            <w:shd w:val="clear" w:color="auto" w:fill="F2F2F2"/>
          </w:tcPr>
          <w:p w14:paraId="4F5EA43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instrumentos que califiquen en CCN1 objeto de gravámenes</w:t>
            </w:r>
          </w:p>
        </w:tc>
        <w:tc>
          <w:tcPr>
            <w:tcW w:w="1269" w:type="dxa"/>
            <w:shd w:val="clear" w:color="auto" w:fill="F2F2F2"/>
            <w:vAlign w:val="center"/>
          </w:tcPr>
          <w:p w14:paraId="7CCF0F1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31100000</w:t>
            </w:r>
          </w:p>
        </w:tc>
        <w:tc>
          <w:tcPr>
            <w:tcW w:w="2132" w:type="dxa"/>
            <w:shd w:val="clear" w:color="auto" w:fill="F2F2F2"/>
            <w:vAlign w:val="center"/>
          </w:tcPr>
          <w:p w14:paraId="2E831D9B" w14:textId="77777777" w:rsidR="00E35433" w:rsidRPr="00E35433" w:rsidRDefault="00E35433" w:rsidP="00E35433">
            <w:pPr>
              <w:spacing w:before="0" w:after="0" w:line="240" w:lineRule="auto"/>
              <w:rPr>
                <w:rFonts w:ascii="Roboto" w:eastAsia="Aptos" w:hAnsi="Roboto"/>
                <w:strike/>
                <w:sz w:val="16"/>
                <w:szCs w:val="16"/>
                <w:lang w:val="es-CR"/>
              </w:rPr>
            </w:pPr>
            <w:r w:rsidRPr="00E35433">
              <w:rPr>
                <w:rFonts w:ascii="Roboto" w:eastAsia="Aptos" w:hAnsi="Roboto"/>
                <w:sz w:val="16"/>
                <w:szCs w:val="16"/>
                <w:lang w:val="es-CR"/>
              </w:rPr>
              <w:t>Capital pagado</w:t>
            </w:r>
          </w:p>
        </w:tc>
      </w:tr>
      <w:tr w:rsidR="00E35433" w:rsidRPr="00E35433" w14:paraId="51A90F46" w14:textId="77777777" w:rsidTr="00C55BA7">
        <w:trPr>
          <w:jc w:val="center"/>
        </w:trPr>
        <w:tc>
          <w:tcPr>
            <w:tcW w:w="1135" w:type="dxa"/>
            <w:vAlign w:val="center"/>
          </w:tcPr>
          <w:p w14:paraId="4486A33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vAlign w:val="center"/>
          </w:tcPr>
          <w:p w14:paraId="7C31311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las participaciones en instrumentos homólogos al CCN1, que califican como tales bajo los criterios establecidos en el Anexo XVI de este Reglamento. Esta deducción se efectuará con independencia del porcentaje de participación y de la naturaleza de la empresa que se trate.</w:t>
            </w:r>
          </w:p>
        </w:tc>
        <w:tc>
          <w:tcPr>
            <w:tcW w:w="1128" w:type="dxa"/>
            <w:vAlign w:val="center"/>
          </w:tcPr>
          <w:p w14:paraId="0635996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20120111</w:t>
            </w:r>
          </w:p>
        </w:tc>
        <w:tc>
          <w:tcPr>
            <w:tcW w:w="2275" w:type="dxa"/>
            <w:vAlign w:val="center"/>
          </w:tcPr>
          <w:p w14:paraId="514AA7B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las participaciones en instrumentos homólogos al CCN1</w:t>
            </w:r>
          </w:p>
        </w:tc>
        <w:tc>
          <w:tcPr>
            <w:tcW w:w="1269" w:type="dxa"/>
            <w:vAlign w:val="center"/>
          </w:tcPr>
          <w:p w14:paraId="3810B9C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16000000</w:t>
            </w:r>
          </w:p>
        </w:tc>
        <w:tc>
          <w:tcPr>
            <w:tcW w:w="2132" w:type="dxa"/>
            <w:vAlign w:val="center"/>
          </w:tcPr>
          <w:p w14:paraId="74B4A84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en el capital de otras empresas</w:t>
            </w:r>
          </w:p>
        </w:tc>
      </w:tr>
      <w:tr w:rsidR="00E35433" w:rsidRPr="00E35433" w14:paraId="707BFD6F" w14:textId="77777777" w:rsidTr="00E35433">
        <w:trPr>
          <w:jc w:val="center"/>
        </w:trPr>
        <w:tc>
          <w:tcPr>
            <w:tcW w:w="1135" w:type="dxa"/>
            <w:shd w:val="clear" w:color="auto" w:fill="F2F2F2"/>
            <w:vAlign w:val="center"/>
          </w:tcPr>
          <w:p w14:paraId="5DBBDBF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d)</w:t>
            </w:r>
          </w:p>
        </w:tc>
        <w:tc>
          <w:tcPr>
            <w:tcW w:w="3392" w:type="dxa"/>
            <w:shd w:val="clear" w:color="auto" w:fill="F2F2F2"/>
            <w:vAlign w:val="center"/>
          </w:tcPr>
          <w:p w14:paraId="0AF1EC3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las participaciones en instrumentos de capital, deuda subordinada o deuda convertible que no sean homólogos a instrumentos del CCN1, CAN1 o CN2.</w:t>
            </w:r>
          </w:p>
        </w:tc>
        <w:tc>
          <w:tcPr>
            <w:tcW w:w="1128" w:type="dxa"/>
            <w:shd w:val="clear" w:color="auto" w:fill="F2F2F2"/>
            <w:vAlign w:val="center"/>
          </w:tcPr>
          <w:p w14:paraId="7DFFEC3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20220115</w:t>
            </w:r>
          </w:p>
        </w:tc>
        <w:tc>
          <w:tcPr>
            <w:tcW w:w="2275" w:type="dxa"/>
            <w:shd w:val="clear" w:color="auto" w:fill="F2F2F2"/>
            <w:vAlign w:val="center"/>
          </w:tcPr>
          <w:p w14:paraId="5E1706C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o inversiones en instrumentos de capital, no homólogos a instrumentos del CCN1, CAN1 o CN2</w:t>
            </w:r>
          </w:p>
        </w:tc>
        <w:tc>
          <w:tcPr>
            <w:tcW w:w="1269" w:type="dxa"/>
            <w:shd w:val="clear" w:color="auto" w:fill="F2F2F2"/>
            <w:vAlign w:val="center"/>
          </w:tcPr>
          <w:p w14:paraId="346CBF1D"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2132" w:type="dxa"/>
            <w:shd w:val="clear" w:color="auto" w:fill="F2F2F2"/>
            <w:vAlign w:val="center"/>
          </w:tcPr>
          <w:p w14:paraId="4AEC90C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en el capital de otras empresas</w:t>
            </w:r>
          </w:p>
        </w:tc>
      </w:tr>
      <w:tr w:rsidR="00E35433" w:rsidRPr="00E35433" w14:paraId="0B41ADC2" w14:textId="77777777" w:rsidTr="00C55BA7">
        <w:trPr>
          <w:jc w:val="center"/>
        </w:trPr>
        <w:tc>
          <w:tcPr>
            <w:tcW w:w="1135" w:type="dxa"/>
            <w:vMerge w:val="restart"/>
            <w:vAlign w:val="center"/>
          </w:tcPr>
          <w:p w14:paraId="5FB679E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e)</w:t>
            </w:r>
          </w:p>
        </w:tc>
        <w:tc>
          <w:tcPr>
            <w:tcW w:w="3392" w:type="dxa"/>
            <w:vMerge w:val="restart"/>
            <w:vAlign w:val="center"/>
          </w:tcPr>
          <w:p w14:paraId="76700A1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El valor en libros de los activos intangibles clasificados como tales de conformidad con las Normas Internacionales de Información Financiera (NIIF), incluyendo los derechos de uso por arrendamiento financieros sobre activos intangibles. Para este efecto, la deducción corresponderá al costo del activo, menos la </w:t>
            </w:r>
            <w:proofErr w:type="gramStart"/>
            <w:r w:rsidRPr="00E35433">
              <w:rPr>
                <w:rFonts w:ascii="Roboto" w:eastAsia="Aptos" w:hAnsi="Roboto"/>
                <w:sz w:val="16"/>
                <w:szCs w:val="16"/>
                <w:lang w:val="es-CR"/>
              </w:rPr>
              <w:t>amortización acumulada y la pérdida acumulada</w:t>
            </w:r>
            <w:proofErr w:type="gramEnd"/>
            <w:r w:rsidRPr="00E35433">
              <w:rPr>
                <w:rFonts w:ascii="Roboto" w:eastAsia="Aptos" w:hAnsi="Roboto"/>
                <w:sz w:val="16"/>
                <w:szCs w:val="16"/>
                <w:lang w:val="es-CR"/>
              </w:rPr>
              <w:t xml:space="preserve"> por deterioro en su valor.</w:t>
            </w:r>
          </w:p>
        </w:tc>
        <w:tc>
          <w:tcPr>
            <w:tcW w:w="3403" w:type="dxa"/>
            <w:gridSpan w:val="2"/>
          </w:tcPr>
          <w:p w14:paraId="4340909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1EF6CDB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18600000</w:t>
            </w:r>
          </w:p>
        </w:tc>
        <w:tc>
          <w:tcPr>
            <w:tcW w:w="2132" w:type="dxa"/>
          </w:tcPr>
          <w:p w14:paraId="7D3F94F0"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Activos intangibles</w:t>
            </w:r>
          </w:p>
        </w:tc>
      </w:tr>
      <w:tr w:rsidR="00E35433" w:rsidRPr="00E35433" w14:paraId="00193BD0" w14:textId="77777777" w:rsidTr="00C55BA7">
        <w:trPr>
          <w:jc w:val="center"/>
        </w:trPr>
        <w:tc>
          <w:tcPr>
            <w:tcW w:w="1135" w:type="dxa"/>
            <w:vMerge/>
          </w:tcPr>
          <w:p w14:paraId="71B3949C"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vAlign w:val="center"/>
          </w:tcPr>
          <w:p w14:paraId="11591A2A"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vAlign w:val="center"/>
          </w:tcPr>
          <w:p w14:paraId="224D698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0ED6BA6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18308000</w:t>
            </w:r>
          </w:p>
        </w:tc>
        <w:tc>
          <w:tcPr>
            <w:tcW w:w="2132" w:type="dxa"/>
          </w:tcPr>
          <w:p w14:paraId="5EB926F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Aplicaciones automatizadas en desarrollo</w:t>
            </w:r>
          </w:p>
        </w:tc>
      </w:tr>
      <w:tr w:rsidR="00E35433" w:rsidRPr="00E35433" w14:paraId="0FC657BD" w14:textId="77777777" w:rsidTr="00C55BA7">
        <w:trPr>
          <w:jc w:val="center"/>
        </w:trPr>
        <w:tc>
          <w:tcPr>
            <w:tcW w:w="1135" w:type="dxa"/>
            <w:vMerge/>
          </w:tcPr>
          <w:p w14:paraId="631838C2"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vAlign w:val="center"/>
          </w:tcPr>
          <w:p w14:paraId="33464C09"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vAlign w:val="center"/>
          </w:tcPr>
          <w:p w14:paraId="2ADFC96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663EC0A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17624000</w:t>
            </w:r>
          </w:p>
        </w:tc>
        <w:tc>
          <w:tcPr>
            <w:tcW w:w="2132" w:type="dxa"/>
            <w:vAlign w:val="center"/>
          </w:tcPr>
          <w:p w14:paraId="1072662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Activos por derecho de uso - equipo de cómputo</w:t>
            </w:r>
          </w:p>
        </w:tc>
      </w:tr>
      <w:tr w:rsidR="00E35433" w:rsidRPr="00E35433" w:rsidDel="00DB4819" w14:paraId="52526137" w14:textId="77777777" w:rsidTr="00C55BA7">
        <w:trPr>
          <w:trHeight w:val="54"/>
          <w:jc w:val="center"/>
        </w:trPr>
        <w:tc>
          <w:tcPr>
            <w:tcW w:w="1135" w:type="dxa"/>
            <w:vAlign w:val="center"/>
          </w:tcPr>
          <w:p w14:paraId="4720B88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g)</w:t>
            </w:r>
          </w:p>
        </w:tc>
        <w:tc>
          <w:tcPr>
            <w:tcW w:w="3392" w:type="dxa"/>
            <w:vAlign w:val="center"/>
          </w:tcPr>
          <w:p w14:paraId="4D53650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Pérdida del periodo.</w:t>
            </w:r>
          </w:p>
        </w:tc>
        <w:tc>
          <w:tcPr>
            <w:tcW w:w="3403" w:type="dxa"/>
            <w:gridSpan w:val="2"/>
          </w:tcPr>
          <w:p w14:paraId="1357F63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tcPr>
          <w:p w14:paraId="308E788C" w14:textId="77777777" w:rsidR="00E35433" w:rsidRPr="00E35433" w:rsidDel="00DB4819"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36200000</w:t>
            </w:r>
          </w:p>
        </w:tc>
        <w:tc>
          <w:tcPr>
            <w:tcW w:w="2132" w:type="dxa"/>
          </w:tcPr>
          <w:p w14:paraId="64B36C66" w14:textId="77777777" w:rsidR="00E35433" w:rsidRPr="00E35433" w:rsidDel="00DB4819" w:rsidRDefault="00E35433" w:rsidP="00E35433">
            <w:pPr>
              <w:spacing w:before="0" w:after="0" w:line="240" w:lineRule="auto"/>
              <w:jc w:val="left"/>
              <w:rPr>
                <w:rFonts w:ascii="Roboto" w:eastAsia="Aptos" w:hAnsi="Roboto"/>
                <w:sz w:val="16"/>
                <w:szCs w:val="16"/>
                <w:lang w:val="es-CR"/>
              </w:rPr>
            </w:pPr>
          </w:p>
        </w:tc>
      </w:tr>
      <w:tr w:rsidR="00E35433" w:rsidRPr="00E35433" w14:paraId="5374A165" w14:textId="77777777" w:rsidTr="00E35433">
        <w:trPr>
          <w:jc w:val="center"/>
        </w:trPr>
        <w:tc>
          <w:tcPr>
            <w:tcW w:w="1135" w:type="dxa"/>
            <w:shd w:val="clear" w:color="auto" w:fill="F2F2F2"/>
            <w:vAlign w:val="center"/>
          </w:tcPr>
          <w:p w14:paraId="3D6864D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h)</w:t>
            </w:r>
          </w:p>
        </w:tc>
        <w:tc>
          <w:tcPr>
            <w:tcW w:w="3392" w:type="dxa"/>
            <w:shd w:val="clear" w:color="auto" w:fill="F2F2F2"/>
            <w:vAlign w:val="center"/>
          </w:tcPr>
          <w:p w14:paraId="68F1F24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pérdidas acumuladas de ejercicios anteriores.</w:t>
            </w:r>
          </w:p>
        </w:tc>
        <w:tc>
          <w:tcPr>
            <w:tcW w:w="3403" w:type="dxa"/>
            <w:gridSpan w:val="2"/>
            <w:shd w:val="clear" w:color="auto" w:fill="F2F2F2"/>
          </w:tcPr>
          <w:p w14:paraId="24E8B45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0E5BFF1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35200000</w:t>
            </w:r>
          </w:p>
        </w:tc>
        <w:tc>
          <w:tcPr>
            <w:tcW w:w="2132" w:type="dxa"/>
            <w:shd w:val="clear" w:color="auto" w:fill="F2F2F2"/>
          </w:tcPr>
          <w:p w14:paraId="7A56151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(Pérdidas acumuladas de ejercicios anteriores)</w:t>
            </w:r>
          </w:p>
        </w:tc>
      </w:tr>
      <w:tr w:rsidR="00E35433" w:rsidRPr="00E35433" w14:paraId="5FC90599" w14:textId="77777777" w:rsidTr="00C55BA7">
        <w:trPr>
          <w:jc w:val="center"/>
        </w:trPr>
        <w:tc>
          <w:tcPr>
            <w:tcW w:w="1135" w:type="dxa"/>
            <w:vMerge w:val="restart"/>
            <w:vAlign w:val="center"/>
          </w:tcPr>
          <w:p w14:paraId="3C6091C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lastRenderedPageBreak/>
              <w:t>Inciso i)</w:t>
            </w:r>
          </w:p>
        </w:tc>
        <w:tc>
          <w:tcPr>
            <w:tcW w:w="3392" w:type="dxa"/>
            <w:vMerge w:val="restart"/>
            <w:vAlign w:val="center"/>
          </w:tcPr>
          <w:p w14:paraId="5FC67E2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importe neto positivo de restar al saldo de los activos por impuestos diferidos (AID), el saldo de los pasivos por impuestos diferidos (PID).</w:t>
            </w:r>
          </w:p>
        </w:tc>
        <w:tc>
          <w:tcPr>
            <w:tcW w:w="3403" w:type="dxa"/>
            <w:gridSpan w:val="2"/>
          </w:tcPr>
          <w:p w14:paraId="5CE3653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1AAF5CF5"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14601000</w:t>
            </w:r>
          </w:p>
        </w:tc>
        <w:tc>
          <w:tcPr>
            <w:tcW w:w="2132" w:type="dxa"/>
          </w:tcPr>
          <w:p w14:paraId="548DD24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Impuesto sobre la renta diferido</w:t>
            </w:r>
          </w:p>
        </w:tc>
      </w:tr>
      <w:tr w:rsidR="00E35433" w:rsidRPr="00E35433" w14:paraId="13D4E6E1" w14:textId="77777777" w:rsidTr="00C55BA7">
        <w:trPr>
          <w:jc w:val="center"/>
        </w:trPr>
        <w:tc>
          <w:tcPr>
            <w:tcW w:w="1135" w:type="dxa"/>
            <w:vMerge/>
          </w:tcPr>
          <w:p w14:paraId="3DE89892"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vAlign w:val="center"/>
          </w:tcPr>
          <w:p w14:paraId="1F31F8A6"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tcPr>
          <w:p w14:paraId="5B1CC97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7A69361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 xml:space="preserve">Menos </w:t>
            </w:r>
            <w:r w:rsidRPr="00E35433">
              <w:rPr>
                <w:rFonts w:ascii="Roboto" w:eastAsia="Aptos" w:hAnsi="Roboto"/>
                <w:sz w:val="16"/>
                <w:szCs w:val="16"/>
                <w:lang w:val="es-CR"/>
              </w:rPr>
              <w:br/>
              <w:t>24602000</w:t>
            </w:r>
          </w:p>
        </w:tc>
        <w:tc>
          <w:tcPr>
            <w:tcW w:w="2132" w:type="dxa"/>
          </w:tcPr>
          <w:p w14:paraId="314DE19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Impuesto sobre la renta diferido</w:t>
            </w:r>
          </w:p>
        </w:tc>
      </w:tr>
      <w:tr w:rsidR="00E35433" w:rsidRPr="00E35433" w14:paraId="63CA01BF" w14:textId="77777777" w:rsidTr="00E35433">
        <w:trPr>
          <w:jc w:val="center"/>
        </w:trPr>
        <w:tc>
          <w:tcPr>
            <w:tcW w:w="1135" w:type="dxa"/>
            <w:vMerge w:val="restart"/>
            <w:shd w:val="clear" w:color="auto" w:fill="F2F2F2"/>
            <w:vAlign w:val="center"/>
          </w:tcPr>
          <w:p w14:paraId="69AA0AF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j)</w:t>
            </w:r>
          </w:p>
        </w:tc>
        <w:tc>
          <w:tcPr>
            <w:tcW w:w="3392" w:type="dxa"/>
            <w:vMerge w:val="restart"/>
            <w:shd w:val="clear" w:color="auto" w:fill="F2F2F2"/>
            <w:vAlign w:val="center"/>
          </w:tcPr>
          <w:p w14:paraId="3B73C60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Importe neto positivo de restar al saldo de los activos por impuestos al valor agregado, el saldo de los pasivos por impuestos al valor agregado.</w:t>
            </w:r>
          </w:p>
        </w:tc>
        <w:tc>
          <w:tcPr>
            <w:tcW w:w="3403" w:type="dxa"/>
            <w:gridSpan w:val="2"/>
            <w:shd w:val="clear" w:color="auto" w:fill="F2F2F2"/>
          </w:tcPr>
          <w:p w14:paraId="637FDC25"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3B2D51B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14603000</w:t>
            </w:r>
          </w:p>
        </w:tc>
        <w:tc>
          <w:tcPr>
            <w:tcW w:w="2132" w:type="dxa"/>
            <w:shd w:val="clear" w:color="auto" w:fill="F2F2F2"/>
          </w:tcPr>
          <w:p w14:paraId="54A5480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Impuesto al Valor Agregado Soportado</w:t>
            </w:r>
          </w:p>
        </w:tc>
      </w:tr>
      <w:tr w:rsidR="00E35433" w:rsidRPr="00E35433" w14:paraId="6E55057D" w14:textId="77777777" w:rsidTr="00E35433">
        <w:trPr>
          <w:jc w:val="center"/>
        </w:trPr>
        <w:tc>
          <w:tcPr>
            <w:tcW w:w="1135" w:type="dxa"/>
            <w:vMerge/>
            <w:shd w:val="clear" w:color="auto" w:fill="F2F2F2"/>
          </w:tcPr>
          <w:p w14:paraId="57B1F339"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vAlign w:val="center"/>
          </w:tcPr>
          <w:p w14:paraId="60CCAEB1"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shd w:val="clear" w:color="auto" w:fill="F2F2F2"/>
          </w:tcPr>
          <w:p w14:paraId="2756A61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422EF93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14604000</w:t>
            </w:r>
          </w:p>
        </w:tc>
        <w:tc>
          <w:tcPr>
            <w:tcW w:w="2132" w:type="dxa"/>
            <w:shd w:val="clear" w:color="auto" w:fill="F2F2F2"/>
          </w:tcPr>
          <w:p w14:paraId="1F1B1DD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Impuesto al Valor Agregado Deducible</w:t>
            </w:r>
          </w:p>
        </w:tc>
      </w:tr>
      <w:tr w:rsidR="00E35433" w:rsidRPr="00E35433" w14:paraId="34FB0563" w14:textId="77777777" w:rsidTr="00E35433">
        <w:trPr>
          <w:jc w:val="center"/>
        </w:trPr>
        <w:tc>
          <w:tcPr>
            <w:tcW w:w="1135" w:type="dxa"/>
            <w:vMerge/>
            <w:shd w:val="clear" w:color="auto" w:fill="F2F2F2"/>
          </w:tcPr>
          <w:p w14:paraId="4EC08FAF"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vAlign w:val="center"/>
          </w:tcPr>
          <w:p w14:paraId="4C550F67"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shd w:val="clear" w:color="auto" w:fill="F2F2F2"/>
          </w:tcPr>
          <w:p w14:paraId="763CD2A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166A7AF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MENOS</w:t>
            </w:r>
            <w:r w:rsidRPr="00E35433">
              <w:rPr>
                <w:rFonts w:ascii="Roboto" w:eastAsia="Aptos" w:hAnsi="Roboto"/>
                <w:sz w:val="16"/>
                <w:szCs w:val="16"/>
                <w:lang w:val="es-CR"/>
              </w:rPr>
              <w:br/>
              <w:t>24204M02</w:t>
            </w:r>
          </w:p>
        </w:tc>
        <w:tc>
          <w:tcPr>
            <w:tcW w:w="2132" w:type="dxa"/>
            <w:shd w:val="clear" w:color="auto" w:fill="F2F2F2"/>
          </w:tcPr>
          <w:p w14:paraId="0DFCC41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Impuesto al valor agregado por pagar</w:t>
            </w:r>
          </w:p>
        </w:tc>
      </w:tr>
      <w:tr w:rsidR="00E35433" w:rsidRPr="00E35433" w14:paraId="20AAF00D" w14:textId="77777777" w:rsidTr="00C55BA7">
        <w:trPr>
          <w:trHeight w:val="394"/>
          <w:jc w:val="center"/>
        </w:trPr>
        <w:tc>
          <w:tcPr>
            <w:tcW w:w="1135" w:type="dxa"/>
            <w:tcBorders>
              <w:bottom w:val="single" w:sz="4" w:space="0" w:color="auto"/>
            </w:tcBorders>
            <w:vAlign w:val="center"/>
          </w:tcPr>
          <w:p w14:paraId="1D0A83C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k)</w:t>
            </w:r>
          </w:p>
        </w:tc>
        <w:tc>
          <w:tcPr>
            <w:tcW w:w="3392" w:type="dxa"/>
            <w:tcBorders>
              <w:bottom w:val="single" w:sz="4" w:space="0" w:color="auto"/>
            </w:tcBorders>
            <w:vAlign w:val="center"/>
          </w:tcPr>
          <w:p w14:paraId="376F2B56"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Importe de las deducciones que exceda a los elementos del CAN1 de la empresa</w:t>
            </w:r>
          </w:p>
        </w:tc>
        <w:tc>
          <w:tcPr>
            <w:tcW w:w="1128" w:type="dxa"/>
            <w:tcBorders>
              <w:bottom w:val="single" w:sz="4" w:space="0" w:color="auto"/>
            </w:tcBorders>
            <w:vAlign w:val="center"/>
          </w:tcPr>
          <w:p w14:paraId="3EDE503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20220149</w:t>
            </w:r>
          </w:p>
        </w:tc>
        <w:tc>
          <w:tcPr>
            <w:tcW w:w="2275" w:type="dxa"/>
            <w:tcBorders>
              <w:bottom w:val="single" w:sz="4" w:space="0" w:color="auto"/>
            </w:tcBorders>
            <w:vAlign w:val="center"/>
          </w:tcPr>
          <w:p w14:paraId="71B937B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Deducciones que excedan a los elementos del CAN 1</w:t>
            </w:r>
          </w:p>
        </w:tc>
        <w:tc>
          <w:tcPr>
            <w:tcW w:w="3401" w:type="dxa"/>
            <w:gridSpan w:val="2"/>
            <w:tcBorders>
              <w:bottom w:val="single" w:sz="4" w:space="0" w:color="auto"/>
            </w:tcBorders>
            <w:vAlign w:val="center"/>
          </w:tcPr>
          <w:p w14:paraId="699BFFA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r>
      <w:tr w:rsidR="00E35433" w:rsidRPr="00E35433" w14:paraId="0015BC68" w14:textId="77777777" w:rsidTr="00C55BA7">
        <w:trPr>
          <w:jc w:val="center"/>
        </w:trPr>
        <w:tc>
          <w:tcPr>
            <w:tcW w:w="1135" w:type="dxa"/>
            <w:tcBorders>
              <w:bottom w:val="single" w:sz="12" w:space="0" w:color="auto"/>
              <w:right w:val="nil"/>
            </w:tcBorders>
          </w:tcPr>
          <w:p w14:paraId="58C7E269"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left w:val="nil"/>
              <w:bottom w:val="single" w:sz="12" w:space="0" w:color="auto"/>
              <w:right w:val="nil"/>
            </w:tcBorders>
          </w:tcPr>
          <w:p w14:paraId="0745BF1F"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left w:val="nil"/>
              <w:bottom w:val="single" w:sz="12" w:space="0" w:color="auto"/>
              <w:right w:val="nil"/>
            </w:tcBorders>
          </w:tcPr>
          <w:p w14:paraId="19C1CE19"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left w:val="nil"/>
              <w:bottom w:val="single" w:sz="12" w:space="0" w:color="auto"/>
              <w:right w:val="nil"/>
            </w:tcBorders>
          </w:tcPr>
          <w:p w14:paraId="3B0C53A6"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left w:val="nil"/>
              <w:bottom w:val="single" w:sz="12" w:space="0" w:color="auto"/>
              <w:right w:val="nil"/>
            </w:tcBorders>
          </w:tcPr>
          <w:p w14:paraId="62F1D47B"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left w:val="nil"/>
              <w:bottom w:val="single" w:sz="12" w:space="0" w:color="auto"/>
            </w:tcBorders>
          </w:tcPr>
          <w:p w14:paraId="72714FF7"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0854D38D"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5CE9970E"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II) CAPITAL ADICIONAL NIVEL 1 (3 - 4)</w:t>
            </w:r>
          </w:p>
        </w:tc>
      </w:tr>
      <w:tr w:rsidR="00E35433" w:rsidRPr="00E35433" w14:paraId="74783089" w14:textId="77777777" w:rsidTr="00E35433">
        <w:trPr>
          <w:jc w:val="center"/>
        </w:trPr>
        <w:tc>
          <w:tcPr>
            <w:tcW w:w="1135" w:type="dxa"/>
            <w:tcBorders>
              <w:top w:val="single" w:sz="12" w:space="0" w:color="auto"/>
              <w:left w:val="single" w:sz="12" w:space="0" w:color="auto"/>
              <w:bottom w:val="single" w:sz="12" w:space="0" w:color="auto"/>
              <w:right w:val="single" w:sz="4" w:space="0" w:color="auto"/>
            </w:tcBorders>
            <w:shd w:val="clear" w:color="auto" w:fill="DAE9F7"/>
          </w:tcPr>
          <w:p w14:paraId="394472B5"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Artículo 100</w:t>
            </w:r>
          </w:p>
        </w:tc>
        <w:tc>
          <w:tcPr>
            <w:tcW w:w="10196" w:type="dxa"/>
            <w:gridSpan w:val="5"/>
            <w:tcBorders>
              <w:top w:val="single" w:sz="12" w:space="0" w:color="auto"/>
              <w:left w:val="single" w:sz="4" w:space="0" w:color="auto"/>
              <w:bottom w:val="single" w:sz="12" w:space="0" w:color="auto"/>
              <w:right w:val="single" w:sz="12" w:space="0" w:color="auto"/>
            </w:tcBorders>
            <w:shd w:val="clear" w:color="auto" w:fill="DAE9F7"/>
          </w:tcPr>
          <w:p w14:paraId="11F16339"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3) Elementos del CAN1</w:t>
            </w:r>
          </w:p>
        </w:tc>
      </w:tr>
      <w:tr w:rsidR="00E35433" w:rsidRPr="00E35433" w14:paraId="59B7B40A" w14:textId="77777777" w:rsidTr="00C55BA7">
        <w:trPr>
          <w:jc w:val="center"/>
        </w:trPr>
        <w:tc>
          <w:tcPr>
            <w:tcW w:w="1135" w:type="dxa"/>
            <w:tcBorders>
              <w:top w:val="single" w:sz="12" w:space="0" w:color="auto"/>
            </w:tcBorders>
            <w:vAlign w:val="center"/>
          </w:tcPr>
          <w:p w14:paraId="41EAE5C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vAlign w:val="center"/>
          </w:tcPr>
          <w:p w14:paraId="6B7D5C8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instrumentos emitidos por la empresa que cumplan con todos y cada uno de los criterios de admisibilidad para formar parte del CAN1, dispuestos en el Anexo XVI de este reglamento.</w:t>
            </w:r>
          </w:p>
        </w:tc>
        <w:tc>
          <w:tcPr>
            <w:tcW w:w="3403" w:type="dxa"/>
            <w:gridSpan w:val="2"/>
            <w:tcBorders>
              <w:top w:val="single" w:sz="12" w:space="0" w:color="auto"/>
            </w:tcBorders>
            <w:vAlign w:val="center"/>
          </w:tcPr>
          <w:p w14:paraId="435490F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tcBorders>
              <w:top w:val="single" w:sz="12" w:space="0" w:color="auto"/>
            </w:tcBorders>
            <w:vAlign w:val="center"/>
          </w:tcPr>
          <w:p w14:paraId="1E497A5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31102000</w:t>
            </w:r>
          </w:p>
        </w:tc>
        <w:tc>
          <w:tcPr>
            <w:tcW w:w="2132" w:type="dxa"/>
            <w:tcBorders>
              <w:top w:val="single" w:sz="12" w:space="0" w:color="auto"/>
            </w:tcBorders>
            <w:vAlign w:val="center"/>
          </w:tcPr>
          <w:p w14:paraId="03E74110"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preferente</w:t>
            </w:r>
          </w:p>
        </w:tc>
      </w:tr>
      <w:tr w:rsidR="00E35433" w:rsidRPr="00E35433" w14:paraId="64790ACD" w14:textId="77777777" w:rsidTr="00E35433">
        <w:trPr>
          <w:jc w:val="center"/>
        </w:trPr>
        <w:tc>
          <w:tcPr>
            <w:tcW w:w="1135" w:type="dxa"/>
            <w:shd w:val="clear" w:color="auto" w:fill="F2F2F2"/>
            <w:vAlign w:val="center"/>
          </w:tcPr>
          <w:p w14:paraId="7782CA6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vAlign w:val="center"/>
          </w:tcPr>
          <w:p w14:paraId="6F9CE64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primas de emisión conexas a los instrumentos a que se refiere el inciso a), netas de los correspondientes descuentos y costos de emisión y colocación.</w:t>
            </w:r>
          </w:p>
        </w:tc>
        <w:tc>
          <w:tcPr>
            <w:tcW w:w="3403" w:type="dxa"/>
            <w:gridSpan w:val="2"/>
            <w:shd w:val="clear" w:color="auto" w:fill="F2F2F2"/>
            <w:vAlign w:val="center"/>
          </w:tcPr>
          <w:p w14:paraId="713A350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611189F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32100000</w:t>
            </w:r>
          </w:p>
        </w:tc>
        <w:tc>
          <w:tcPr>
            <w:tcW w:w="2132" w:type="dxa"/>
            <w:shd w:val="clear" w:color="auto" w:fill="F2F2F2"/>
            <w:vAlign w:val="center"/>
          </w:tcPr>
          <w:p w14:paraId="78E7822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 adicional</w:t>
            </w:r>
          </w:p>
        </w:tc>
      </w:tr>
      <w:tr w:rsidR="00E35433" w:rsidRPr="00E35433" w14:paraId="34044746" w14:textId="77777777" w:rsidTr="00C55BA7">
        <w:trPr>
          <w:trHeight w:val="960"/>
          <w:jc w:val="center"/>
        </w:trPr>
        <w:tc>
          <w:tcPr>
            <w:tcW w:w="1135" w:type="dxa"/>
            <w:vMerge w:val="restart"/>
            <w:vAlign w:val="center"/>
          </w:tcPr>
          <w:p w14:paraId="12A0456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vMerge w:val="restart"/>
            <w:vAlign w:val="center"/>
          </w:tcPr>
          <w:p w14:paraId="29931540"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aportes y donaciones para incrementos de capital social, autorizados por CONASSIF y en trámite de inscripción en el Registro Público. Los aportes y donaciones deben corresponder a instrumentos admisibles en el CAN1, según el inciso a) de este Artículo.</w:t>
            </w:r>
          </w:p>
        </w:tc>
        <w:tc>
          <w:tcPr>
            <w:tcW w:w="1128" w:type="dxa"/>
            <w:vAlign w:val="center"/>
          </w:tcPr>
          <w:p w14:paraId="0AA2FEC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20140120</w:t>
            </w:r>
          </w:p>
        </w:tc>
        <w:tc>
          <w:tcPr>
            <w:tcW w:w="2275" w:type="dxa"/>
            <w:vAlign w:val="center"/>
          </w:tcPr>
          <w:p w14:paraId="2A142F6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y donaciones para incrementos de capital social, autorizados por CONASSIF y en trámite de inscripción en el Registro Público para CAN 1</w:t>
            </w:r>
          </w:p>
        </w:tc>
        <w:tc>
          <w:tcPr>
            <w:tcW w:w="1269" w:type="dxa"/>
            <w:vAlign w:val="center"/>
          </w:tcPr>
          <w:p w14:paraId="636B042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32201M01</w:t>
            </w:r>
          </w:p>
        </w:tc>
        <w:tc>
          <w:tcPr>
            <w:tcW w:w="2132" w:type="dxa"/>
            <w:vAlign w:val="center"/>
          </w:tcPr>
          <w:p w14:paraId="1B8AB9B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por capitalizar autorizados y por registrar en el Registro Público</w:t>
            </w:r>
          </w:p>
        </w:tc>
      </w:tr>
      <w:tr w:rsidR="00E35433" w:rsidRPr="00E35433" w14:paraId="18F441D3" w14:textId="77777777" w:rsidTr="00C55BA7">
        <w:trPr>
          <w:jc w:val="center"/>
        </w:trPr>
        <w:tc>
          <w:tcPr>
            <w:tcW w:w="1135" w:type="dxa"/>
            <w:vMerge/>
            <w:vAlign w:val="center"/>
          </w:tcPr>
          <w:p w14:paraId="232F2A70"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vAlign w:val="center"/>
          </w:tcPr>
          <w:p w14:paraId="637BD4A4"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vAlign w:val="center"/>
          </w:tcPr>
          <w:p w14:paraId="20997C2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20140120</w:t>
            </w:r>
          </w:p>
        </w:tc>
        <w:tc>
          <w:tcPr>
            <w:tcW w:w="2275" w:type="dxa"/>
            <w:vAlign w:val="center"/>
          </w:tcPr>
          <w:p w14:paraId="3B3BF50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y donaciones para incrementos de capital social, autorizados por CONASSIF y en trámite de inscripción en el Registro Público para CAN 1</w:t>
            </w:r>
          </w:p>
        </w:tc>
        <w:tc>
          <w:tcPr>
            <w:tcW w:w="1269" w:type="dxa"/>
            <w:vAlign w:val="center"/>
          </w:tcPr>
          <w:p w14:paraId="0634BF4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32202M01</w:t>
            </w:r>
          </w:p>
        </w:tc>
        <w:tc>
          <w:tcPr>
            <w:tcW w:w="2132" w:type="dxa"/>
            <w:vAlign w:val="center"/>
          </w:tcPr>
          <w:p w14:paraId="3099D7B0"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Donaciones autorizadas por capitalizar pendientes de registrar en el Registro Público</w:t>
            </w:r>
          </w:p>
        </w:tc>
      </w:tr>
      <w:tr w:rsidR="00E35433" w:rsidRPr="00E35433" w14:paraId="6372F576" w14:textId="77777777" w:rsidTr="00E35433">
        <w:trPr>
          <w:jc w:val="center"/>
        </w:trPr>
        <w:tc>
          <w:tcPr>
            <w:tcW w:w="1135" w:type="dxa"/>
            <w:tcBorders>
              <w:bottom w:val="single" w:sz="4" w:space="0" w:color="auto"/>
            </w:tcBorders>
            <w:shd w:val="clear" w:color="auto" w:fill="F2F2F2"/>
            <w:vAlign w:val="center"/>
          </w:tcPr>
          <w:p w14:paraId="6D8DE8A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d)</w:t>
            </w:r>
          </w:p>
        </w:tc>
        <w:tc>
          <w:tcPr>
            <w:tcW w:w="3392" w:type="dxa"/>
            <w:tcBorders>
              <w:bottom w:val="single" w:sz="4" w:space="0" w:color="auto"/>
            </w:tcBorders>
            <w:shd w:val="clear" w:color="auto" w:fill="F2F2F2"/>
            <w:vAlign w:val="center"/>
          </w:tcPr>
          <w:p w14:paraId="782461C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reservas patrimoniales reveladas, constituidas voluntariamente con el fin específico de absorber pérdidas patrimoniales durante la marcha de la empresa. De previo a su admisión dentro del CAN1, dichas reservas deben declararse como no redimibles, mediante acuerdo del máximo órgano directivo de la empresa.</w:t>
            </w:r>
          </w:p>
        </w:tc>
        <w:tc>
          <w:tcPr>
            <w:tcW w:w="1128" w:type="dxa"/>
            <w:tcBorders>
              <w:bottom w:val="single" w:sz="4" w:space="0" w:color="auto"/>
            </w:tcBorders>
            <w:shd w:val="clear" w:color="auto" w:fill="F2F2F2"/>
            <w:vAlign w:val="center"/>
          </w:tcPr>
          <w:p w14:paraId="26C8183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20140125</w:t>
            </w:r>
          </w:p>
        </w:tc>
        <w:tc>
          <w:tcPr>
            <w:tcW w:w="2275" w:type="dxa"/>
            <w:tcBorders>
              <w:bottom w:val="single" w:sz="4" w:space="0" w:color="auto"/>
            </w:tcBorders>
            <w:shd w:val="clear" w:color="auto" w:fill="F2F2F2"/>
            <w:vAlign w:val="center"/>
          </w:tcPr>
          <w:p w14:paraId="6554BDE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Reservas voluntarias no redimibles para absorber pérdidas durante la marcha de la entidad</w:t>
            </w:r>
          </w:p>
        </w:tc>
        <w:tc>
          <w:tcPr>
            <w:tcW w:w="1269" w:type="dxa"/>
            <w:tcBorders>
              <w:bottom w:val="single" w:sz="4" w:space="0" w:color="auto"/>
            </w:tcBorders>
            <w:shd w:val="clear" w:color="auto" w:fill="F2F2F2"/>
            <w:vAlign w:val="center"/>
          </w:tcPr>
          <w:p w14:paraId="7F0555C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34302M01</w:t>
            </w:r>
          </w:p>
        </w:tc>
        <w:tc>
          <w:tcPr>
            <w:tcW w:w="2132" w:type="dxa"/>
            <w:tcBorders>
              <w:bottom w:val="single" w:sz="4" w:space="0" w:color="auto"/>
            </w:tcBorders>
            <w:shd w:val="clear" w:color="auto" w:fill="F2F2F2"/>
            <w:vAlign w:val="center"/>
          </w:tcPr>
          <w:p w14:paraId="0AB8827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Reservas voluntarias para cobertura de pérdidas</w:t>
            </w:r>
          </w:p>
        </w:tc>
      </w:tr>
      <w:tr w:rsidR="00E35433" w:rsidRPr="00E35433" w14:paraId="598A6C70" w14:textId="77777777" w:rsidTr="00C55BA7">
        <w:trPr>
          <w:jc w:val="center"/>
        </w:trPr>
        <w:tc>
          <w:tcPr>
            <w:tcW w:w="1135" w:type="dxa"/>
            <w:tcBorders>
              <w:bottom w:val="single" w:sz="12" w:space="0" w:color="auto"/>
              <w:right w:val="nil"/>
            </w:tcBorders>
          </w:tcPr>
          <w:p w14:paraId="4C3F99F7"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left w:val="nil"/>
              <w:bottom w:val="single" w:sz="12" w:space="0" w:color="auto"/>
              <w:right w:val="nil"/>
            </w:tcBorders>
          </w:tcPr>
          <w:p w14:paraId="3F027A5D"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left w:val="nil"/>
              <w:bottom w:val="single" w:sz="12" w:space="0" w:color="auto"/>
              <w:right w:val="nil"/>
            </w:tcBorders>
          </w:tcPr>
          <w:p w14:paraId="5D1D0F42"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left w:val="nil"/>
              <w:bottom w:val="single" w:sz="12" w:space="0" w:color="auto"/>
              <w:right w:val="nil"/>
            </w:tcBorders>
          </w:tcPr>
          <w:p w14:paraId="3EDF5023"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left w:val="nil"/>
              <w:bottom w:val="single" w:sz="12" w:space="0" w:color="auto"/>
              <w:right w:val="nil"/>
            </w:tcBorders>
          </w:tcPr>
          <w:p w14:paraId="18121D8B"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left w:val="nil"/>
              <w:bottom w:val="single" w:sz="12" w:space="0" w:color="auto"/>
            </w:tcBorders>
          </w:tcPr>
          <w:p w14:paraId="0A041446"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1FFA8B57" w14:textId="77777777" w:rsidTr="00E35433">
        <w:trPr>
          <w:jc w:val="center"/>
        </w:trPr>
        <w:tc>
          <w:tcPr>
            <w:tcW w:w="1135" w:type="dxa"/>
            <w:tcBorders>
              <w:top w:val="single" w:sz="12" w:space="0" w:color="auto"/>
              <w:left w:val="single" w:sz="12" w:space="0" w:color="auto"/>
              <w:bottom w:val="single" w:sz="12" w:space="0" w:color="auto"/>
            </w:tcBorders>
            <w:shd w:val="clear" w:color="auto" w:fill="DAE9F7"/>
          </w:tcPr>
          <w:p w14:paraId="2E6EE891"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Artículo 102</w:t>
            </w:r>
          </w:p>
        </w:tc>
        <w:tc>
          <w:tcPr>
            <w:tcW w:w="3392" w:type="dxa"/>
            <w:tcBorders>
              <w:top w:val="single" w:sz="12" w:space="0" w:color="auto"/>
              <w:bottom w:val="single" w:sz="12" w:space="0" w:color="auto"/>
            </w:tcBorders>
            <w:shd w:val="clear" w:color="auto" w:fill="DAE9F7"/>
          </w:tcPr>
          <w:p w14:paraId="6FDCE162"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4. Deducciones a los elementos de CAN1</w:t>
            </w:r>
          </w:p>
        </w:tc>
        <w:tc>
          <w:tcPr>
            <w:tcW w:w="1128" w:type="dxa"/>
            <w:tcBorders>
              <w:top w:val="single" w:sz="12" w:space="0" w:color="auto"/>
              <w:bottom w:val="single" w:sz="12" w:space="0" w:color="auto"/>
            </w:tcBorders>
            <w:shd w:val="clear" w:color="auto" w:fill="DAE9F7"/>
            <w:vAlign w:val="center"/>
          </w:tcPr>
          <w:p w14:paraId="07BF5D39" w14:textId="77777777" w:rsidR="00E35433" w:rsidRPr="00E35433" w:rsidRDefault="00E35433" w:rsidP="00E35433">
            <w:pPr>
              <w:spacing w:before="0" w:after="0" w:line="240" w:lineRule="auto"/>
              <w:jc w:val="center"/>
              <w:rPr>
                <w:rFonts w:ascii="Roboto" w:eastAsia="Aptos" w:hAnsi="Roboto"/>
                <w:b/>
                <w:bCs/>
                <w:sz w:val="16"/>
                <w:szCs w:val="16"/>
                <w:lang w:val="es-CR"/>
              </w:rPr>
            </w:pPr>
          </w:p>
        </w:tc>
        <w:tc>
          <w:tcPr>
            <w:tcW w:w="2275" w:type="dxa"/>
            <w:tcBorders>
              <w:top w:val="single" w:sz="12" w:space="0" w:color="auto"/>
              <w:bottom w:val="single" w:sz="12" w:space="0" w:color="auto"/>
            </w:tcBorders>
            <w:shd w:val="clear" w:color="auto" w:fill="DAE9F7"/>
          </w:tcPr>
          <w:p w14:paraId="5368077B" w14:textId="77777777" w:rsidR="00E35433" w:rsidRPr="00E35433" w:rsidRDefault="00E35433" w:rsidP="00E35433">
            <w:pPr>
              <w:spacing w:before="0" w:after="0" w:line="240" w:lineRule="auto"/>
              <w:jc w:val="left"/>
              <w:rPr>
                <w:rFonts w:ascii="Roboto" w:eastAsia="Aptos" w:hAnsi="Roboto"/>
                <w:b/>
                <w:bCs/>
                <w:sz w:val="16"/>
                <w:szCs w:val="16"/>
                <w:lang w:val="es-CR"/>
              </w:rPr>
            </w:pPr>
          </w:p>
        </w:tc>
        <w:tc>
          <w:tcPr>
            <w:tcW w:w="3401" w:type="dxa"/>
            <w:gridSpan w:val="2"/>
            <w:tcBorders>
              <w:top w:val="single" w:sz="12" w:space="0" w:color="auto"/>
              <w:bottom w:val="single" w:sz="12" w:space="0" w:color="auto"/>
              <w:right w:val="single" w:sz="12" w:space="0" w:color="auto"/>
            </w:tcBorders>
            <w:shd w:val="clear" w:color="auto" w:fill="DAE9F7"/>
          </w:tcPr>
          <w:p w14:paraId="58F3E73A" w14:textId="77777777" w:rsidR="00E35433" w:rsidRPr="00E35433" w:rsidRDefault="00E35433" w:rsidP="00E35433">
            <w:pPr>
              <w:spacing w:before="0" w:after="0" w:line="240" w:lineRule="auto"/>
              <w:jc w:val="left"/>
              <w:rPr>
                <w:rFonts w:ascii="Roboto" w:eastAsia="Aptos" w:hAnsi="Roboto"/>
                <w:b/>
                <w:bCs/>
                <w:sz w:val="16"/>
                <w:szCs w:val="16"/>
                <w:lang w:val="es-CR"/>
              </w:rPr>
            </w:pPr>
          </w:p>
        </w:tc>
      </w:tr>
      <w:tr w:rsidR="00E35433" w:rsidRPr="00E35433" w14:paraId="532B3A4A" w14:textId="77777777" w:rsidTr="00C55BA7">
        <w:trPr>
          <w:jc w:val="center"/>
        </w:trPr>
        <w:tc>
          <w:tcPr>
            <w:tcW w:w="1135" w:type="dxa"/>
            <w:tcBorders>
              <w:top w:val="single" w:sz="12" w:space="0" w:color="auto"/>
            </w:tcBorders>
            <w:vAlign w:val="center"/>
          </w:tcPr>
          <w:p w14:paraId="69C0585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vAlign w:val="center"/>
          </w:tcPr>
          <w:p w14:paraId="1309728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CAN1 adquiridos por la propia empresa.</w:t>
            </w:r>
          </w:p>
        </w:tc>
        <w:tc>
          <w:tcPr>
            <w:tcW w:w="1128" w:type="dxa"/>
            <w:tcBorders>
              <w:top w:val="single" w:sz="12" w:space="0" w:color="auto"/>
            </w:tcBorders>
            <w:vAlign w:val="center"/>
          </w:tcPr>
          <w:p w14:paraId="6C7C2B2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20150100</w:t>
            </w:r>
          </w:p>
        </w:tc>
        <w:tc>
          <w:tcPr>
            <w:tcW w:w="2275" w:type="dxa"/>
            <w:tcBorders>
              <w:top w:val="single" w:sz="12" w:space="0" w:color="auto"/>
            </w:tcBorders>
            <w:vAlign w:val="center"/>
          </w:tcPr>
          <w:p w14:paraId="728FEC7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los instrumentos del CAN1 en tesorería</w:t>
            </w:r>
          </w:p>
        </w:tc>
        <w:tc>
          <w:tcPr>
            <w:tcW w:w="1269" w:type="dxa"/>
            <w:tcBorders>
              <w:top w:val="single" w:sz="12" w:space="0" w:color="auto"/>
            </w:tcBorders>
            <w:vAlign w:val="center"/>
          </w:tcPr>
          <w:p w14:paraId="166EF90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31502000</w:t>
            </w:r>
          </w:p>
        </w:tc>
        <w:tc>
          <w:tcPr>
            <w:tcW w:w="2132" w:type="dxa"/>
            <w:tcBorders>
              <w:top w:val="single" w:sz="12" w:space="0" w:color="auto"/>
            </w:tcBorders>
            <w:vAlign w:val="center"/>
          </w:tcPr>
          <w:p w14:paraId="3A54681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preferente (Acciones en tesorería)</w:t>
            </w:r>
          </w:p>
        </w:tc>
      </w:tr>
      <w:tr w:rsidR="00E35433" w:rsidRPr="00E35433" w14:paraId="1E41D6E5" w14:textId="77777777" w:rsidTr="00E35433">
        <w:trPr>
          <w:jc w:val="center"/>
        </w:trPr>
        <w:tc>
          <w:tcPr>
            <w:tcW w:w="1135" w:type="dxa"/>
            <w:shd w:val="clear" w:color="auto" w:fill="F2F2F2"/>
            <w:vAlign w:val="center"/>
          </w:tcPr>
          <w:p w14:paraId="3C67F83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vAlign w:val="center"/>
          </w:tcPr>
          <w:p w14:paraId="7BAAD6F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CAN1 emitidos por la propia empresa que se encuentran dados en garantía de operaciones crediticias otorgadas por ella misma.</w:t>
            </w:r>
          </w:p>
        </w:tc>
        <w:tc>
          <w:tcPr>
            <w:tcW w:w="1128" w:type="dxa"/>
            <w:shd w:val="clear" w:color="auto" w:fill="F2F2F2"/>
            <w:vAlign w:val="center"/>
          </w:tcPr>
          <w:p w14:paraId="64065C6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20150110</w:t>
            </w:r>
          </w:p>
        </w:tc>
        <w:tc>
          <w:tcPr>
            <w:tcW w:w="2275" w:type="dxa"/>
            <w:shd w:val="clear" w:color="auto" w:fill="F2F2F2"/>
            <w:vAlign w:val="center"/>
          </w:tcPr>
          <w:p w14:paraId="6314F4E6"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los instrumentos del CAN1 emitidos por la empresa y dados en garantía de operaciones crediticias.</w:t>
            </w:r>
          </w:p>
        </w:tc>
        <w:tc>
          <w:tcPr>
            <w:tcW w:w="1269" w:type="dxa"/>
            <w:shd w:val="clear" w:color="auto" w:fill="F2F2F2"/>
            <w:vAlign w:val="center"/>
          </w:tcPr>
          <w:p w14:paraId="36040EF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31100000</w:t>
            </w:r>
          </w:p>
        </w:tc>
        <w:tc>
          <w:tcPr>
            <w:tcW w:w="2132" w:type="dxa"/>
            <w:shd w:val="clear" w:color="auto" w:fill="F2F2F2"/>
            <w:vAlign w:val="center"/>
          </w:tcPr>
          <w:p w14:paraId="54BE294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w:t>
            </w:r>
          </w:p>
        </w:tc>
      </w:tr>
      <w:tr w:rsidR="00E35433" w:rsidRPr="00E35433" w14:paraId="42EBCD4F" w14:textId="77777777" w:rsidTr="00C55BA7">
        <w:trPr>
          <w:jc w:val="center"/>
        </w:trPr>
        <w:tc>
          <w:tcPr>
            <w:tcW w:w="1135" w:type="dxa"/>
            <w:vAlign w:val="center"/>
          </w:tcPr>
          <w:p w14:paraId="5EDDC3B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vAlign w:val="center"/>
          </w:tcPr>
          <w:p w14:paraId="7CAA29F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las participaciones en instrumentos homólogos al CAN1, que calificarían como tales bajo los criterios establecidos en el Anexo XVI de este reglamento. Esta deducción se efectúa con independencia del porcentaje de participación de la empresa supervisada en el capital social y de la naturaleza de la empresa de que se trate.</w:t>
            </w:r>
          </w:p>
        </w:tc>
        <w:tc>
          <w:tcPr>
            <w:tcW w:w="1128" w:type="dxa"/>
            <w:vAlign w:val="center"/>
          </w:tcPr>
          <w:p w14:paraId="27196E9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Arial" w:eastAsia="Aptos" w:hAnsi="Arial" w:cs="Arial"/>
                <w:color w:val="000000"/>
                <w:sz w:val="18"/>
                <w:szCs w:val="18"/>
                <w:lang w:val="es-CR"/>
              </w:rPr>
              <w:t>20150115</w:t>
            </w:r>
          </w:p>
        </w:tc>
        <w:tc>
          <w:tcPr>
            <w:tcW w:w="2275" w:type="dxa"/>
            <w:vAlign w:val="center"/>
          </w:tcPr>
          <w:p w14:paraId="15B503D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las participaciones en instrumentos homólogos al CAN1, de otras empresas.</w:t>
            </w:r>
          </w:p>
        </w:tc>
        <w:tc>
          <w:tcPr>
            <w:tcW w:w="1269" w:type="dxa"/>
            <w:vAlign w:val="center"/>
          </w:tcPr>
          <w:p w14:paraId="5C61B05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16000000</w:t>
            </w:r>
          </w:p>
        </w:tc>
        <w:tc>
          <w:tcPr>
            <w:tcW w:w="2132" w:type="dxa"/>
            <w:vAlign w:val="center"/>
          </w:tcPr>
          <w:p w14:paraId="2AB6D3E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en capital de otras empresas</w:t>
            </w:r>
          </w:p>
        </w:tc>
      </w:tr>
      <w:tr w:rsidR="00E35433" w:rsidRPr="00E35433" w14:paraId="0A2661B5" w14:textId="77777777" w:rsidTr="00E35433">
        <w:trPr>
          <w:jc w:val="center"/>
        </w:trPr>
        <w:tc>
          <w:tcPr>
            <w:tcW w:w="1135" w:type="dxa"/>
            <w:tcBorders>
              <w:bottom w:val="single" w:sz="4" w:space="0" w:color="auto"/>
            </w:tcBorders>
            <w:shd w:val="clear" w:color="auto" w:fill="F2F2F2"/>
            <w:vAlign w:val="center"/>
          </w:tcPr>
          <w:p w14:paraId="6B3036B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d)</w:t>
            </w:r>
          </w:p>
        </w:tc>
        <w:tc>
          <w:tcPr>
            <w:tcW w:w="3392" w:type="dxa"/>
            <w:tcBorders>
              <w:bottom w:val="single" w:sz="4" w:space="0" w:color="auto"/>
            </w:tcBorders>
            <w:shd w:val="clear" w:color="auto" w:fill="F2F2F2"/>
            <w:vAlign w:val="center"/>
          </w:tcPr>
          <w:p w14:paraId="33B04E0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importe de las deducciones que excedan el importe de los elementos del CN2 de la entidad o empresa.</w:t>
            </w:r>
          </w:p>
        </w:tc>
        <w:tc>
          <w:tcPr>
            <w:tcW w:w="1128" w:type="dxa"/>
            <w:tcBorders>
              <w:bottom w:val="single" w:sz="4" w:space="0" w:color="auto"/>
            </w:tcBorders>
            <w:shd w:val="clear" w:color="auto" w:fill="F2F2F2"/>
            <w:vAlign w:val="center"/>
          </w:tcPr>
          <w:p w14:paraId="0DAED92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20150120</w:t>
            </w:r>
          </w:p>
        </w:tc>
        <w:tc>
          <w:tcPr>
            <w:tcW w:w="2275" w:type="dxa"/>
            <w:tcBorders>
              <w:bottom w:val="single" w:sz="4" w:space="0" w:color="auto"/>
            </w:tcBorders>
            <w:shd w:val="clear" w:color="auto" w:fill="F2F2F2"/>
            <w:vAlign w:val="center"/>
          </w:tcPr>
          <w:p w14:paraId="07CCBEB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Importe de las deducciones del CN2 que exceda el importe de los elementos del CAN2 de la entidad</w:t>
            </w:r>
          </w:p>
        </w:tc>
        <w:tc>
          <w:tcPr>
            <w:tcW w:w="3401" w:type="dxa"/>
            <w:gridSpan w:val="2"/>
            <w:tcBorders>
              <w:bottom w:val="single" w:sz="4" w:space="0" w:color="auto"/>
            </w:tcBorders>
            <w:shd w:val="clear" w:color="auto" w:fill="F2F2F2"/>
            <w:vAlign w:val="center"/>
          </w:tcPr>
          <w:p w14:paraId="54BDA31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r>
      <w:tr w:rsidR="00E35433" w:rsidRPr="00E35433" w14:paraId="29781C9F" w14:textId="77777777" w:rsidTr="00C55BA7">
        <w:trPr>
          <w:jc w:val="center"/>
        </w:trPr>
        <w:tc>
          <w:tcPr>
            <w:tcW w:w="1135" w:type="dxa"/>
            <w:tcBorders>
              <w:bottom w:val="single" w:sz="12" w:space="0" w:color="auto"/>
              <w:right w:val="nil"/>
            </w:tcBorders>
          </w:tcPr>
          <w:p w14:paraId="7D7F00A4"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left w:val="nil"/>
              <w:bottom w:val="single" w:sz="12" w:space="0" w:color="auto"/>
              <w:right w:val="nil"/>
            </w:tcBorders>
          </w:tcPr>
          <w:p w14:paraId="0C489402"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left w:val="nil"/>
              <w:bottom w:val="single" w:sz="12" w:space="0" w:color="auto"/>
              <w:right w:val="nil"/>
            </w:tcBorders>
          </w:tcPr>
          <w:p w14:paraId="5762D117"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left w:val="nil"/>
              <w:bottom w:val="single" w:sz="12" w:space="0" w:color="auto"/>
              <w:right w:val="nil"/>
            </w:tcBorders>
          </w:tcPr>
          <w:p w14:paraId="04FC3A53"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left w:val="nil"/>
              <w:bottom w:val="single" w:sz="12" w:space="0" w:color="auto"/>
              <w:right w:val="nil"/>
            </w:tcBorders>
          </w:tcPr>
          <w:p w14:paraId="5B5622E5"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left w:val="nil"/>
              <w:bottom w:val="single" w:sz="12" w:space="0" w:color="auto"/>
            </w:tcBorders>
          </w:tcPr>
          <w:p w14:paraId="1285937F"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04D78BE5"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7FEEBD0D"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B) CAPITAL NIVEL 2 (5 - 6)</w:t>
            </w:r>
          </w:p>
        </w:tc>
      </w:tr>
      <w:tr w:rsidR="00E35433" w:rsidRPr="00E35433" w14:paraId="2D06CDBB" w14:textId="77777777" w:rsidTr="00E35433">
        <w:trPr>
          <w:jc w:val="center"/>
        </w:trPr>
        <w:tc>
          <w:tcPr>
            <w:tcW w:w="1135" w:type="dxa"/>
            <w:tcBorders>
              <w:top w:val="single" w:sz="12" w:space="0" w:color="auto"/>
              <w:left w:val="single" w:sz="12" w:space="0" w:color="auto"/>
              <w:bottom w:val="single" w:sz="12" w:space="0" w:color="auto"/>
              <w:right w:val="single" w:sz="12" w:space="0" w:color="auto"/>
            </w:tcBorders>
            <w:shd w:val="clear" w:color="auto" w:fill="DAE9F7"/>
          </w:tcPr>
          <w:p w14:paraId="5C1E8085"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Artículo 103</w:t>
            </w:r>
          </w:p>
        </w:tc>
        <w:tc>
          <w:tcPr>
            <w:tcW w:w="10196" w:type="dxa"/>
            <w:gridSpan w:val="5"/>
            <w:tcBorders>
              <w:top w:val="single" w:sz="12" w:space="0" w:color="auto"/>
              <w:left w:val="single" w:sz="12" w:space="0" w:color="auto"/>
              <w:bottom w:val="single" w:sz="12" w:space="0" w:color="auto"/>
              <w:right w:val="single" w:sz="12" w:space="0" w:color="auto"/>
            </w:tcBorders>
            <w:shd w:val="clear" w:color="auto" w:fill="DAE9F7"/>
          </w:tcPr>
          <w:p w14:paraId="19354E3A"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5. Elementos del CN2</w:t>
            </w:r>
          </w:p>
        </w:tc>
      </w:tr>
      <w:tr w:rsidR="00E35433" w:rsidRPr="00E35433" w14:paraId="675F5271" w14:textId="77777777" w:rsidTr="00C55BA7">
        <w:trPr>
          <w:jc w:val="center"/>
        </w:trPr>
        <w:tc>
          <w:tcPr>
            <w:tcW w:w="1135" w:type="dxa"/>
            <w:vMerge w:val="restart"/>
            <w:tcBorders>
              <w:top w:val="single" w:sz="12" w:space="0" w:color="auto"/>
            </w:tcBorders>
            <w:vAlign w:val="center"/>
          </w:tcPr>
          <w:p w14:paraId="790F3D6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vMerge w:val="restart"/>
            <w:tcBorders>
              <w:top w:val="single" w:sz="12" w:space="0" w:color="auto"/>
            </w:tcBorders>
            <w:vAlign w:val="center"/>
          </w:tcPr>
          <w:p w14:paraId="58B444C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instrumentos emitidos por la empresa que cumplan con todos y cada uno de los criterios de admisibilidad para formar parte del CN2, dispuestos en el Anexo XVI de este reglamento.</w:t>
            </w:r>
          </w:p>
        </w:tc>
        <w:tc>
          <w:tcPr>
            <w:tcW w:w="1128" w:type="dxa"/>
            <w:tcBorders>
              <w:top w:val="single" w:sz="12" w:space="0" w:color="auto"/>
            </w:tcBorders>
            <w:vAlign w:val="center"/>
          </w:tcPr>
          <w:p w14:paraId="16C0745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20180101</w:t>
            </w:r>
          </w:p>
        </w:tc>
        <w:tc>
          <w:tcPr>
            <w:tcW w:w="2275" w:type="dxa"/>
            <w:tcBorders>
              <w:top w:val="single" w:sz="12" w:space="0" w:color="auto"/>
            </w:tcBorders>
            <w:vAlign w:val="center"/>
          </w:tcPr>
          <w:p w14:paraId="703B2D5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preferente que cumpla criterios de admisibilidad para CN2</w:t>
            </w:r>
          </w:p>
        </w:tc>
        <w:tc>
          <w:tcPr>
            <w:tcW w:w="1269" w:type="dxa"/>
            <w:tcBorders>
              <w:top w:val="single" w:sz="12" w:space="0" w:color="auto"/>
            </w:tcBorders>
            <w:vAlign w:val="center"/>
          </w:tcPr>
          <w:p w14:paraId="2946CA8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31102000</w:t>
            </w:r>
          </w:p>
        </w:tc>
        <w:tc>
          <w:tcPr>
            <w:tcW w:w="2132" w:type="dxa"/>
            <w:tcBorders>
              <w:top w:val="single" w:sz="12" w:space="0" w:color="auto"/>
            </w:tcBorders>
            <w:vAlign w:val="center"/>
          </w:tcPr>
          <w:p w14:paraId="1BD577B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 preferente</w:t>
            </w:r>
          </w:p>
        </w:tc>
      </w:tr>
      <w:tr w:rsidR="00E35433" w:rsidRPr="00E35433" w14:paraId="217F5B84" w14:textId="77777777" w:rsidTr="00C55BA7">
        <w:trPr>
          <w:jc w:val="center"/>
        </w:trPr>
        <w:tc>
          <w:tcPr>
            <w:tcW w:w="1135" w:type="dxa"/>
            <w:vMerge/>
            <w:vAlign w:val="center"/>
          </w:tcPr>
          <w:p w14:paraId="4EEAAF83"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vAlign w:val="center"/>
          </w:tcPr>
          <w:p w14:paraId="1C5C151A"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vAlign w:val="center"/>
          </w:tcPr>
          <w:p w14:paraId="13A2382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20180103</w:t>
            </w:r>
          </w:p>
        </w:tc>
        <w:tc>
          <w:tcPr>
            <w:tcW w:w="2275" w:type="dxa"/>
          </w:tcPr>
          <w:p w14:paraId="514FE78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Instrumento subordinado que cumpla criterios de admisibilidad para CN2</w:t>
            </w:r>
          </w:p>
        </w:tc>
        <w:tc>
          <w:tcPr>
            <w:tcW w:w="1269" w:type="dxa"/>
            <w:vAlign w:val="center"/>
          </w:tcPr>
          <w:p w14:paraId="017155C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26100000</w:t>
            </w:r>
          </w:p>
        </w:tc>
        <w:tc>
          <w:tcPr>
            <w:tcW w:w="2132" w:type="dxa"/>
            <w:vAlign w:val="center"/>
          </w:tcPr>
          <w:p w14:paraId="73F5385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Obligaciones subordinadas</w:t>
            </w:r>
          </w:p>
        </w:tc>
      </w:tr>
      <w:tr w:rsidR="00E35433" w:rsidRPr="00E35433" w14:paraId="5EF02715" w14:textId="77777777" w:rsidTr="00C55BA7">
        <w:trPr>
          <w:jc w:val="center"/>
        </w:trPr>
        <w:tc>
          <w:tcPr>
            <w:tcW w:w="1135" w:type="dxa"/>
            <w:vMerge/>
            <w:vAlign w:val="center"/>
          </w:tcPr>
          <w:p w14:paraId="2DE6AA5A"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vAlign w:val="center"/>
          </w:tcPr>
          <w:p w14:paraId="0521F88B"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vAlign w:val="center"/>
          </w:tcPr>
          <w:p w14:paraId="0348A8A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20180103</w:t>
            </w:r>
          </w:p>
        </w:tc>
        <w:tc>
          <w:tcPr>
            <w:tcW w:w="2275" w:type="dxa"/>
          </w:tcPr>
          <w:p w14:paraId="157B562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Instrumento subordinado que cumpla criterios de admisibilidad para CN2</w:t>
            </w:r>
          </w:p>
        </w:tc>
        <w:tc>
          <w:tcPr>
            <w:tcW w:w="1269" w:type="dxa"/>
            <w:vAlign w:val="center"/>
          </w:tcPr>
          <w:p w14:paraId="37A3F7B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 26200000</w:t>
            </w:r>
          </w:p>
        </w:tc>
        <w:tc>
          <w:tcPr>
            <w:tcW w:w="2132" w:type="dxa"/>
            <w:vAlign w:val="center"/>
          </w:tcPr>
          <w:p w14:paraId="286251F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Préstamos subordinados</w:t>
            </w:r>
          </w:p>
        </w:tc>
      </w:tr>
      <w:tr w:rsidR="00E35433" w:rsidRPr="00E35433" w14:paraId="0FC94A14" w14:textId="77777777" w:rsidTr="00C55BA7">
        <w:trPr>
          <w:jc w:val="center"/>
        </w:trPr>
        <w:tc>
          <w:tcPr>
            <w:tcW w:w="1135" w:type="dxa"/>
            <w:vMerge/>
            <w:vAlign w:val="center"/>
          </w:tcPr>
          <w:p w14:paraId="3E18381B"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vAlign w:val="center"/>
          </w:tcPr>
          <w:p w14:paraId="422D37BA"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vAlign w:val="center"/>
          </w:tcPr>
          <w:p w14:paraId="5BBFC53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20180105</w:t>
            </w:r>
          </w:p>
        </w:tc>
        <w:tc>
          <w:tcPr>
            <w:tcW w:w="2275" w:type="dxa"/>
          </w:tcPr>
          <w:p w14:paraId="66FCD4D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Obligaciones convertibles en capital que cumpla criterios de admisibilidad para CN2</w:t>
            </w:r>
          </w:p>
        </w:tc>
        <w:tc>
          <w:tcPr>
            <w:tcW w:w="1269" w:type="dxa"/>
            <w:vAlign w:val="center"/>
          </w:tcPr>
          <w:p w14:paraId="0C7E5FD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 27100000</w:t>
            </w:r>
          </w:p>
        </w:tc>
        <w:tc>
          <w:tcPr>
            <w:tcW w:w="2132" w:type="dxa"/>
            <w:vAlign w:val="center"/>
          </w:tcPr>
          <w:p w14:paraId="672EF71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Obligaciones convertibles en capital</w:t>
            </w:r>
          </w:p>
        </w:tc>
      </w:tr>
      <w:tr w:rsidR="00E35433" w:rsidRPr="00E35433" w14:paraId="0A2E4899" w14:textId="77777777" w:rsidTr="00E35433">
        <w:trPr>
          <w:jc w:val="center"/>
        </w:trPr>
        <w:tc>
          <w:tcPr>
            <w:tcW w:w="1135" w:type="dxa"/>
            <w:vMerge w:val="restart"/>
            <w:shd w:val="clear" w:color="auto" w:fill="F2F2F2"/>
            <w:vAlign w:val="center"/>
          </w:tcPr>
          <w:p w14:paraId="382BA14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vMerge w:val="restart"/>
            <w:shd w:val="clear" w:color="auto" w:fill="F2F2F2"/>
            <w:vAlign w:val="center"/>
          </w:tcPr>
          <w:p w14:paraId="7CD6191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Las primas de emisión a los instrumentos a que se refiere el inciso a), netas de los </w:t>
            </w:r>
            <w:r w:rsidRPr="00E35433">
              <w:rPr>
                <w:rFonts w:ascii="Roboto" w:eastAsia="Aptos" w:hAnsi="Roboto"/>
                <w:sz w:val="16"/>
                <w:szCs w:val="16"/>
                <w:lang w:val="es-CR"/>
              </w:rPr>
              <w:lastRenderedPageBreak/>
              <w:t>correspondientes descuentos y costos de emisión y colocación.</w:t>
            </w:r>
          </w:p>
        </w:tc>
        <w:tc>
          <w:tcPr>
            <w:tcW w:w="1128" w:type="dxa"/>
            <w:shd w:val="clear" w:color="auto" w:fill="F2F2F2"/>
            <w:vAlign w:val="center"/>
          </w:tcPr>
          <w:p w14:paraId="3C8DAFC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lastRenderedPageBreak/>
              <w:t>20180107</w:t>
            </w:r>
          </w:p>
        </w:tc>
        <w:tc>
          <w:tcPr>
            <w:tcW w:w="2275" w:type="dxa"/>
            <w:shd w:val="clear" w:color="auto" w:fill="F2F2F2"/>
          </w:tcPr>
          <w:p w14:paraId="229DE52D" w14:textId="77777777" w:rsidR="00E35433" w:rsidRPr="00E35433" w:rsidRDefault="00E35433" w:rsidP="00E35433">
            <w:pPr>
              <w:spacing w:before="0" w:after="0" w:line="240" w:lineRule="auto"/>
              <w:rPr>
                <w:rFonts w:ascii="Roboto" w:eastAsia="Aptos" w:hAnsi="Roboto"/>
                <w:sz w:val="16"/>
                <w:szCs w:val="16"/>
                <w:lang w:val="es-CR"/>
              </w:rPr>
            </w:pPr>
            <w:proofErr w:type="gramStart"/>
            <w:r w:rsidRPr="00E35433">
              <w:rPr>
                <w:rFonts w:ascii="Roboto" w:eastAsia="Aptos" w:hAnsi="Roboto"/>
                <w:sz w:val="16"/>
                <w:szCs w:val="16"/>
                <w:lang w:val="es-CR"/>
              </w:rPr>
              <w:t>Primas capital</w:t>
            </w:r>
            <w:proofErr w:type="gramEnd"/>
            <w:r w:rsidRPr="00E35433">
              <w:rPr>
                <w:rFonts w:ascii="Roboto" w:eastAsia="Aptos" w:hAnsi="Roboto"/>
                <w:sz w:val="16"/>
                <w:szCs w:val="16"/>
                <w:lang w:val="es-CR"/>
              </w:rPr>
              <w:t xml:space="preserve"> preferente que cumpla criterios de admisibilidad para CN2</w:t>
            </w:r>
          </w:p>
        </w:tc>
        <w:tc>
          <w:tcPr>
            <w:tcW w:w="1269" w:type="dxa"/>
            <w:shd w:val="clear" w:color="auto" w:fill="F2F2F2"/>
            <w:vAlign w:val="center"/>
          </w:tcPr>
          <w:p w14:paraId="1E6DAE7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32100000</w:t>
            </w:r>
          </w:p>
        </w:tc>
        <w:tc>
          <w:tcPr>
            <w:tcW w:w="2132" w:type="dxa"/>
            <w:shd w:val="clear" w:color="auto" w:fill="F2F2F2"/>
            <w:vAlign w:val="center"/>
          </w:tcPr>
          <w:p w14:paraId="70C9D64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 adicional</w:t>
            </w:r>
          </w:p>
        </w:tc>
      </w:tr>
      <w:tr w:rsidR="00E35433" w:rsidRPr="00E35433" w14:paraId="15CEAA60" w14:textId="77777777" w:rsidTr="00E35433">
        <w:trPr>
          <w:trHeight w:val="768"/>
          <w:jc w:val="center"/>
        </w:trPr>
        <w:tc>
          <w:tcPr>
            <w:tcW w:w="1135" w:type="dxa"/>
            <w:vMerge/>
            <w:shd w:val="clear" w:color="auto" w:fill="F2F2F2"/>
            <w:vAlign w:val="center"/>
          </w:tcPr>
          <w:p w14:paraId="2CA3D127"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shd w:val="clear" w:color="auto" w:fill="F2F2F2"/>
            <w:vAlign w:val="center"/>
          </w:tcPr>
          <w:p w14:paraId="239B8828"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shd w:val="clear" w:color="auto" w:fill="F2F2F2"/>
            <w:vAlign w:val="center"/>
          </w:tcPr>
          <w:p w14:paraId="20C328D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20180109</w:t>
            </w:r>
          </w:p>
        </w:tc>
        <w:tc>
          <w:tcPr>
            <w:tcW w:w="2275" w:type="dxa"/>
            <w:shd w:val="clear" w:color="auto" w:fill="F2F2F2"/>
          </w:tcPr>
          <w:p w14:paraId="7A02B6C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Primas instrumento subordinado que cumpla criterios de admisibilidad para CN2</w:t>
            </w:r>
          </w:p>
        </w:tc>
        <w:tc>
          <w:tcPr>
            <w:tcW w:w="1269" w:type="dxa"/>
            <w:shd w:val="clear" w:color="auto" w:fill="F2F2F2"/>
            <w:vAlign w:val="center"/>
          </w:tcPr>
          <w:p w14:paraId="552B58C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p>
          <w:p w14:paraId="7AFA55D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26100000</w:t>
            </w:r>
          </w:p>
        </w:tc>
        <w:tc>
          <w:tcPr>
            <w:tcW w:w="2132" w:type="dxa"/>
            <w:shd w:val="clear" w:color="auto" w:fill="F2F2F2"/>
            <w:vAlign w:val="center"/>
          </w:tcPr>
          <w:p w14:paraId="70BCCB4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Obligaciones subordinadas</w:t>
            </w:r>
          </w:p>
        </w:tc>
      </w:tr>
      <w:tr w:rsidR="00E35433" w:rsidRPr="00E35433" w14:paraId="2EDB7633" w14:textId="77777777" w:rsidTr="00C55BA7">
        <w:trPr>
          <w:jc w:val="center"/>
        </w:trPr>
        <w:tc>
          <w:tcPr>
            <w:tcW w:w="1135" w:type="dxa"/>
            <w:vMerge w:val="restart"/>
            <w:vAlign w:val="center"/>
          </w:tcPr>
          <w:p w14:paraId="346AE10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vMerge w:val="restart"/>
            <w:vAlign w:val="center"/>
          </w:tcPr>
          <w:p w14:paraId="0348375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aportes y donaciones para incrementos de capital social, pendientes de autorización por CONASSIF. Los aportes y donaciones podrán corresponder a instrumentos admisibles en el CCN1 o CAN1 según lo dispuesto en este Reglamento. Para su admisión en el CN2, los aportes y donaciones deben encontrarse dentro del plazo máximo de 12 meses contados a partir de la fecha de presentación de la solicitud de autorización.</w:t>
            </w:r>
          </w:p>
        </w:tc>
        <w:tc>
          <w:tcPr>
            <w:tcW w:w="1128" w:type="dxa"/>
            <w:vAlign w:val="center"/>
          </w:tcPr>
          <w:p w14:paraId="0480D8D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20180113</w:t>
            </w:r>
          </w:p>
        </w:tc>
        <w:tc>
          <w:tcPr>
            <w:tcW w:w="2275" w:type="dxa"/>
          </w:tcPr>
          <w:p w14:paraId="5E0C1CE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y donaciones por capitalizar, pendientes de autorización por el CONASSIF para CN2</w:t>
            </w:r>
          </w:p>
        </w:tc>
        <w:tc>
          <w:tcPr>
            <w:tcW w:w="1269" w:type="dxa"/>
            <w:vAlign w:val="center"/>
          </w:tcPr>
          <w:p w14:paraId="11BCD3F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32201M02</w:t>
            </w:r>
          </w:p>
        </w:tc>
        <w:tc>
          <w:tcPr>
            <w:tcW w:w="2132" w:type="dxa"/>
            <w:vAlign w:val="center"/>
          </w:tcPr>
          <w:p w14:paraId="141CC5C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por capitalizar pendientes de autorizar</w:t>
            </w:r>
          </w:p>
        </w:tc>
      </w:tr>
      <w:tr w:rsidR="00E35433" w:rsidRPr="00E35433" w14:paraId="344C485B" w14:textId="77777777" w:rsidTr="00C55BA7">
        <w:trPr>
          <w:jc w:val="center"/>
        </w:trPr>
        <w:tc>
          <w:tcPr>
            <w:tcW w:w="1135" w:type="dxa"/>
            <w:vMerge/>
          </w:tcPr>
          <w:p w14:paraId="34524A62"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tcPr>
          <w:p w14:paraId="53FC72DC"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vAlign w:val="center"/>
          </w:tcPr>
          <w:p w14:paraId="16CF32E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20180113</w:t>
            </w:r>
          </w:p>
        </w:tc>
        <w:tc>
          <w:tcPr>
            <w:tcW w:w="2275" w:type="dxa"/>
          </w:tcPr>
          <w:p w14:paraId="25E148C6"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y donaciones por capitalizar, pendientes de autorización por el CONASSIF para CN2</w:t>
            </w:r>
          </w:p>
        </w:tc>
        <w:tc>
          <w:tcPr>
            <w:tcW w:w="1269" w:type="dxa"/>
            <w:vAlign w:val="center"/>
          </w:tcPr>
          <w:p w14:paraId="4EB1A0E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 32202M02</w:t>
            </w:r>
          </w:p>
        </w:tc>
        <w:tc>
          <w:tcPr>
            <w:tcW w:w="2132" w:type="dxa"/>
            <w:vAlign w:val="center"/>
          </w:tcPr>
          <w:p w14:paraId="0F75C67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Donaciones por capitalizar pendientes de autorizar</w:t>
            </w:r>
          </w:p>
        </w:tc>
      </w:tr>
      <w:tr w:rsidR="00E35433" w:rsidRPr="00E35433" w14:paraId="2E0C9A30" w14:textId="77777777" w:rsidTr="00E35433">
        <w:trPr>
          <w:trHeight w:val="980"/>
          <w:jc w:val="center"/>
        </w:trPr>
        <w:tc>
          <w:tcPr>
            <w:tcW w:w="1135" w:type="dxa"/>
            <w:shd w:val="clear" w:color="auto" w:fill="F2F2F2"/>
            <w:vAlign w:val="center"/>
          </w:tcPr>
          <w:p w14:paraId="6D80A59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d)</w:t>
            </w:r>
          </w:p>
        </w:tc>
        <w:tc>
          <w:tcPr>
            <w:tcW w:w="3392" w:type="dxa"/>
            <w:shd w:val="clear" w:color="auto" w:fill="F2F2F2"/>
            <w:vAlign w:val="center"/>
          </w:tcPr>
          <w:p w14:paraId="7B5CBC0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superávits por revaluación de terrenos, edificios e instalaciones bienes inmuebles; hasta por una suma no mayor al 75% del saldo de la cuenta patrimonial correspondiente.</w:t>
            </w:r>
          </w:p>
        </w:tc>
        <w:tc>
          <w:tcPr>
            <w:tcW w:w="3403" w:type="dxa"/>
            <w:gridSpan w:val="2"/>
            <w:shd w:val="clear" w:color="auto" w:fill="F2F2F2"/>
            <w:vAlign w:val="center"/>
          </w:tcPr>
          <w:p w14:paraId="2FA78C8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49C7D5D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(33101100+ 33101200) *75%</w:t>
            </w:r>
          </w:p>
        </w:tc>
        <w:tc>
          <w:tcPr>
            <w:tcW w:w="2132" w:type="dxa"/>
            <w:shd w:val="clear" w:color="auto" w:fill="F2F2F2"/>
            <w:vAlign w:val="center"/>
          </w:tcPr>
          <w:p w14:paraId="1264548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Superávit por revaluación de propiedades inmobiliarias</w:t>
            </w:r>
          </w:p>
        </w:tc>
      </w:tr>
      <w:tr w:rsidR="00E35433" w:rsidRPr="00E35433" w14:paraId="20F028B9" w14:textId="77777777" w:rsidTr="00C55BA7">
        <w:trPr>
          <w:jc w:val="center"/>
        </w:trPr>
        <w:tc>
          <w:tcPr>
            <w:tcW w:w="1135" w:type="dxa"/>
            <w:vMerge w:val="restart"/>
            <w:vAlign w:val="center"/>
          </w:tcPr>
          <w:p w14:paraId="3483EBA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e)</w:t>
            </w:r>
          </w:p>
        </w:tc>
        <w:tc>
          <w:tcPr>
            <w:tcW w:w="3392" w:type="dxa"/>
            <w:vMerge w:val="restart"/>
            <w:vAlign w:val="center"/>
          </w:tcPr>
          <w:p w14:paraId="43F4DCD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superávits por valuación de participaciones en otras empresas.</w:t>
            </w:r>
          </w:p>
        </w:tc>
        <w:tc>
          <w:tcPr>
            <w:tcW w:w="3403" w:type="dxa"/>
            <w:gridSpan w:val="2"/>
            <w:vMerge w:val="restart"/>
            <w:vAlign w:val="center"/>
          </w:tcPr>
          <w:p w14:paraId="23C9A05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0918065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33201000</w:t>
            </w:r>
          </w:p>
        </w:tc>
        <w:tc>
          <w:tcPr>
            <w:tcW w:w="2132" w:type="dxa"/>
            <w:vAlign w:val="center"/>
          </w:tcPr>
          <w:p w14:paraId="79B7F2F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Superávit por revaluación propiedades, mobiliario y equipo</w:t>
            </w:r>
          </w:p>
        </w:tc>
      </w:tr>
      <w:tr w:rsidR="00E35433" w:rsidRPr="00E35433" w14:paraId="7F2C8AD9" w14:textId="77777777" w:rsidTr="00C55BA7">
        <w:trPr>
          <w:jc w:val="center"/>
        </w:trPr>
        <w:tc>
          <w:tcPr>
            <w:tcW w:w="1135" w:type="dxa"/>
            <w:vMerge/>
          </w:tcPr>
          <w:p w14:paraId="38570FF5"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vAlign w:val="center"/>
          </w:tcPr>
          <w:p w14:paraId="7F0C002B"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vMerge/>
            <w:vAlign w:val="center"/>
          </w:tcPr>
          <w:p w14:paraId="0A6F6D7B"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1269" w:type="dxa"/>
            <w:vAlign w:val="center"/>
          </w:tcPr>
          <w:p w14:paraId="6FC7C4E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 xml:space="preserve">MÁS </w:t>
            </w:r>
            <w:r w:rsidRPr="00E35433">
              <w:rPr>
                <w:rFonts w:ascii="Roboto" w:eastAsia="Aptos" w:hAnsi="Roboto"/>
                <w:sz w:val="16"/>
                <w:szCs w:val="16"/>
                <w:lang w:val="es-CR"/>
              </w:rPr>
              <w:br/>
              <w:t>33202000</w:t>
            </w:r>
          </w:p>
        </w:tc>
        <w:tc>
          <w:tcPr>
            <w:tcW w:w="2132" w:type="dxa"/>
            <w:vAlign w:val="center"/>
          </w:tcPr>
          <w:p w14:paraId="5DD994C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Superávit por revaluación de otros activos en empresas participadas</w:t>
            </w:r>
          </w:p>
        </w:tc>
      </w:tr>
      <w:tr w:rsidR="00E35433" w:rsidRPr="00E35433" w14:paraId="349F92E2" w14:textId="77777777" w:rsidTr="00C55BA7">
        <w:trPr>
          <w:jc w:val="center"/>
        </w:trPr>
        <w:tc>
          <w:tcPr>
            <w:tcW w:w="1135" w:type="dxa"/>
            <w:tcBorders>
              <w:bottom w:val="single" w:sz="12" w:space="0" w:color="auto"/>
              <w:right w:val="nil"/>
            </w:tcBorders>
          </w:tcPr>
          <w:p w14:paraId="6AD7A5C2"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left w:val="nil"/>
              <w:bottom w:val="single" w:sz="12" w:space="0" w:color="auto"/>
              <w:right w:val="nil"/>
            </w:tcBorders>
          </w:tcPr>
          <w:p w14:paraId="6DFEF84A"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left w:val="nil"/>
              <w:bottom w:val="single" w:sz="12" w:space="0" w:color="auto"/>
              <w:right w:val="nil"/>
            </w:tcBorders>
          </w:tcPr>
          <w:p w14:paraId="69880F9D"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left w:val="nil"/>
              <w:bottom w:val="single" w:sz="12" w:space="0" w:color="auto"/>
              <w:right w:val="nil"/>
            </w:tcBorders>
          </w:tcPr>
          <w:p w14:paraId="23CBE70F"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left w:val="nil"/>
              <w:bottom w:val="single" w:sz="12" w:space="0" w:color="auto"/>
              <w:right w:val="nil"/>
            </w:tcBorders>
          </w:tcPr>
          <w:p w14:paraId="606BE8F0"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left w:val="nil"/>
              <w:bottom w:val="single" w:sz="12" w:space="0" w:color="auto"/>
            </w:tcBorders>
          </w:tcPr>
          <w:p w14:paraId="26D42BC3"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5B278C84" w14:textId="77777777" w:rsidTr="00E35433">
        <w:trPr>
          <w:jc w:val="center"/>
        </w:trPr>
        <w:tc>
          <w:tcPr>
            <w:tcW w:w="1135" w:type="dxa"/>
            <w:tcBorders>
              <w:top w:val="single" w:sz="12" w:space="0" w:color="auto"/>
              <w:left w:val="single" w:sz="12" w:space="0" w:color="auto"/>
              <w:bottom w:val="single" w:sz="12" w:space="0" w:color="auto"/>
            </w:tcBorders>
            <w:shd w:val="clear" w:color="auto" w:fill="DAE9F7"/>
          </w:tcPr>
          <w:p w14:paraId="68D2C709"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Artículo 105</w:t>
            </w:r>
          </w:p>
        </w:tc>
        <w:tc>
          <w:tcPr>
            <w:tcW w:w="3392" w:type="dxa"/>
            <w:tcBorders>
              <w:top w:val="single" w:sz="12" w:space="0" w:color="auto"/>
              <w:bottom w:val="single" w:sz="12" w:space="0" w:color="auto"/>
            </w:tcBorders>
            <w:shd w:val="clear" w:color="auto" w:fill="DAE9F7"/>
          </w:tcPr>
          <w:p w14:paraId="792A836D"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6. Deducciones a los elementos del CN2</w:t>
            </w:r>
          </w:p>
        </w:tc>
        <w:tc>
          <w:tcPr>
            <w:tcW w:w="1128" w:type="dxa"/>
            <w:tcBorders>
              <w:top w:val="single" w:sz="12" w:space="0" w:color="auto"/>
              <w:bottom w:val="single" w:sz="12" w:space="0" w:color="auto"/>
            </w:tcBorders>
            <w:shd w:val="clear" w:color="auto" w:fill="DAE9F7"/>
            <w:vAlign w:val="center"/>
          </w:tcPr>
          <w:p w14:paraId="6F00E0A9"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2275" w:type="dxa"/>
            <w:tcBorders>
              <w:top w:val="single" w:sz="12" w:space="0" w:color="auto"/>
              <w:bottom w:val="single" w:sz="12" w:space="0" w:color="auto"/>
            </w:tcBorders>
            <w:shd w:val="clear" w:color="auto" w:fill="DAE9F7"/>
          </w:tcPr>
          <w:p w14:paraId="0FB79B2C"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1" w:type="dxa"/>
            <w:gridSpan w:val="2"/>
            <w:tcBorders>
              <w:top w:val="single" w:sz="12" w:space="0" w:color="auto"/>
              <w:bottom w:val="single" w:sz="12" w:space="0" w:color="auto"/>
              <w:right w:val="single" w:sz="12" w:space="0" w:color="auto"/>
            </w:tcBorders>
            <w:shd w:val="clear" w:color="auto" w:fill="DAE9F7"/>
          </w:tcPr>
          <w:p w14:paraId="11C8B07E"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sz w:val="16"/>
                <w:szCs w:val="16"/>
                <w:lang w:val="es-CR"/>
              </w:rPr>
              <w:t>No procede</w:t>
            </w:r>
          </w:p>
        </w:tc>
      </w:tr>
      <w:tr w:rsidR="00E35433" w:rsidRPr="00E35433" w14:paraId="573D6132" w14:textId="77777777" w:rsidTr="00C55BA7">
        <w:trPr>
          <w:jc w:val="center"/>
        </w:trPr>
        <w:tc>
          <w:tcPr>
            <w:tcW w:w="1135" w:type="dxa"/>
            <w:tcBorders>
              <w:top w:val="single" w:sz="12" w:space="0" w:color="auto"/>
            </w:tcBorders>
            <w:vAlign w:val="center"/>
          </w:tcPr>
          <w:p w14:paraId="17468D6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vAlign w:val="center"/>
          </w:tcPr>
          <w:p w14:paraId="08AA8B86"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CN2 adquiridos por la propia empresa.</w:t>
            </w:r>
          </w:p>
        </w:tc>
        <w:tc>
          <w:tcPr>
            <w:tcW w:w="1128" w:type="dxa"/>
            <w:tcBorders>
              <w:top w:val="single" w:sz="12" w:space="0" w:color="auto"/>
            </w:tcBorders>
            <w:vAlign w:val="center"/>
          </w:tcPr>
          <w:p w14:paraId="11B7398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20190100</w:t>
            </w:r>
          </w:p>
        </w:tc>
        <w:tc>
          <w:tcPr>
            <w:tcW w:w="2275" w:type="dxa"/>
            <w:tcBorders>
              <w:top w:val="single" w:sz="12" w:space="0" w:color="auto"/>
            </w:tcBorders>
            <w:vAlign w:val="center"/>
          </w:tcPr>
          <w:p w14:paraId="3D2672B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los instrumentos del CN2 en tesorería</w:t>
            </w:r>
          </w:p>
        </w:tc>
        <w:tc>
          <w:tcPr>
            <w:tcW w:w="1269" w:type="dxa"/>
            <w:tcBorders>
              <w:top w:val="single" w:sz="12" w:space="0" w:color="auto"/>
            </w:tcBorders>
            <w:vAlign w:val="center"/>
          </w:tcPr>
          <w:p w14:paraId="070CAB2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31502000</w:t>
            </w:r>
          </w:p>
        </w:tc>
        <w:tc>
          <w:tcPr>
            <w:tcW w:w="2132" w:type="dxa"/>
            <w:tcBorders>
              <w:top w:val="single" w:sz="12" w:space="0" w:color="auto"/>
            </w:tcBorders>
            <w:vAlign w:val="center"/>
          </w:tcPr>
          <w:p w14:paraId="0C0FDA7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preferente - Acciones en tesorería</w:t>
            </w:r>
          </w:p>
        </w:tc>
      </w:tr>
      <w:tr w:rsidR="00E35433" w:rsidRPr="00E35433" w14:paraId="07618E3B" w14:textId="77777777" w:rsidTr="00E35433">
        <w:trPr>
          <w:jc w:val="center"/>
        </w:trPr>
        <w:tc>
          <w:tcPr>
            <w:tcW w:w="1135" w:type="dxa"/>
            <w:shd w:val="clear" w:color="auto" w:fill="F2F2F2"/>
            <w:vAlign w:val="center"/>
          </w:tcPr>
          <w:p w14:paraId="68C6A41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vAlign w:val="center"/>
          </w:tcPr>
          <w:p w14:paraId="2790DF0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CN2 emitidos por la propia empresa que se encuentran dados en garantía de operaciones crediticias otorgadas por ella misma.</w:t>
            </w:r>
          </w:p>
        </w:tc>
        <w:tc>
          <w:tcPr>
            <w:tcW w:w="1128" w:type="dxa"/>
            <w:shd w:val="clear" w:color="auto" w:fill="F2F2F2"/>
            <w:vAlign w:val="center"/>
          </w:tcPr>
          <w:p w14:paraId="7BC96BA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20190300</w:t>
            </w:r>
          </w:p>
        </w:tc>
        <w:tc>
          <w:tcPr>
            <w:tcW w:w="2275" w:type="dxa"/>
            <w:shd w:val="clear" w:color="auto" w:fill="F2F2F2"/>
            <w:vAlign w:val="center"/>
          </w:tcPr>
          <w:p w14:paraId="7934E55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los instrumentos del CN2 emitidos por la empresa y dados en garantía de operaciones crediticias.</w:t>
            </w:r>
          </w:p>
        </w:tc>
        <w:tc>
          <w:tcPr>
            <w:tcW w:w="1269" w:type="dxa"/>
            <w:shd w:val="clear" w:color="auto" w:fill="F2F2F2"/>
            <w:vAlign w:val="center"/>
          </w:tcPr>
          <w:p w14:paraId="7D5074C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31100000</w:t>
            </w:r>
          </w:p>
        </w:tc>
        <w:tc>
          <w:tcPr>
            <w:tcW w:w="2132" w:type="dxa"/>
            <w:shd w:val="clear" w:color="auto" w:fill="F2F2F2"/>
            <w:vAlign w:val="center"/>
          </w:tcPr>
          <w:p w14:paraId="129C0B1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w:t>
            </w:r>
          </w:p>
        </w:tc>
      </w:tr>
      <w:tr w:rsidR="00E35433" w:rsidRPr="00E35433" w14:paraId="6CC73683" w14:textId="77777777" w:rsidTr="00C55BA7">
        <w:trPr>
          <w:jc w:val="center"/>
        </w:trPr>
        <w:tc>
          <w:tcPr>
            <w:tcW w:w="1135" w:type="dxa"/>
            <w:vAlign w:val="center"/>
          </w:tcPr>
          <w:p w14:paraId="449A14F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vAlign w:val="center"/>
          </w:tcPr>
          <w:p w14:paraId="662450E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las participaciones en instrumentos homólogos al CN2, que calificarían como tales bajo los criterios establecidos en el Anexo XVI de este reglamento. Esta deducción se efectúa con independencia del porcentaje de participación de la empresa supervisada en el capital social y de la naturaleza de la empresa de que se trate.</w:t>
            </w:r>
          </w:p>
        </w:tc>
        <w:tc>
          <w:tcPr>
            <w:tcW w:w="1128" w:type="dxa"/>
            <w:vAlign w:val="center"/>
          </w:tcPr>
          <w:p w14:paraId="1A3FA43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20190500</w:t>
            </w:r>
          </w:p>
        </w:tc>
        <w:tc>
          <w:tcPr>
            <w:tcW w:w="2275" w:type="dxa"/>
            <w:vAlign w:val="center"/>
          </w:tcPr>
          <w:p w14:paraId="168B17E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las inversiones en instrumentos homólogos al CN2 de otras empresas.</w:t>
            </w:r>
          </w:p>
        </w:tc>
        <w:tc>
          <w:tcPr>
            <w:tcW w:w="1269" w:type="dxa"/>
            <w:vAlign w:val="center"/>
          </w:tcPr>
          <w:p w14:paraId="7121283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16000000</w:t>
            </w:r>
          </w:p>
        </w:tc>
        <w:tc>
          <w:tcPr>
            <w:tcW w:w="2132" w:type="dxa"/>
            <w:vAlign w:val="center"/>
          </w:tcPr>
          <w:p w14:paraId="2011FA9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en el capital de otras empresas</w:t>
            </w:r>
          </w:p>
        </w:tc>
      </w:tr>
    </w:tbl>
    <w:p w14:paraId="3183409E" w14:textId="77777777" w:rsidR="00E35433" w:rsidRPr="00A64921" w:rsidRDefault="00E35433" w:rsidP="00A64921">
      <w:pPr>
        <w:spacing w:after="120" w:line="240" w:lineRule="auto"/>
        <w:ind w:left="1134"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lastRenderedPageBreak/>
        <w:t>D)</w:t>
      </w:r>
      <w:r w:rsidRPr="00A64921">
        <w:rPr>
          <w:rFonts w:asciiTheme="majorHAnsi" w:eastAsia="Aptos" w:hAnsiTheme="majorHAnsi" w:cstheme="majorHAnsi"/>
          <w:b/>
          <w:bCs/>
          <w:kern w:val="2"/>
          <w:szCs w:val="22"/>
          <w:lang w:val="es-CR"/>
          <w14:ligatures w14:val="standardContextual"/>
        </w:rPr>
        <w:tab/>
        <w:t>CÁLCULO DEL CAPITAL BASE DE EMPRESAS</w:t>
      </w:r>
    </w:p>
    <w:p w14:paraId="1352BF26" w14:textId="77777777" w:rsidR="00E35433" w:rsidRPr="00A64921" w:rsidRDefault="00E35433" w:rsidP="00A64921">
      <w:pPr>
        <w:spacing w:before="0" w:after="120" w:line="240" w:lineRule="auto"/>
        <w:ind w:left="1134"/>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kern w:val="2"/>
          <w:szCs w:val="22"/>
          <w:lang w:val="es-CR"/>
          <w14:ligatures w14:val="standardContextual"/>
        </w:rPr>
        <w:t>Detalle de las cuentas contables y datos adicionales que debe reportar la sociedad controladora, para el cálculo del capital base de la empresa del grupo o conglomerado financiero.</w:t>
      </w:r>
    </w:p>
    <w:p w14:paraId="687BCECC" w14:textId="77777777" w:rsidR="00E35433" w:rsidRPr="00A64921" w:rsidRDefault="00E35433" w:rsidP="00A64921">
      <w:pPr>
        <w:spacing w:before="0" w:after="120" w:line="240" w:lineRule="auto"/>
        <w:ind w:left="1134"/>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Notas:</w:t>
      </w:r>
    </w:p>
    <w:p w14:paraId="70B95893" w14:textId="77777777" w:rsidR="00E35433" w:rsidRDefault="00E35433" w:rsidP="00A64921">
      <w:pPr>
        <w:numPr>
          <w:ilvl w:val="0"/>
          <w:numId w:val="33"/>
        </w:numPr>
        <w:spacing w:before="0" w:after="120" w:line="240" w:lineRule="auto"/>
        <w:ind w:left="1701" w:hanging="567"/>
        <w:contextualSpacing/>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kern w:val="2"/>
          <w:szCs w:val="22"/>
          <w:lang w:val="es-CR"/>
          <w14:ligatures w14:val="standardContextual"/>
        </w:rPr>
        <w:t>Detalle de las cuentas contables y datos adicionales que debe reportar la sociedad controladora a su supervisor responsable para el cálculo del capital base. Este formato no aplica para una entidad controladora del sector asegurador que no sea de objeto único, de conformidad con los artículos 85 y 89 del Acuerdo CONASSIF 16-22.</w:t>
      </w:r>
    </w:p>
    <w:p w14:paraId="5FFA8D3E" w14:textId="77777777" w:rsidR="00922802" w:rsidRPr="00A64921" w:rsidRDefault="00922802" w:rsidP="00922802">
      <w:pPr>
        <w:spacing w:before="0" w:after="120" w:line="240" w:lineRule="auto"/>
        <w:ind w:left="1701"/>
        <w:contextualSpacing/>
        <w:rPr>
          <w:rFonts w:asciiTheme="majorHAnsi" w:eastAsia="Aptos" w:hAnsiTheme="majorHAnsi" w:cstheme="majorHAnsi"/>
          <w:kern w:val="2"/>
          <w:szCs w:val="22"/>
          <w:lang w:val="es-CR"/>
          <w14:ligatures w14:val="standardContextual"/>
        </w:rPr>
      </w:pPr>
    </w:p>
    <w:p w14:paraId="1187F1E5" w14:textId="77777777" w:rsidR="00E35433" w:rsidRPr="00A64921" w:rsidRDefault="00E35433" w:rsidP="00A64921">
      <w:pPr>
        <w:numPr>
          <w:ilvl w:val="0"/>
          <w:numId w:val="33"/>
        </w:numPr>
        <w:spacing w:before="0" w:after="120" w:line="240" w:lineRule="auto"/>
        <w:ind w:left="1701" w:hanging="567"/>
        <w:contextualSpacing/>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kern w:val="2"/>
          <w:szCs w:val="22"/>
          <w:lang w:val="es-CR"/>
          <w14:ligatures w14:val="standardContextual"/>
        </w:rPr>
        <w:t>En los formatos de esta sección se utilizarán las siguientes siglas:</w:t>
      </w:r>
    </w:p>
    <w:p w14:paraId="2757A6A6" w14:textId="77777777" w:rsidR="00E35433" w:rsidRPr="00A64921" w:rsidRDefault="00E35433" w:rsidP="00A64921">
      <w:pPr>
        <w:spacing w:before="0" w:after="120" w:line="240" w:lineRule="auto"/>
        <w:ind w:left="1701"/>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CN1</w:t>
      </w:r>
      <w:r w:rsidRPr="00A64921">
        <w:rPr>
          <w:rFonts w:asciiTheme="majorHAnsi" w:eastAsia="Aptos" w:hAnsiTheme="majorHAnsi" w:cstheme="majorHAnsi"/>
          <w:kern w:val="2"/>
          <w:szCs w:val="22"/>
          <w:lang w:val="es-CR"/>
          <w14:ligatures w14:val="standardContextual"/>
        </w:rPr>
        <w:t>: Capital nivel 1</w:t>
      </w:r>
    </w:p>
    <w:p w14:paraId="68A0FA94" w14:textId="77777777" w:rsidR="00E35433" w:rsidRPr="00A64921" w:rsidRDefault="00E35433" w:rsidP="00A64921">
      <w:pPr>
        <w:spacing w:before="0" w:after="120" w:line="240" w:lineRule="auto"/>
        <w:ind w:left="1701"/>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CCN1</w:t>
      </w:r>
      <w:r w:rsidRPr="00A64921">
        <w:rPr>
          <w:rFonts w:asciiTheme="majorHAnsi" w:eastAsia="Aptos" w:hAnsiTheme="majorHAnsi" w:cstheme="majorHAnsi"/>
          <w:kern w:val="2"/>
          <w:szCs w:val="22"/>
          <w:lang w:val="es-CR"/>
          <w14:ligatures w14:val="standardContextual"/>
        </w:rPr>
        <w:t>: Capital común nivel 1</w:t>
      </w:r>
    </w:p>
    <w:p w14:paraId="02B9FC86" w14:textId="77777777" w:rsidR="00E35433" w:rsidRPr="00A64921" w:rsidRDefault="00E35433" w:rsidP="00A64921">
      <w:pPr>
        <w:spacing w:before="0" w:after="120" w:line="240" w:lineRule="auto"/>
        <w:ind w:left="1701"/>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CAN1</w:t>
      </w:r>
      <w:r w:rsidRPr="00A64921">
        <w:rPr>
          <w:rFonts w:asciiTheme="majorHAnsi" w:eastAsia="Aptos" w:hAnsiTheme="majorHAnsi" w:cstheme="majorHAnsi"/>
          <w:kern w:val="2"/>
          <w:szCs w:val="22"/>
          <w:lang w:val="es-CR"/>
          <w14:ligatures w14:val="standardContextual"/>
        </w:rPr>
        <w:t>: Capital adicional nivel 1</w:t>
      </w:r>
    </w:p>
    <w:p w14:paraId="341964B7" w14:textId="77777777" w:rsidR="00E35433" w:rsidRPr="00A64921" w:rsidRDefault="00E35433" w:rsidP="00A64921">
      <w:pPr>
        <w:spacing w:before="0" w:after="120" w:line="240" w:lineRule="auto"/>
        <w:ind w:left="1701"/>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CN2</w:t>
      </w:r>
      <w:r w:rsidRPr="00A64921">
        <w:rPr>
          <w:rFonts w:asciiTheme="majorHAnsi" w:eastAsia="Aptos" w:hAnsiTheme="majorHAnsi" w:cstheme="majorHAnsi"/>
          <w:kern w:val="2"/>
          <w:szCs w:val="22"/>
          <w:lang w:val="es-CR"/>
          <w14:ligatures w14:val="standardContextual"/>
        </w:rPr>
        <w:t>: Capital nivel 2</w:t>
      </w:r>
    </w:p>
    <w:p w14:paraId="4D3997A0" w14:textId="77777777" w:rsidR="00E35433" w:rsidRDefault="00E35433" w:rsidP="00A64921">
      <w:pPr>
        <w:numPr>
          <w:ilvl w:val="0"/>
          <w:numId w:val="33"/>
        </w:numPr>
        <w:spacing w:before="0" w:after="120" w:line="240" w:lineRule="auto"/>
        <w:ind w:left="1701" w:hanging="567"/>
        <w:contextualSpacing/>
        <w:rPr>
          <w:rFonts w:asciiTheme="majorHAnsi" w:eastAsia="Aptos" w:hAnsiTheme="majorHAnsi" w:cstheme="majorHAnsi"/>
          <w:kern w:val="2"/>
          <w:szCs w:val="22"/>
          <w:lang w:val="es-CR"/>
          <w14:ligatures w14:val="standardContextual"/>
        </w:rPr>
      </w:pPr>
      <w:r w:rsidRPr="00A64921">
        <w:rPr>
          <w:rFonts w:asciiTheme="majorHAnsi" w:eastAsia="Aptos" w:hAnsiTheme="majorHAnsi" w:cstheme="majorHAnsi"/>
          <w:kern w:val="2"/>
          <w:szCs w:val="22"/>
          <w:lang w:val="es-CR"/>
          <w14:ligatures w14:val="standardContextual"/>
        </w:rPr>
        <w:t>En los casos en los que se indica tanto la cuenta contable de referencia como el dato adicional, la entidad debe reportar el saldo del dato adicional, el cual será utilizado para el cálculo correspondiente. La cuenta contable se utiliza como referencia al dato adicional indicado.</w:t>
      </w:r>
    </w:p>
    <w:p w14:paraId="08C288C8" w14:textId="77777777" w:rsidR="00363D82" w:rsidRPr="00A64921" w:rsidRDefault="00363D82" w:rsidP="00363D82">
      <w:pPr>
        <w:spacing w:before="0" w:after="120" w:line="240" w:lineRule="auto"/>
        <w:ind w:left="1701"/>
        <w:contextualSpacing/>
        <w:rPr>
          <w:rFonts w:asciiTheme="majorHAnsi" w:eastAsia="Aptos" w:hAnsiTheme="majorHAnsi" w:cstheme="majorHAnsi"/>
          <w:kern w:val="2"/>
          <w:szCs w:val="22"/>
          <w:lang w:val="es-CR"/>
          <w14:ligatures w14:val="standardContextual"/>
        </w:rPr>
      </w:pPr>
    </w:p>
    <w:p w14:paraId="357AA91F" w14:textId="77777777" w:rsidR="00E35433" w:rsidRPr="00A64921" w:rsidRDefault="00E35433" w:rsidP="00E35433">
      <w:pPr>
        <w:spacing w:after="120" w:line="240" w:lineRule="auto"/>
        <w:ind w:left="1701"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1)</w:t>
      </w:r>
      <w:r w:rsidRPr="00A64921">
        <w:rPr>
          <w:rFonts w:asciiTheme="majorHAnsi" w:eastAsia="Aptos" w:hAnsiTheme="majorHAnsi" w:cstheme="majorHAnsi"/>
          <w:b/>
          <w:bCs/>
          <w:kern w:val="2"/>
          <w:szCs w:val="22"/>
          <w:lang w:val="es-CR"/>
          <w14:ligatures w14:val="standardContextual"/>
        </w:rPr>
        <w:tab/>
        <w:t>CÁLCULO DEL CAPITAL BASE DE EMPRESAS CUYO SUPERVISOR PRINCIPAL ES SUGEF</w:t>
      </w:r>
    </w:p>
    <w:p w14:paraId="3DB6D57D" w14:textId="77777777" w:rsidR="00E35433" w:rsidRPr="00E35433" w:rsidRDefault="00E35433" w:rsidP="00E35433">
      <w:pPr>
        <w:spacing w:before="0" w:after="120" w:line="240" w:lineRule="auto"/>
        <w:jc w:val="center"/>
        <w:rPr>
          <w:rFonts w:ascii="Roboto" w:eastAsia="Aptos" w:hAnsi="Roboto"/>
          <w:noProof/>
          <w:kern w:val="2"/>
          <w:sz w:val="16"/>
          <w:szCs w:val="16"/>
          <w:lang w:val="es-CR"/>
          <w14:ligatures w14:val="standardContextual"/>
        </w:rPr>
      </w:pPr>
      <w:r w:rsidRPr="00E35433">
        <w:rPr>
          <w:rFonts w:ascii="Roboto" w:eastAsia="Aptos" w:hAnsi="Roboto"/>
          <w:noProof/>
          <w:kern w:val="2"/>
          <w:sz w:val="16"/>
          <w:szCs w:val="16"/>
          <w:lang w:val="es-CR"/>
          <w14:ligatures w14:val="standardContextual"/>
        </w:rPr>
        <w:t>CAPITAL BASE DE EMPRESAS</w:t>
      </w:r>
    </w:p>
    <w:p w14:paraId="2A290456" w14:textId="77777777" w:rsidR="00E35433" w:rsidRPr="00E35433" w:rsidRDefault="00E35433" w:rsidP="00E35433">
      <w:pPr>
        <w:spacing w:before="0" w:after="120" w:line="240" w:lineRule="auto"/>
        <w:jc w:val="center"/>
        <w:rPr>
          <w:rFonts w:ascii="Roboto" w:eastAsia="Aptos" w:hAnsi="Roboto"/>
          <w:noProof/>
          <w:kern w:val="2"/>
          <w:sz w:val="16"/>
          <w:szCs w:val="16"/>
          <w:lang w:val="es-CR"/>
          <w14:ligatures w14:val="standardContextual"/>
        </w:rPr>
      </w:pPr>
      <w:r w:rsidRPr="00E35433">
        <w:rPr>
          <w:rFonts w:ascii="Roboto" w:eastAsia="Aptos" w:hAnsi="Roboto"/>
          <w:noProof/>
          <w:kern w:val="2"/>
          <w:sz w:val="16"/>
          <w:szCs w:val="16"/>
          <w:lang w:val="es-CR"/>
          <w14:ligatures w14:val="standardContextual"/>
        </w:rPr>
        <w:t>Nombre de la sociedad empresa: ______________________</w:t>
      </w:r>
    </w:p>
    <w:p w14:paraId="02982E9D" w14:textId="77777777" w:rsidR="00E35433" w:rsidRPr="00E35433" w:rsidRDefault="00E35433" w:rsidP="00E35433">
      <w:pPr>
        <w:spacing w:before="0" w:after="120" w:line="240" w:lineRule="auto"/>
        <w:jc w:val="center"/>
        <w:rPr>
          <w:rFonts w:ascii="Roboto" w:eastAsia="Aptos" w:hAnsi="Roboto"/>
          <w:noProof/>
          <w:kern w:val="2"/>
          <w:sz w:val="16"/>
          <w:szCs w:val="16"/>
          <w:lang w:val="es-CR"/>
          <w14:ligatures w14:val="standardContextual"/>
        </w:rPr>
      </w:pPr>
      <w:r w:rsidRPr="00E35433">
        <w:rPr>
          <w:rFonts w:ascii="Roboto" w:eastAsia="Aptos" w:hAnsi="Roboto"/>
          <w:noProof/>
          <w:kern w:val="2"/>
          <w:sz w:val="16"/>
          <w:szCs w:val="16"/>
          <w:lang w:val="es-CR"/>
          <w14:ligatures w14:val="standardContextual"/>
        </w:rPr>
        <w:t>Al _________</w:t>
      </w:r>
    </w:p>
    <w:p w14:paraId="2340E892" w14:textId="2A062345" w:rsidR="00E35433" w:rsidRDefault="00E35433" w:rsidP="00E35433">
      <w:pPr>
        <w:spacing w:before="0" w:after="120" w:line="240" w:lineRule="auto"/>
        <w:jc w:val="center"/>
        <w:rPr>
          <w:rFonts w:ascii="Roboto" w:eastAsia="Aptos" w:hAnsi="Roboto"/>
          <w:noProof/>
          <w:kern w:val="2"/>
          <w:sz w:val="16"/>
          <w:szCs w:val="16"/>
          <w:lang w:val="es-CR"/>
          <w14:ligatures w14:val="standardContextual"/>
        </w:rPr>
      </w:pPr>
      <w:r w:rsidRPr="00E35433">
        <w:rPr>
          <w:rFonts w:ascii="Roboto" w:eastAsia="Aptos" w:hAnsi="Roboto"/>
          <w:noProof/>
          <w:kern w:val="2"/>
          <w:sz w:val="16"/>
          <w:szCs w:val="16"/>
          <w:lang w:val="es-CR"/>
          <w14:ligatures w14:val="standardContextual"/>
        </w:rPr>
        <w:t>(cifras en miles de colones</w:t>
      </w:r>
      <w:r w:rsidR="00363D82">
        <w:rPr>
          <w:rFonts w:ascii="Roboto" w:eastAsia="Aptos" w:hAnsi="Roboto"/>
          <w:noProof/>
          <w:kern w:val="2"/>
          <w:sz w:val="16"/>
          <w:szCs w:val="16"/>
          <w:lang w:val="es-CR"/>
          <w14:ligatures w14:val="standardContextual"/>
        </w:rPr>
        <w:t>)</w:t>
      </w:r>
    </w:p>
    <w:p w14:paraId="0465037D" w14:textId="77777777" w:rsidR="00363D82" w:rsidRDefault="00363D82" w:rsidP="00E35433">
      <w:pPr>
        <w:spacing w:before="0" w:after="120" w:line="240" w:lineRule="auto"/>
        <w:jc w:val="center"/>
        <w:rPr>
          <w:rFonts w:ascii="Roboto" w:eastAsia="Aptos" w:hAnsi="Roboto"/>
          <w:noProof/>
          <w:kern w:val="2"/>
          <w:sz w:val="16"/>
          <w:szCs w:val="16"/>
          <w:lang w:val="es-CR"/>
          <w14:ligatures w14:val="standardContextual"/>
        </w:rPr>
      </w:pPr>
    </w:p>
    <w:p w14:paraId="618E5CFE" w14:textId="77777777" w:rsidR="00363D82" w:rsidRPr="00E35433" w:rsidRDefault="00363D82" w:rsidP="00E35433">
      <w:pPr>
        <w:spacing w:before="0" w:after="120" w:line="240" w:lineRule="auto"/>
        <w:jc w:val="center"/>
        <w:rPr>
          <w:rFonts w:ascii="Roboto" w:eastAsia="Aptos" w:hAnsi="Roboto"/>
          <w:noProof/>
          <w:kern w:val="2"/>
          <w:sz w:val="16"/>
          <w:szCs w:val="16"/>
          <w:lang w:val="es-CR"/>
          <w14:ligatures w14:val="standardContextual"/>
        </w:rPr>
      </w:pPr>
    </w:p>
    <w:tbl>
      <w:tblPr>
        <w:tblStyle w:val="Tablaconcuadrcula2"/>
        <w:tblW w:w="11199" w:type="dxa"/>
        <w:jc w:val="center"/>
        <w:tblLayout w:type="fixed"/>
        <w:tblLook w:val="04A0" w:firstRow="1" w:lastRow="0" w:firstColumn="1" w:lastColumn="0" w:noHBand="0" w:noVBand="1"/>
      </w:tblPr>
      <w:tblGrid>
        <w:gridCol w:w="1206"/>
        <w:gridCol w:w="3032"/>
        <w:gridCol w:w="992"/>
        <w:gridCol w:w="2126"/>
        <w:gridCol w:w="1701"/>
        <w:gridCol w:w="2142"/>
      </w:tblGrid>
      <w:tr w:rsidR="00E35433" w:rsidRPr="00A64921" w14:paraId="22D52DF8" w14:textId="77777777" w:rsidTr="00E35433">
        <w:trPr>
          <w:tblHeader/>
          <w:jc w:val="center"/>
        </w:trPr>
        <w:tc>
          <w:tcPr>
            <w:tcW w:w="4238" w:type="dxa"/>
            <w:gridSpan w:val="2"/>
            <w:vMerge w:val="restart"/>
            <w:tcBorders>
              <w:top w:val="single" w:sz="12" w:space="0" w:color="auto"/>
              <w:left w:val="single" w:sz="12" w:space="0" w:color="auto"/>
              <w:bottom w:val="single" w:sz="12" w:space="0" w:color="auto"/>
              <w:right w:val="single" w:sz="12" w:space="0" w:color="auto"/>
            </w:tcBorders>
            <w:shd w:val="clear" w:color="auto" w:fill="DAE9F7"/>
            <w:vAlign w:val="center"/>
          </w:tcPr>
          <w:p w14:paraId="0C26F0F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lastRenderedPageBreak/>
              <w:t>Reglamento sobre Supervisión Consolidada</w:t>
            </w:r>
          </w:p>
        </w:tc>
        <w:tc>
          <w:tcPr>
            <w:tcW w:w="3118"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4CF7595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Dato adicional</w:t>
            </w:r>
          </w:p>
        </w:tc>
        <w:tc>
          <w:tcPr>
            <w:tcW w:w="3843"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482A88F6" w14:textId="77777777" w:rsidR="00E35433" w:rsidRPr="00A64921" w:rsidRDefault="00E35433" w:rsidP="00E35433">
            <w:pPr>
              <w:spacing w:before="0" w:after="0" w:line="240" w:lineRule="auto"/>
              <w:jc w:val="center"/>
              <w:rPr>
                <w:rFonts w:asciiTheme="majorHAnsi" w:eastAsia="Aptos" w:hAnsiTheme="majorHAnsi" w:cstheme="majorHAnsi"/>
                <w:b/>
                <w:sz w:val="16"/>
                <w:szCs w:val="16"/>
                <w:lang w:val="es-CR"/>
              </w:rPr>
            </w:pPr>
            <w:r w:rsidRPr="00A64921">
              <w:rPr>
                <w:rFonts w:asciiTheme="majorHAnsi" w:eastAsia="Aptos" w:hAnsiTheme="majorHAnsi" w:cstheme="majorHAnsi"/>
                <w:b/>
                <w:sz w:val="16"/>
                <w:szCs w:val="16"/>
                <w:lang w:val="es-CR"/>
              </w:rPr>
              <w:t>Cuenta contable</w:t>
            </w:r>
          </w:p>
        </w:tc>
      </w:tr>
      <w:tr w:rsidR="00E35433" w:rsidRPr="00A64921" w14:paraId="657F02D9" w14:textId="77777777" w:rsidTr="00E35433">
        <w:trPr>
          <w:tblHeader/>
          <w:jc w:val="center"/>
        </w:trPr>
        <w:tc>
          <w:tcPr>
            <w:tcW w:w="4238" w:type="dxa"/>
            <w:gridSpan w:val="2"/>
            <w:vMerge/>
            <w:tcBorders>
              <w:top w:val="single" w:sz="12" w:space="0" w:color="auto"/>
              <w:left w:val="single" w:sz="12" w:space="0" w:color="auto"/>
              <w:bottom w:val="single" w:sz="12" w:space="0" w:color="auto"/>
              <w:right w:val="single" w:sz="12" w:space="0" w:color="auto"/>
            </w:tcBorders>
            <w:shd w:val="clear" w:color="auto" w:fill="DAE9F7"/>
          </w:tcPr>
          <w:p w14:paraId="67514C7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tcBorders>
              <w:top w:val="single" w:sz="12" w:space="0" w:color="auto"/>
              <w:left w:val="single" w:sz="12" w:space="0" w:color="auto"/>
              <w:bottom w:val="single" w:sz="12" w:space="0" w:color="auto"/>
              <w:right w:val="single" w:sz="12" w:space="0" w:color="auto"/>
            </w:tcBorders>
            <w:shd w:val="clear" w:color="auto" w:fill="DAE9F7"/>
            <w:vAlign w:val="center"/>
          </w:tcPr>
          <w:p w14:paraId="34EEAAF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Número</w:t>
            </w:r>
          </w:p>
        </w:tc>
        <w:tc>
          <w:tcPr>
            <w:tcW w:w="2126" w:type="dxa"/>
            <w:tcBorders>
              <w:top w:val="single" w:sz="12" w:space="0" w:color="auto"/>
              <w:left w:val="single" w:sz="12" w:space="0" w:color="auto"/>
              <w:bottom w:val="single" w:sz="12" w:space="0" w:color="auto"/>
              <w:right w:val="single" w:sz="12" w:space="0" w:color="auto"/>
            </w:tcBorders>
            <w:shd w:val="clear" w:color="auto" w:fill="DAE9F7"/>
            <w:vAlign w:val="center"/>
          </w:tcPr>
          <w:p w14:paraId="4320F79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Descripción</w:t>
            </w:r>
          </w:p>
        </w:tc>
        <w:tc>
          <w:tcPr>
            <w:tcW w:w="1701" w:type="dxa"/>
            <w:tcBorders>
              <w:top w:val="single" w:sz="12" w:space="0" w:color="auto"/>
              <w:left w:val="single" w:sz="12" w:space="0" w:color="auto"/>
              <w:bottom w:val="single" w:sz="12" w:space="0" w:color="auto"/>
              <w:right w:val="single" w:sz="12" w:space="0" w:color="auto"/>
            </w:tcBorders>
            <w:shd w:val="clear" w:color="auto" w:fill="DAE9F7"/>
            <w:vAlign w:val="center"/>
          </w:tcPr>
          <w:p w14:paraId="62C6D7A8" w14:textId="77777777" w:rsidR="00E35433" w:rsidRPr="00A64921" w:rsidRDefault="00E35433" w:rsidP="00E35433">
            <w:pPr>
              <w:spacing w:before="0" w:after="0" w:line="240" w:lineRule="auto"/>
              <w:jc w:val="center"/>
              <w:rPr>
                <w:rFonts w:asciiTheme="majorHAnsi" w:eastAsia="Aptos" w:hAnsiTheme="majorHAnsi" w:cstheme="majorHAnsi"/>
                <w:b/>
                <w:sz w:val="16"/>
                <w:szCs w:val="16"/>
                <w:lang w:val="es-CR"/>
              </w:rPr>
            </w:pPr>
            <w:r w:rsidRPr="00A64921">
              <w:rPr>
                <w:rFonts w:asciiTheme="majorHAnsi" w:eastAsia="Aptos" w:hAnsiTheme="majorHAnsi" w:cstheme="majorHAnsi"/>
                <w:b/>
                <w:sz w:val="16"/>
                <w:szCs w:val="16"/>
                <w:lang w:val="es-CR"/>
              </w:rPr>
              <w:t>Número</w:t>
            </w:r>
          </w:p>
        </w:tc>
        <w:tc>
          <w:tcPr>
            <w:tcW w:w="2142" w:type="dxa"/>
            <w:tcBorders>
              <w:top w:val="single" w:sz="12" w:space="0" w:color="auto"/>
              <w:left w:val="single" w:sz="12" w:space="0" w:color="auto"/>
              <w:bottom w:val="single" w:sz="12" w:space="0" w:color="auto"/>
              <w:right w:val="single" w:sz="12" w:space="0" w:color="auto"/>
            </w:tcBorders>
            <w:shd w:val="clear" w:color="auto" w:fill="DAE9F7"/>
            <w:vAlign w:val="center"/>
          </w:tcPr>
          <w:p w14:paraId="014C41A5" w14:textId="77777777" w:rsidR="00E35433" w:rsidRPr="00A64921" w:rsidRDefault="00E35433" w:rsidP="00E35433">
            <w:pPr>
              <w:spacing w:before="0" w:after="0" w:line="240" w:lineRule="auto"/>
              <w:jc w:val="center"/>
              <w:rPr>
                <w:rFonts w:asciiTheme="majorHAnsi" w:eastAsia="Aptos" w:hAnsiTheme="majorHAnsi" w:cstheme="majorHAnsi"/>
                <w:b/>
                <w:sz w:val="16"/>
                <w:szCs w:val="16"/>
                <w:lang w:val="es-CR"/>
              </w:rPr>
            </w:pPr>
            <w:r w:rsidRPr="00A64921">
              <w:rPr>
                <w:rFonts w:asciiTheme="majorHAnsi" w:eastAsia="Aptos" w:hAnsiTheme="majorHAnsi" w:cstheme="majorHAnsi"/>
                <w:b/>
                <w:sz w:val="16"/>
                <w:szCs w:val="16"/>
                <w:lang w:val="es-CR"/>
              </w:rPr>
              <w:t>Descripción</w:t>
            </w:r>
          </w:p>
        </w:tc>
      </w:tr>
      <w:tr w:rsidR="00E35433" w:rsidRPr="00A64921" w14:paraId="2C51FE65" w14:textId="77777777" w:rsidTr="00E35433">
        <w:trPr>
          <w:jc w:val="center"/>
        </w:trPr>
        <w:tc>
          <w:tcPr>
            <w:tcW w:w="11199" w:type="dxa"/>
            <w:gridSpan w:val="6"/>
            <w:tcBorders>
              <w:top w:val="single" w:sz="12" w:space="0" w:color="auto"/>
              <w:left w:val="single" w:sz="12" w:space="0" w:color="auto"/>
              <w:bottom w:val="single" w:sz="12" w:space="0" w:color="auto"/>
              <w:right w:val="single" w:sz="12" w:space="0" w:color="auto"/>
            </w:tcBorders>
            <w:shd w:val="clear" w:color="auto" w:fill="DAE9F7"/>
          </w:tcPr>
          <w:p w14:paraId="549D299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CAPITAL BASE (A+B)</w:t>
            </w:r>
          </w:p>
        </w:tc>
      </w:tr>
      <w:tr w:rsidR="00E35433" w:rsidRPr="00A64921" w14:paraId="6FBD2E0E" w14:textId="77777777" w:rsidTr="00E35433">
        <w:trPr>
          <w:jc w:val="center"/>
        </w:trPr>
        <w:tc>
          <w:tcPr>
            <w:tcW w:w="11199" w:type="dxa"/>
            <w:gridSpan w:val="6"/>
            <w:tcBorders>
              <w:top w:val="single" w:sz="12" w:space="0" w:color="auto"/>
              <w:left w:val="single" w:sz="12" w:space="0" w:color="auto"/>
              <w:bottom w:val="single" w:sz="12" w:space="0" w:color="auto"/>
              <w:right w:val="single" w:sz="12" w:space="0" w:color="auto"/>
            </w:tcBorders>
            <w:shd w:val="clear" w:color="auto" w:fill="DAE9F7"/>
          </w:tcPr>
          <w:p w14:paraId="60992F6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 CAPITAL NIVEL 1 (I+II)</w:t>
            </w:r>
          </w:p>
        </w:tc>
      </w:tr>
      <w:tr w:rsidR="00E35433" w:rsidRPr="00A64921" w14:paraId="6239E4B3" w14:textId="77777777" w:rsidTr="00E35433">
        <w:trPr>
          <w:jc w:val="center"/>
        </w:trPr>
        <w:tc>
          <w:tcPr>
            <w:tcW w:w="11199" w:type="dxa"/>
            <w:gridSpan w:val="6"/>
            <w:tcBorders>
              <w:top w:val="single" w:sz="12" w:space="0" w:color="auto"/>
              <w:left w:val="single" w:sz="12" w:space="0" w:color="auto"/>
              <w:bottom w:val="single" w:sz="12" w:space="0" w:color="auto"/>
              <w:right w:val="single" w:sz="12" w:space="0" w:color="auto"/>
            </w:tcBorders>
            <w:shd w:val="clear" w:color="auto" w:fill="DAE9F7"/>
          </w:tcPr>
          <w:p w14:paraId="479CB78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I) CAPITAL COMÚN NIVEL 1 (1 - 2)</w:t>
            </w:r>
          </w:p>
        </w:tc>
      </w:tr>
      <w:tr w:rsidR="00E35433" w:rsidRPr="00A64921" w14:paraId="7E6E408B" w14:textId="77777777" w:rsidTr="00E35433">
        <w:trPr>
          <w:jc w:val="center"/>
        </w:trPr>
        <w:tc>
          <w:tcPr>
            <w:tcW w:w="1206" w:type="dxa"/>
            <w:tcBorders>
              <w:top w:val="single" w:sz="12" w:space="0" w:color="auto"/>
              <w:left w:val="single" w:sz="12" w:space="0" w:color="auto"/>
              <w:bottom w:val="single" w:sz="12" w:space="0" w:color="auto"/>
            </w:tcBorders>
            <w:shd w:val="clear" w:color="auto" w:fill="DAE9F7"/>
          </w:tcPr>
          <w:p w14:paraId="6207906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97</w:t>
            </w:r>
          </w:p>
        </w:tc>
        <w:tc>
          <w:tcPr>
            <w:tcW w:w="9993" w:type="dxa"/>
            <w:gridSpan w:val="5"/>
            <w:tcBorders>
              <w:top w:val="single" w:sz="12" w:space="0" w:color="auto"/>
              <w:bottom w:val="single" w:sz="12" w:space="0" w:color="auto"/>
              <w:right w:val="single" w:sz="12" w:space="0" w:color="auto"/>
            </w:tcBorders>
            <w:shd w:val="clear" w:color="auto" w:fill="DAE9F7"/>
          </w:tcPr>
          <w:p w14:paraId="573A9B8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1) Elementos del CCN1</w:t>
            </w:r>
          </w:p>
        </w:tc>
      </w:tr>
      <w:tr w:rsidR="00E35433" w:rsidRPr="00A64921" w14:paraId="526AC78F" w14:textId="77777777" w:rsidTr="00C55BA7">
        <w:trPr>
          <w:jc w:val="center"/>
        </w:trPr>
        <w:tc>
          <w:tcPr>
            <w:tcW w:w="1206" w:type="dxa"/>
            <w:tcBorders>
              <w:top w:val="single" w:sz="12" w:space="0" w:color="auto"/>
            </w:tcBorders>
            <w:vAlign w:val="center"/>
          </w:tcPr>
          <w:p w14:paraId="66AF09E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bottom w:val="single" w:sz="4" w:space="0" w:color="auto"/>
            </w:tcBorders>
          </w:tcPr>
          <w:p w14:paraId="641BFB6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acciones comunes que cumplan con todos y cada uno de los criterios de admisibilidad para formar parte del CCN1, dispuestos en el Anexo XVI de este reglamento.</w:t>
            </w:r>
          </w:p>
        </w:tc>
        <w:tc>
          <w:tcPr>
            <w:tcW w:w="3118" w:type="dxa"/>
            <w:gridSpan w:val="2"/>
            <w:tcBorders>
              <w:top w:val="single" w:sz="12" w:space="0" w:color="auto"/>
              <w:bottom w:val="single" w:sz="4" w:space="0" w:color="auto"/>
            </w:tcBorders>
            <w:vAlign w:val="center"/>
          </w:tcPr>
          <w:p w14:paraId="2088440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tcBorders>
              <w:top w:val="single" w:sz="12" w:space="0" w:color="auto"/>
            </w:tcBorders>
            <w:vAlign w:val="center"/>
          </w:tcPr>
          <w:p w14:paraId="26A6C7C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31101000</w:t>
            </w:r>
          </w:p>
        </w:tc>
        <w:tc>
          <w:tcPr>
            <w:tcW w:w="2142" w:type="dxa"/>
            <w:tcBorders>
              <w:top w:val="single" w:sz="12" w:space="0" w:color="auto"/>
            </w:tcBorders>
            <w:vAlign w:val="center"/>
          </w:tcPr>
          <w:p w14:paraId="674B64E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Capital pagado ordinario </w:t>
            </w:r>
          </w:p>
        </w:tc>
      </w:tr>
      <w:tr w:rsidR="00E35433" w:rsidRPr="00A64921" w14:paraId="192BAE5F" w14:textId="77777777" w:rsidTr="00E35433">
        <w:trPr>
          <w:jc w:val="center"/>
        </w:trPr>
        <w:tc>
          <w:tcPr>
            <w:tcW w:w="1206" w:type="dxa"/>
            <w:shd w:val="clear" w:color="auto" w:fill="F2F2F2"/>
            <w:vAlign w:val="center"/>
          </w:tcPr>
          <w:p w14:paraId="6576AA6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tcBorders>
              <w:bottom w:val="single" w:sz="4" w:space="0" w:color="auto"/>
            </w:tcBorders>
            <w:shd w:val="clear" w:color="auto" w:fill="F2F2F2"/>
          </w:tcPr>
          <w:p w14:paraId="1473985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primas relacionadas con los instrumentos del inciso anterior, netas de los descuentos, y costos de emisión y de colocación.</w:t>
            </w:r>
          </w:p>
        </w:tc>
        <w:tc>
          <w:tcPr>
            <w:tcW w:w="992" w:type="dxa"/>
            <w:tcBorders>
              <w:bottom w:val="single" w:sz="4" w:space="0" w:color="auto"/>
            </w:tcBorders>
            <w:shd w:val="clear" w:color="auto" w:fill="F2F2F2"/>
            <w:vAlign w:val="center"/>
          </w:tcPr>
          <w:p w14:paraId="31A73B0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2000</w:t>
            </w:r>
          </w:p>
        </w:tc>
        <w:tc>
          <w:tcPr>
            <w:tcW w:w="2126" w:type="dxa"/>
            <w:tcBorders>
              <w:bottom w:val="single" w:sz="4" w:space="0" w:color="auto"/>
            </w:tcBorders>
            <w:shd w:val="clear" w:color="auto" w:fill="F2F2F2"/>
          </w:tcPr>
          <w:p w14:paraId="7790996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por emisión de instrumentos incluidos en el CCN1, netas de descuentos y costos de emisión y colocación</w:t>
            </w:r>
          </w:p>
        </w:tc>
        <w:tc>
          <w:tcPr>
            <w:tcW w:w="1701" w:type="dxa"/>
            <w:shd w:val="clear" w:color="auto" w:fill="F2F2F2"/>
            <w:vAlign w:val="center"/>
          </w:tcPr>
          <w:p w14:paraId="015A6CD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32100000</w:t>
            </w:r>
          </w:p>
        </w:tc>
        <w:tc>
          <w:tcPr>
            <w:tcW w:w="2142" w:type="dxa"/>
            <w:shd w:val="clear" w:color="auto" w:fill="F2F2F2"/>
            <w:vAlign w:val="center"/>
          </w:tcPr>
          <w:p w14:paraId="050E85B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adicional</w:t>
            </w:r>
          </w:p>
        </w:tc>
      </w:tr>
      <w:tr w:rsidR="00E35433" w:rsidRPr="00A64921" w14:paraId="74C0AA83" w14:textId="77777777" w:rsidTr="00C55BA7">
        <w:trPr>
          <w:jc w:val="center"/>
        </w:trPr>
        <w:tc>
          <w:tcPr>
            <w:tcW w:w="1206" w:type="dxa"/>
            <w:vAlign w:val="center"/>
          </w:tcPr>
          <w:p w14:paraId="3BCD340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tcBorders>
              <w:top w:val="single" w:sz="4" w:space="0" w:color="auto"/>
            </w:tcBorders>
            <w:vAlign w:val="center"/>
          </w:tcPr>
          <w:p w14:paraId="4A51F65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 reserva legal.</w:t>
            </w:r>
          </w:p>
        </w:tc>
        <w:tc>
          <w:tcPr>
            <w:tcW w:w="3118" w:type="dxa"/>
            <w:gridSpan w:val="2"/>
            <w:tcBorders>
              <w:top w:val="single" w:sz="4" w:space="0" w:color="auto"/>
            </w:tcBorders>
          </w:tcPr>
          <w:p w14:paraId="45647F6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vAlign w:val="center"/>
          </w:tcPr>
          <w:p w14:paraId="3B78B92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34100000</w:t>
            </w:r>
          </w:p>
        </w:tc>
        <w:tc>
          <w:tcPr>
            <w:tcW w:w="2142" w:type="dxa"/>
          </w:tcPr>
          <w:p w14:paraId="21632CF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Reserva legal</w:t>
            </w:r>
          </w:p>
        </w:tc>
      </w:tr>
      <w:tr w:rsidR="00E35433" w:rsidRPr="00A64921" w14:paraId="42A3353E" w14:textId="77777777" w:rsidTr="00E35433">
        <w:trPr>
          <w:jc w:val="center"/>
        </w:trPr>
        <w:tc>
          <w:tcPr>
            <w:tcW w:w="1206" w:type="dxa"/>
            <w:shd w:val="clear" w:color="auto" w:fill="F2F2F2"/>
            <w:vAlign w:val="center"/>
          </w:tcPr>
          <w:p w14:paraId="1E5A58E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shd w:val="clear" w:color="auto" w:fill="F2F2F2"/>
            <w:vAlign w:val="center"/>
          </w:tcPr>
          <w:p w14:paraId="0B12675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utilidades o excedentes acumulados de ejercicios anteriores.</w:t>
            </w:r>
          </w:p>
        </w:tc>
        <w:tc>
          <w:tcPr>
            <w:tcW w:w="3118" w:type="dxa"/>
            <w:gridSpan w:val="2"/>
            <w:shd w:val="clear" w:color="auto" w:fill="F2F2F2"/>
            <w:vAlign w:val="center"/>
          </w:tcPr>
          <w:p w14:paraId="5C128BD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shd w:val="clear" w:color="auto" w:fill="F2F2F2"/>
            <w:vAlign w:val="center"/>
          </w:tcPr>
          <w:p w14:paraId="4E8C2CF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35100000</w:t>
            </w:r>
          </w:p>
        </w:tc>
        <w:tc>
          <w:tcPr>
            <w:tcW w:w="2142" w:type="dxa"/>
            <w:shd w:val="clear" w:color="auto" w:fill="F2F2F2"/>
          </w:tcPr>
          <w:p w14:paraId="72A5185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Utilidades Resultados acumuladas de ejercicios anteriores</w:t>
            </w:r>
          </w:p>
        </w:tc>
      </w:tr>
      <w:tr w:rsidR="00E35433" w:rsidRPr="00A64921" w14:paraId="342A469B" w14:textId="77777777" w:rsidTr="00C55BA7">
        <w:trPr>
          <w:jc w:val="center"/>
        </w:trPr>
        <w:tc>
          <w:tcPr>
            <w:tcW w:w="1206" w:type="dxa"/>
            <w:vMerge w:val="restart"/>
            <w:vAlign w:val="center"/>
          </w:tcPr>
          <w:p w14:paraId="0A3E669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e)</w:t>
            </w:r>
          </w:p>
        </w:tc>
        <w:tc>
          <w:tcPr>
            <w:tcW w:w="3032" w:type="dxa"/>
            <w:vMerge w:val="restart"/>
            <w:vAlign w:val="center"/>
          </w:tcPr>
          <w:p w14:paraId="16F1706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 utilidad o excedente del periodo, neto de las deducciones que por ley correspondan.</w:t>
            </w:r>
          </w:p>
        </w:tc>
        <w:tc>
          <w:tcPr>
            <w:tcW w:w="3118" w:type="dxa"/>
            <w:gridSpan w:val="2"/>
            <w:vMerge w:val="restart"/>
            <w:vAlign w:val="center"/>
          </w:tcPr>
          <w:p w14:paraId="47716A2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vAlign w:val="center"/>
          </w:tcPr>
          <w:p w14:paraId="6501E1A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50000000</w:t>
            </w:r>
          </w:p>
        </w:tc>
        <w:tc>
          <w:tcPr>
            <w:tcW w:w="2142" w:type="dxa"/>
          </w:tcPr>
          <w:p w14:paraId="143AF08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Ingresos</w:t>
            </w:r>
          </w:p>
        </w:tc>
      </w:tr>
      <w:tr w:rsidR="00E35433" w:rsidRPr="00A64921" w14:paraId="0C32A5DF" w14:textId="77777777" w:rsidTr="00C55BA7">
        <w:trPr>
          <w:jc w:val="center"/>
        </w:trPr>
        <w:tc>
          <w:tcPr>
            <w:tcW w:w="1206" w:type="dxa"/>
            <w:vMerge/>
            <w:vAlign w:val="center"/>
          </w:tcPr>
          <w:p w14:paraId="54E380C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vAlign w:val="center"/>
          </w:tcPr>
          <w:p w14:paraId="36D0FFC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tcPr>
          <w:p w14:paraId="0AF258A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vAlign w:val="center"/>
          </w:tcPr>
          <w:p w14:paraId="0E40D2B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MENOS </w:t>
            </w:r>
            <w:r w:rsidRPr="00A64921">
              <w:rPr>
                <w:rFonts w:asciiTheme="majorHAnsi" w:eastAsia="Aptos" w:hAnsiTheme="majorHAnsi" w:cstheme="majorHAnsi"/>
                <w:sz w:val="16"/>
                <w:szCs w:val="16"/>
                <w:lang w:val="es-CR"/>
              </w:rPr>
              <w:br/>
              <w:t>40000000</w:t>
            </w:r>
          </w:p>
        </w:tc>
        <w:tc>
          <w:tcPr>
            <w:tcW w:w="2142" w:type="dxa"/>
          </w:tcPr>
          <w:p w14:paraId="67DFB51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- 1/Gastos</w:t>
            </w:r>
          </w:p>
        </w:tc>
      </w:tr>
      <w:tr w:rsidR="00E35433" w:rsidRPr="00A64921" w14:paraId="09BADD23" w14:textId="77777777" w:rsidTr="00C55BA7">
        <w:trPr>
          <w:jc w:val="center"/>
        </w:trPr>
        <w:tc>
          <w:tcPr>
            <w:tcW w:w="1206" w:type="dxa"/>
            <w:vMerge/>
            <w:vAlign w:val="center"/>
          </w:tcPr>
          <w:p w14:paraId="0E121B2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vAlign w:val="center"/>
          </w:tcPr>
          <w:p w14:paraId="67A96BE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tcPr>
          <w:p w14:paraId="699D85F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vAlign w:val="center"/>
          </w:tcPr>
          <w:p w14:paraId="5B2910A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 xml:space="preserve"> 36100000</w:t>
            </w:r>
          </w:p>
        </w:tc>
        <w:tc>
          <w:tcPr>
            <w:tcW w:w="2142" w:type="dxa"/>
          </w:tcPr>
          <w:p w14:paraId="51717C5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+ 2/Utilidad o excedente del periodo</w:t>
            </w:r>
          </w:p>
        </w:tc>
      </w:tr>
      <w:tr w:rsidR="00E35433" w:rsidRPr="00A64921" w14:paraId="37418911" w14:textId="77777777" w:rsidTr="00C55BA7">
        <w:trPr>
          <w:jc w:val="center"/>
        </w:trPr>
        <w:tc>
          <w:tcPr>
            <w:tcW w:w="1206" w:type="dxa"/>
            <w:vMerge/>
            <w:vAlign w:val="center"/>
          </w:tcPr>
          <w:p w14:paraId="60C2338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vAlign w:val="center"/>
          </w:tcPr>
          <w:p w14:paraId="154065A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tcPr>
          <w:p w14:paraId="6289027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843" w:type="dxa"/>
            <w:gridSpan w:val="2"/>
            <w:vAlign w:val="center"/>
          </w:tcPr>
          <w:p w14:paraId="3D31B6E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 Incluye todas las cuentas de gastos y las de Participaciones legales sobre la utilidad.</w:t>
            </w:r>
          </w:p>
        </w:tc>
      </w:tr>
      <w:tr w:rsidR="00E35433" w:rsidRPr="00A64921" w14:paraId="4F61DB1C" w14:textId="77777777" w:rsidTr="00C55BA7">
        <w:trPr>
          <w:jc w:val="center"/>
        </w:trPr>
        <w:tc>
          <w:tcPr>
            <w:tcW w:w="1206" w:type="dxa"/>
            <w:vMerge/>
            <w:vAlign w:val="center"/>
          </w:tcPr>
          <w:p w14:paraId="683414E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vAlign w:val="center"/>
          </w:tcPr>
          <w:p w14:paraId="3113104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tcPr>
          <w:p w14:paraId="4364414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843" w:type="dxa"/>
            <w:gridSpan w:val="2"/>
            <w:vAlign w:val="center"/>
          </w:tcPr>
          <w:p w14:paraId="7828C6D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 Esta cuenta se utiliza en el caso de que la entidad realice el cierre semestral.</w:t>
            </w:r>
          </w:p>
        </w:tc>
      </w:tr>
      <w:tr w:rsidR="00E35433" w:rsidRPr="00A64921" w14:paraId="4DF134F6" w14:textId="77777777" w:rsidTr="00E35433">
        <w:trPr>
          <w:jc w:val="center"/>
        </w:trPr>
        <w:tc>
          <w:tcPr>
            <w:tcW w:w="1206" w:type="dxa"/>
            <w:vMerge w:val="restart"/>
            <w:shd w:val="clear" w:color="auto" w:fill="F2F2F2"/>
            <w:vAlign w:val="center"/>
          </w:tcPr>
          <w:p w14:paraId="781F9E4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f)</w:t>
            </w:r>
          </w:p>
        </w:tc>
        <w:tc>
          <w:tcPr>
            <w:tcW w:w="3032" w:type="dxa"/>
            <w:vMerge w:val="restart"/>
            <w:shd w:val="clear" w:color="auto" w:fill="F2F2F2"/>
            <w:vAlign w:val="center"/>
          </w:tcPr>
          <w:p w14:paraId="70090E1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Los otros resultados integrales acumulados totales, excluyendo: i) los superávits por revaluación de terrenos, edificios e instalaciones, </w:t>
            </w:r>
            <w:proofErr w:type="spellStart"/>
            <w:r w:rsidRPr="00A64921">
              <w:rPr>
                <w:rFonts w:asciiTheme="majorHAnsi" w:eastAsia="Aptos" w:hAnsiTheme="majorHAnsi" w:cstheme="majorHAnsi"/>
                <w:sz w:val="16"/>
                <w:szCs w:val="16"/>
                <w:lang w:val="es-CR"/>
              </w:rPr>
              <w:t>ii</w:t>
            </w:r>
            <w:proofErr w:type="spellEnd"/>
            <w:r w:rsidRPr="00A64921">
              <w:rPr>
                <w:rFonts w:asciiTheme="majorHAnsi" w:eastAsia="Aptos" w:hAnsiTheme="majorHAnsi" w:cstheme="majorHAnsi"/>
                <w:sz w:val="16"/>
                <w:szCs w:val="16"/>
                <w:lang w:val="es-CR"/>
              </w:rPr>
              <w:t xml:space="preserve">) los superávits por revaluación de otros activos diferentes de instrumentos financieros, y </w:t>
            </w:r>
            <w:proofErr w:type="spellStart"/>
            <w:r w:rsidRPr="00A64921">
              <w:rPr>
                <w:rFonts w:asciiTheme="majorHAnsi" w:eastAsia="Aptos" w:hAnsiTheme="majorHAnsi" w:cstheme="majorHAnsi"/>
                <w:sz w:val="16"/>
                <w:szCs w:val="16"/>
                <w:lang w:val="es-CR"/>
              </w:rPr>
              <w:t>iii</w:t>
            </w:r>
            <w:proofErr w:type="spellEnd"/>
            <w:r w:rsidRPr="00A64921">
              <w:rPr>
                <w:rFonts w:asciiTheme="majorHAnsi" w:eastAsia="Aptos" w:hAnsiTheme="majorHAnsi" w:cstheme="majorHAnsi"/>
                <w:sz w:val="16"/>
                <w:szCs w:val="16"/>
                <w:lang w:val="es-CR"/>
              </w:rPr>
              <w:t>) los superávits por valuación de participaciones en otras empresas.</w:t>
            </w:r>
          </w:p>
        </w:tc>
        <w:tc>
          <w:tcPr>
            <w:tcW w:w="3118" w:type="dxa"/>
            <w:gridSpan w:val="2"/>
            <w:vMerge w:val="restart"/>
            <w:shd w:val="clear" w:color="auto" w:fill="F2F2F2"/>
            <w:vAlign w:val="center"/>
          </w:tcPr>
          <w:p w14:paraId="266DAC9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shd w:val="clear" w:color="auto" w:fill="F2F2F2"/>
            <w:vAlign w:val="center"/>
          </w:tcPr>
          <w:p w14:paraId="5882236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33000000</w:t>
            </w:r>
          </w:p>
        </w:tc>
        <w:tc>
          <w:tcPr>
            <w:tcW w:w="2142" w:type="dxa"/>
            <w:shd w:val="clear" w:color="auto" w:fill="F2F2F2"/>
          </w:tcPr>
          <w:p w14:paraId="1394C90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Ajustes al patrimonio - otros resultados integrales</w:t>
            </w:r>
          </w:p>
        </w:tc>
      </w:tr>
      <w:tr w:rsidR="00E35433" w:rsidRPr="00A64921" w14:paraId="67A9906C" w14:textId="77777777" w:rsidTr="00E35433">
        <w:trPr>
          <w:jc w:val="center"/>
        </w:trPr>
        <w:tc>
          <w:tcPr>
            <w:tcW w:w="1206" w:type="dxa"/>
            <w:vMerge/>
            <w:shd w:val="clear" w:color="auto" w:fill="F2F2F2"/>
          </w:tcPr>
          <w:p w14:paraId="3989A14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shd w:val="clear" w:color="auto" w:fill="F2F2F2"/>
          </w:tcPr>
          <w:p w14:paraId="6FFCE77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Merge/>
            <w:shd w:val="clear" w:color="auto" w:fill="F2F2F2"/>
          </w:tcPr>
          <w:p w14:paraId="54480BA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shd w:val="clear" w:color="auto" w:fill="F2F2F2"/>
            <w:vAlign w:val="center"/>
          </w:tcPr>
          <w:p w14:paraId="6AF30C3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33101000</w:t>
            </w:r>
          </w:p>
        </w:tc>
        <w:tc>
          <w:tcPr>
            <w:tcW w:w="2142" w:type="dxa"/>
            <w:shd w:val="clear" w:color="auto" w:fill="F2F2F2"/>
          </w:tcPr>
          <w:p w14:paraId="09283C9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Superávit por revaluación de propiedades inmobiliarias </w:t>
            </w:r>
          </w:p>
        </w:tc>
      </w:tr>
      <w:tr w:rsidR="00E35433" w:rsidRPr="00A64921" w14:paraId="025477D2" w14:textId="77777777" w:rsidTr="00E35433">
        <w:trPr>
          <w:jc w:val="center"/>
        </w:trPr>
        <w:tc>
          <w:tcPr>
            <w:tcW w:w="1206" w:type="dxa"/>
            <w:vMerge/>
            <w:shd w:val="clear" w:color="auto" w:fill="F2F2F2"/>
          </w:tcPr>
          <w:p w14:paraId="6F166D1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shd w:val="clear" w:color="auto" w:fill="F2F2F2"/>
          </w:tcPr>
          <w:p w14:paraId="4A637D0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Merge/>
            <w:shd w:val="clear" w:color="auto" w:fill="F2F2F2"/>
          </w:tcPr>
          <w:p w14:paraId="65C0F4A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shd w:val="clear" w:color="auto" w:fill="F2F2F2"/>
            <w:vAlign w:val="center"/>
          </w:tcPr>
          <w:p w14:paraId="367756F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33106000</w:t>
            </w:r>
          </w:p>
        </w:tc>
        <w:tc>
          <w:tcPr>
            <w:tcW w:w="2142" w:type="dxa"/>
            <w:shd w:val="clear" w:color="auto" w:fill="F2F2F2"/>
          </w:tcPr>
          <w:p w14:paraId="1B50B5A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Superávit por revaluación de otros activos</w:t>
            </w:r>
          </w:p>
        </w:tc>
      </w:tr>
      <w:tr w:rsidR="00E35433" w:rsidRPr="00A64921" w14:paraId="4C2C3F08" w14:textId="77777777" w:rsidTr="00E35433">
        <w:trPr>
          <w:jc w:val="center"/>
        </w:trPr>
        <w:tc>
          <w:tcPr>
            <w:tcW w:w="1206" w:type="dxa"/>
            <w:vMerge/>
            <w:shd w:val="clear" w:color="auto" w:fill="F2F2F2"/>
          </w:tcPr>
          <w:p w14:paraId="7D856BB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shd w:val="clear" w:color="auto" w:fill="F2F2F2"/>
          </w:tcPr>
          <w:p w14:paraId="0281F65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Merge/>
            <w:shd w:val="clear" w:color="auto" w:fill="F2F2F2"/>
          </w:tcPr>
          <w:p w14:paraId="4ED454A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tcBorders>
              <w:bottom w:val="single" w:sz="4" w:space="0" w:color="auto"/>
            </w:tcBorders>
            <w:shd w:val="clear" w:color="auto" w:fill="F2F2F2"/>
            <w:vAlign w:val="center"/>
          </w:tcPr>
          <w:p w14:paraId="42BF62F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MENOS </w:t>
            </w:r>
            <w:r w:rsidRPr="00A64921">
              <w:rPr>
                <w:rFonts w:asciiTheme="majorHAnsi" w:eastAsia="Aptos" w:hAnsiTheme="majorHAnsi" w:cstheme="majorHAnsi"/>
                <w:sz w:val="16"/>
                <w:szCs w:val="16"/>
                <w:lang w:val="es-CR"/>
              </w:rPr>
              <w:br/>
              <w:t>33201000</w:t>
            </w:r>
          </w:p>
        </w:tc>
        <w:tc>
          <w:tcPr>
            <w:tcW w:w="2142" w:type="dxa"/>
            <w:shd w:val="clear" w:color="auto" w:fill="F2F2F2"/>
          </w:tcPr>
          <w:p w14:paraId="4345146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Superávit por revaluación propiedades, mobiliario y equipo</w:t>
            </w:r>
          </w:p>
        </w:tc>
      </w:tr>
      <w:tr w:rsidR="00E35433" w:rsidRPr="00A64921" w14:paraId="5BC4B99B" w14:textId="77777777" w:rsidTr="00E35433">
        <w:trPr>
          <w:trHeight w:val="467"/>
          <w:jc w:val="center"/>
        </w:trPr>
        <w:tc>
          <w:tcPr>
            <w:tcW w:w="1206" w:type="dxa"/>
            <w:vMerge/>
            <w:shd w:val="clear" w:color="auto" w:fill="F2F2F2"/>
          </w:tcPr>
          <w:p w14:paraId="587AF5A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shd w:val="clear" w:color="auto" w:fill="F2F2F2"/>
          </w:tcPr>
          <w:p w14:paraId="002F59D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Merge/>
            <w:shd w:val="clear" w:color="auto" w:fill="F2F2F2"/>
          </w:tcPr>
          <w:p w14:paraId="33967A3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shd w:val="clear" w:color="auto" w:fill="F2F2F2"/>
            <w:vAlign w:val="center"/>
          </w:tcPr>
          <w:p w14:paraId="2EDAE25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33202000</w:t>
            </w:r>
          </w:p>
        </w:tc>
        <w:tc>
          <w:tcPr>
            <w:tcW w:w="2142" w:type="dxa"/>
            <w:shd w:val="clear" w:color="auto" w:fill="F2F2F2"/>
          </w:tcPr>
          <w:p w14:paraId="1E2A672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Superávit por revaluación de otros activos en empresas participadas</w:t>
            </w:r>
          </w:p>
        </w:tc>
      </w:tr>
      <w:tr w:rsidR="00E35433" w:rsidRPr="00A64921" w14:paraId="06F3EDDC" w14:textId="77777777" w:rsidTr="00C55BA7">
        <w:trPr>
          <w:jc w:val="center"/>
        </w:trPr>
        <w:tc>
          <w:tcPr>
            <w:tcW w:w="1206" w:type="dxa"/>
            <w:vMerge w:val="restart"/>
            <w:vAlign w:val="center"/>
          </w:tcPr>
          <w:p w14:paraId="2511591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g)</w:t>
            </w:r>
          </w:p>
        </w:tc>
        <w:tc>
          <w:tcPr>
            <w:tcW w:w="3032" w:type="dxa"/>
            <w:vMerge w:val="restart"/>
          </w:tcPr>
          <w:p w14:paraId="25944CE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Los aportes y donaciones para incrementos de capital social, en trámite de inscripción en el Registro Público. Los aportes y donaciones deben corresponder a instrumentos admisibles </w:t>
            </w:r>
            <w:r w:rsidRPr="00A64921">
              <w:rPr>
                <w:rFonts w:asciiTheme="majorHAnsi" w:eastAsia="Aptos" w:hAnsiTheme="majorHAnsi" w:cstheme="majorHAnsi"/>
                <w:sz w:val="16"/>
                <w:szCs w:val="16"/>
                <w:lang w:val="es-CR"/>
              </w:rPr>
              <w:lastRenderedPageBreak/>
              <w:t>en el CCN1, según el inciso a) del artículo 96.</w:t>
            </w:r>
          </w:p>
        </w:tc>
        <w:tc>
          <w:tcPr>
            <w:tcW w:w="992" w:type="dxa"/>
            <w:vAlign w:val="center"/>
          </w:tcPr>
          <w:p w14:paraId="4558246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2010</w:t>
            </w:r>
          </w:p>
        </w:tc>
        <w:tc>
          <w:tcPr>
            <w:tcW w:w="2126" w:type="dxa"/>
          </w:tcPr>
          <w:p w14:paraId="617A148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 en instrumentos admisibles en el CCN1</w:t>
            </w:r>
          </w:p>
        </w:tc>
        <w:tc>
          <w:tcPr>
            <w:tcW w:w="1701" w:type="dxa"/>
            <w:tcBorders>
              <w:top w:val="single" w:sz="4" w:space="0" w:color="auto"/>
            </w:tcBorders>
            <w:vAlign w:val="center"/>
          </w:tcPr>
          <w:p w14:paraId="2372825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32201M01</w:t>
            </w:r>
          </w:p>
        </w:tc>
        <w:tc>
          <w:tcPr>
            <w:tcW w:w="2142" w:type="dxa"/>
            <w:tcBorders>
              <w:top w:val="single" w:sz="4" w:space="0" w:color="auto"/>
            </w:tcBorders>
          </w:tcPr>
          <w:p w14:paraId="7AFE404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w:t>
            </w:r>
          </w:p>
        </w:tc>
      </w:tr>
      <w:tr w:rsidR="00E35433" w:rsidRPr="00A64921" w14:paraId="1AE61E3E" w14:textId="77777777" w:rsidTr="00C55BA7">
        <w:trPr>
          <w:jc w:val="center"/>
        </w:trPr>
        <w:tc>
          <w:tcPr>
            <w:tcW w:w="1206" w:type="dxa"/>
            <w:vMerge/>
            <w:tcBorders>
              <w:bottom w:val="single" w:sz="4" w:space="0" w:color="auto"/>
            </w:tcBorders>
          </w:tcPr>
          <w:p w14:paraId="56F8C84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tcBorders>
              <w:bottom w:val="single" w:sz="4" w:space="0" w:color="auto"/>
            </w:tcBorders>
          </w:tcPr>
          <w:p w14:paraId="2128C80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tcBorders>
              <w:bottom w:val="single" w:sz="4" w:space="0" w:color="auto"/>
            </w:tcBorders>
            <w:vAlign w:val="center"/>
          </w:tcPr>
          <w:p w14:paraId="348D914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2020</w:t>
            </w:r>
          </w:p>
        </w:tc>
        <w:tc>
          <w:tcPr>
            <w:tcW w:w="2126" w:type="dxa"/>
            <w:tcBorders>
              <w:bottom w:val="single" w:sz="4" w:space="0" w:color="auto"/>
            </w:tcBorders>
          </w:tcPr>
          <w:p w14:paraId="360B0C2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Donaciones por capitalizar autorizadas y por registrar en el Registro Público, en instrumentos admisibles en el CCN1</w:t>
            </w:r>
          </w:p>
        </w:tc>
        <w:tc>
          <w:tcPr>
            <w:tcW w:w="1701" w:type="dxa"/>
            <w:tcBorders>
              <w:bottom w:val="single" w:sz="4" w:space="0" w:color="auto"/>
            </w:tcBorders>
            <w:vAlign w:val="center"/>
          </w:tcPr>
          <w:p w14:paraId="60DD6F2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32202M01</w:t>
            </w:r>
          </w:p>
        </w:tc>
        <w:tc>
          <w:tcPr>
            <w:tcW w:w="2142" w:type="dxa"/>
            <w:tcBorders>
              <w:bottom w:val="single" w:sz="4" w:space="0" w:color="auto"/>
            </w:tcBorders>
          </w:tcPr>
          <w:p w14:paraId="29FE469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Donaciones por capitalizar autorizados y por registrar en el Registro Público</w:t>
            </w:r>
          </w:p>
        </w:tc>
      </w:tr>
      <w:tr w:rsidR="00E35433" w:rsidRPr="00A64921" w14:paraId="6C3D0BC8" w14:textId="77777777" w:rsidTr="00C55BA7">
        <w:trPr>
          <w:jc w:val="center"/>
        </w:trPr>
        <w:tc>
          <w:tcPr>
            <w:tcW w:w="1206" w:type="dxa"/>
            <w:tcBorders>
              <w:bottom w:val="single" w:sz="12" w:space="0" w:color="auto"/>
              <w:right w:val="nil"/>
            </w:tcBorders>
          </w:tcPr>
          <w:p w14:paraId="0922E3C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tcBorders>
              <w:left w:val="nil"/>
              <w:bottom w:val="single" w:sz="12" w:space="0" w:color="auto"/>
              <w:right w:val="nil"/>
            </w:tcBorders>
          </w:tcPr>
          <w:p w14:paraId="1A89061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tcBorders>
              <w:left w:val="nil"/>
              <w:bottom w:val="single" w:sz="12" w:space="0" w:color="auto"/>
              <w:right w:val="nil"/>
            </w:tcBorders>
          </w:tcPr>
          <w:p w14:paraId="15BA533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left w:val="nil"/>
              <w:bottom w:val="single" w:sz="12" w:space="0" w:color="auto"/>
              <w:right w:val="nil"/>
            </w:tcBorders>
          </w:tcPr>
          <w:p w14:paraId="2816BEF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tcBorders>
              <w:left w:val="nil"/>
              <w:bottom w:val="single" w:sz="12" w:space="0" w:color="auto"/>
              <w:right w:val="nil"/>
            </w:tcBorders>
          </w:tcPr>
          <w:p w14:paraId="0BA9EC9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42" w:type="dxa"/>
            <w:tcBorders>
              <w:left w:val="nil"/>
              <w:bottom w:val="single" w:sz="12" w:space="0" w:color="auto"/>
            </w:tcBorders>
          </w:tcPr>
          <w:p w14:paraId="10E6404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130E0D95"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7CF9DAA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99</w:t>
            </w:r>
          </w:p>
        </w:tc>
        <w:tc>
          <w:tcPr>
            <w:tcW w:w="4024" w:type="dxa"/>
            <w:gridSpan w:val="2"/>
            <w:tcBorders>
              <w:top w:val="single" w:sz="12" w:space="0" w:color="auto"/>
              <w:left w:val="single" w:sz="12" w:space="0" w:color="auto"/>
              <w:bottom w:val="single" w:sz="12" w:space="0" w:color="auto"/>
              <w:right w:val="single" w:sz="12" w:space="0" w:color="auto"/>
            </w:tcBorders>
            <w:shd w:val="clear" w:color="auto" w:fill="DAE9F7"/>
          </w:tcPr>
          <w:p w14:paraId="1845771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2) Deducciones a los elementos del CCN1</w:t>
            </w:r>
          </w:p>
        </w:tc>
        <w:tc>
          <w:tcPr>
            <w:tcW w:w="5969" w:type="dxa"/>
            <w:gridSpan w:val="3"/>
            <w:tcBorders>
              <w:top w:val="single" w:sz="12" w:space="0" w:color="auto"/>
              <w:left w:val="single" w:sz="12" w:space="0" w:color="auto"/>
              <w:bottom w:val="single" w:sz="12" w:space="0" w:color="auto"/>
              <w:right w:val="single" w:sz="12" w:space="0" w:color="auto"/>
            </w:tcBorders>
            <w:shd w:val="clear" w:color="auto" w:fill="DAE9F7"/>
          </w:tcPr>
          <w:p w14:paraId="3BF7233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r>
      <w:tr w:rsidR="00E35433" w:rsidRPr="00A64921" w14:paraId="580EE1F3" w14:textId="77777777" w:rsidTr="00C55BA7">
        <w:trPr>
          <w:jc w:val="center"/>
        </w:trPr>
        <w:tc>
          <w:tcPr>
            <w:tcW w:w="1206" w:type="dxa"/>
            <w:tcBorders>
              <w:top w:val="single" w:sz="12" w:space="0" w:color="auto"/>
            </w:tcBorders>
            <w:vAlign w:val="center"/>
          </w:tcPr>
          <w:p w14:paraId="1D2BCD7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tcBorders>
            <w:vAlign w:val="center"/>
          </w:tcPr>
          <w:p w14:paraId="347735B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CCN1 adquiridos por la propia entidad.</w:t>
            </w:r>
          </w:p>
        </w:tc>
        <w:tc>
          <w:tcPr>
            <w:tcW w:w="992" w:type="dxa"/>
            <w:tcBorders>
              <w:top w:val="single" w:sz="12" w:space="0" w:color="auto"/>
            </w:tcBorders>
            <w:vAlign w:val="center"/>
          </w:tcPr>
          <w:p w14:paraId="5C555AC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2050</w:t>
            </w:r>
          </w:p>
        </w:tc>
        <w:tc>
          <w:tcPr>
            <w:tcW w:w="2126" w:type="dxa"/>
            <w:tcBorders>
              <w:top w:val="single" w:sz="12" w:space="0" w:color="auto"/>
            </w:tcBorders>
            <w:vAlign w:val="center"/>
          </w:tcPr>
          <w:p w14:paraId="5187F98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CCN1 adquiridos por la propia entidad.</w:t>
            </w:r>
          </w:p>
        </w:tc>
        <w:tc>
          <w:tcPr>
            <w:tcW w:w="1701" w:type="dxa"/>
            <w:tcBorders>
              <w:top w:val="single" w:sz="12" w:space="0" w:color="auto"/>
            </w:tcBorders>
            <w:vAlign w:val="center"/>
          </w:tcPr>
          <w:p w14:paraId="687B9DB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31501000</w:t>
            </w:r>
          </w:p>
        </w:tc>
        <w:tc>
          <w:tcPr>
            <w:tcW w:w="2142" w:type="dxa"/>
            <w:tcBorders>
              <w:top w:val="single" w:sz="12" w:space="0" w:color="auto"/>
            </w:tcBorders>
            <w:vAlign w:val="center"/>
          </w:tcPr>
          <w:p w14:paraId="695E0C6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ordinario (Acciones en tesorería)</w:t>
            </w:r>
          </w:p>
        </w:tc>
      </w:tr>
      <w:tr w:rsidR="00E35433" w:rsidRPr="00A64921" w14:paraId="4ABC3D89" w14:textId="77777777" w:rsidTr="00E35433">
        <w:trPr>
          <w:jc w:val="center"/>
        </w:trPr>
        <w:tc>
          <w:tcPr>
            <w:tcW w:w="1206" w:type="dxa"/>
            <w:shd w:val="clear" w:color="auto" w:fill="F2F2F2"/>
            <w:vAlign w:val="center"/>
          </w:tcPr>
          <w:p w14:paraId="4DFEFDE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shd w:val="clear" w:color="auto" w:fill="F2F2F2"/>
            <w:vAlign w:val="center"/>
          </w:tcPr>
          <w:p w14:paraId="4A5F132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CCN1 emitidos por la propia entidad que se encuentran dados en garantía de operaciones crediticias otorgadas por ella.</w:t>
            </w:r>
          </w:p>
        </w:tc>
        <w:tc>
          <w:tcPr>
            <w:tcW w:w="992" w:type="dxa"/>
            <w:shd w:val="clear" w:color="auto" w:fill="F2F2F2"/>
            <w:vAlign w:val="center"/>
          </w:tcPr>
          <w:p w14:paraId="3C6DCA2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2060</w:t>
            </w:r>
          </w:p>
        </w:tc>
        <w:tc>
          <w:tcPr>
            <w:tcW w:w="2126" w:type="dxa"/>
            <w:shd w:val="clear" w:color="auto" w:fill="F2F2F2"/>
            <w:vAlign w:val="center"/>
          </w:tcPr>
          <w:p w14:paraId="5AF0387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 la entidad que califican en CCN1 que hayan sido objeto de gravámenes por operaciones efectuadas por ella misma</w:t>
            </w:r>
          </w:p>
        </w:tc>
        <w:tc>
          <w:tcPr>
            <w:tcW w:w="1701" w:type="dxa"/>
            <w:shd w:val="clear" w:color="auto" w:fill="F2F2F2"/>
            <w:vAlign w:val="center"/>
          </w:tcPr>
          <w:p w14:paraId="4CB31D5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31100000</w:t>
            </w:r>
          </w:p>
        </w:tc>
        <w:tc>
          <w:tcPr>
            <w:tcW w:w="2142" w:type="dxa"/>
            <w:shd w:val="clear" w:color="auto" w:fill="F2F2F2"/>
            <w:vAlign w:val="center"/>
          </w:tcPr>
          <w:p w14:paraId="0E78C8C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w:t>
            </w:r>
          </w:p>
        </w:tc>
      </w:tr>
      <w:tr w:rsidR="00E35433" w:rsidRPr="00A64921" w14:paraId="25049189" w14:textId="77777777" w:rsidTr="00C55BA7">
        <w:trPr>
          <w:jc w:val="center"/>
        </w:trPr>
        <w:tc>
          <w:tcPr>
            <w:tcW w:w="1206" w:type="dxa"/>
            <w:vAlign w:val="center"/>
          </w:tcPr>
          <w:p w14:paraId="32917B2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vAlign w:val="center"/>
          </w:tcPr>
          <w:p w14:paraId="122F2EF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El valor en libros de las participaciones en instrumentos homólogos al CCN1, que califican como tales bajo los criterios establecidos en el Anexo XVI de este Reglamento. Esta deducción se efectúa con independencia del porcentaje de participación y de la naturaleza de la empresa que se trate. </w:t>
            </w:r>
          </w:p>
        </w:tc>
        <w:tc>
          <w:tcPr>
            <w:tcW w:w="992" w:type="dxa"/>
            <w:vAlign w:val="center"/>
          </w:tcPr>
          <w:p w14:paraId="372A57E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2070</w:t>
            </w:r>
          </w:p>
        </w:tc>
        <w:tc>
          <w:tcPr>
            <w:tcW w:w="2126" w:type="dxa"/>
            <w:vAlign w:val="center"/>
          </w:tcPr>
          <w:p w14:paraId="6E7A46E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el capital de otras entidades o empresas en instrumentos homólogos al CCN1</w:t>
            </w:r>
          </w:p>
        </w:tc>
        <w:tc>
          <w:tcPr>
            <w:tcW w:w="1701" w:type="dxa"/>
            <w:vAlign w:val="center"/>
          </w:tcPr>
          <w:p w14:paraId="63FDEE0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16000000</w:t>
            </w:r>
          </w:p>
        </w:tc>
        <w:tc>
          <w:tcPr>
            <w:tcW w:w="2142" w:type="dxa"/>
            <w:vAlign w:val="center"/>
          </w:tcPr>
          <w:p w14:paraId="1FA200C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r w:rsidR="00E35433" w:rsidRPr="00A64921" w14:paraId="40B3FE7E" w14:textId="77777777" w:rsidTr="00E35433">
        <w:trPr>
          <w:jc w:val="center"/>
        </w:trPr>
        <w:tc>
          <w:tcPr>
            <w:tcW w:w="1206" w:type="dxa"/>
            <w:shd w:val="clear" w:color="auto" w:fill="F2F2F2"/>
            <w:vAlign w:val="center"/>
          </w:tcPr>
          <w:p w14:paraId="3B4FF3E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shd w:val="clear" w:color="auto" w:fill="F2F2F2"/>
            <w:vAlign w:val="center"/>
          </w:tcPr>
          <w:p w14:paraId="054DF66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de capital, deuda subordinada o deuda convertible que no sean homólogos a instrumentos del CCN1, CAN1 o CN2.</w:t>
            </w:r>
          </w:p>
        </w:tc>
        <w:tc>
          <w:tcPr>
            <w:tcW w:w="992" w:type="dxa"/>
            <w:shd w:val="clear" w:color="auto" w:fill="F2F2F2"/>
            <w:vAlign w:val="center"/>
          </w:tcPr>
          <w:p w14:paraId="1AF1F04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2080</w:t>
            </w:r>
          </w:p>
        </w:tc>
        <w:tc>
          <w:tcPr>
            <w:tcW w:w="2126" w:type="dxa"/>
            <w:shd w:val="clear" w:color="auto" w:fill="F2F2F2"/>
            <w:vAlign w:val="center"/>
          </w:tcPr>
          <w:p w14:paraId="4E9BDC7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instrumentos de capital, deuda subordinada o deuda convertible que no sean homólogos a instrumentos del CCN1, CAN1 o CN2</w:t>
            </w:r>
          </w:p>
        </w:tc>
        <w:tc>
          <w:tcPr>
            <w:tcW w:w="1701" w:type="dxa"/>
            <w:shd w:val="clear" w:color="auto" w:fill="F2F2F2"/>
            <w:vAlign w:val="center"/>
          </w:tcPr>
          <w:p w14:paraId="4C6580B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16000000</w:t>
            </w:r>
          </w:p>
        </w:tc>
        <w:tc>
          <w:tcPr>
            <w:tcW w:w="2142" w:type="dxa"/>
            <w:shd w:val="clear" w:color="auto" w:fill="F2F2F2"/>
            <w:vAlign w:val="center"/>
          </w:tcPr>
          <w:p w14:paraId="6D0700B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r w:rsidR="00E35433" w:rsidRPr="00A64921" w14:paraId="14B4C4D1" w14:textId="77777777" w:rsidTr="00C55BA7">
        <w:trPr>
          <w:jc w:val="center"/>
        </w:trPr>
        <w:tc>
          <w:tcPr>
            <w:tcW w:w="1206" w:type="dxa"/>
            <w:vMerge w:val="restart"/>
            <w:vAlign w:val="center"/>
          </w:tcPr>
          <w:p w14:paraId="54370BA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e)</w:t>
            </w:r>
          </w:p>
        </w:tc>
        <w:tc>
          <w:tcPr>
            <w:tcW w:w="3032" w:type="dxa"/>
            <w:vMerge w:val="restart"/>
          </w:tcPr>
          <w:p w14:paraId="5EC6E46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El valor en libros de los activos intangibles clasificados como tales de conformidad con las Normas Internacionales de Información Financiera (NIIF), incluyendo los derechos de uso por arrendamiento financieros sobre activos intangibles. Para este efecto, la deducción corresponderá al costo del activo, menos la </w:t>
            </w:r>
            <w:proofErr w:type="gramStart"/>
            <w:r w:rsidRPr="00A64921">
              <w:rPr>
                <w:rFonts w:asciiTheme="majorHAnsi" w:eastAsia="Aptos" w:hAnsiTheme="majorHAnsi" w:cstheme="majorHAnsi"/>
                <w:sz w:val="16"/>
                <w:szCs w:val="16"/>
                <w:lang w:val="es-CR"/>
              </w:rPr>
              <w:t>amortización acumulada y la pérdida acumulada</w:t>
            </w:r>
            <w:proofErr w:type="gramEnd"/>
            <w:r w:rsidRPr="00A64921">
              <w:rPr>
                <w:rFonts w:asciiTheme="majorHAnsi" w:eastAsia="Aptos" w:hAnsiTheme="majorHAnsi" w:cstheme="majorHAnsi"/>
                <w:sz w:val="16"/>
                <w:szCs w:val="16"/>
                <w:lang w:val="es-CR"/>
              </w:rPr>
              <w:t xml:space="preserve"> por deterioro en su valor.</w:t>
            </w:r>
          </w:p>
        </w:tc>
        <w:tc>
          <w:tcPr>
            <w:tcW w:w="3118" w:type="dxa"/>
            <w:gridSpan w:val="2"/>
            <w:vAlign w:val="center"/>
          </w:tcPr>
          <w:p w14:paraId="0F34277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vAlign w:val="center"/>
          </w:tcPr>
          <w:p w14:paraId="5EDBE6D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18600000</w:t>
            </w:r>
          </w:p>
        </w:tc>
        <w:tc>
          <w:tcPr>
            <w:tcW w:w="2142" w:type="dxa"/>
            <w:vAlign w:val="center"/>
          </w:tcPr>
          <w:p w14:paraId="3533865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Activos intangibles</w:t>
            </w:r>
          </w:p>
        </w:tc>
      </w:tr>
      <w:tr w:rsidR="00E35433" w:rsidRPr="00A64921" w14:paraId="0E760101" w14:textId="77777777" w:rsidTr="00C55BA7">
        <w:trPr>
          <w:jc w:val="center"/>
        </w:trPr>
        <w:tc>
          <w:tcPr>
            <w:tcW w:w="1206" w:type="dxa"/>
            <w:vMerge/>
          </w:tcPr>
          <w:p w14:paraId="75EF554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tcPr>
          <w:p w14:paraId="79A745F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Align w:val="center"/>
          </w:tcPr>
          <w:p w14:paraId="2134893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vAlign w:val="center"/>
          </w:tcPr>
          <w:p w14:paraId="77811DD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18308000</w:t>
            </w:r>
          </w:p>
        </w:tc>
        <w:tc>
          <w:tcPr>
            <w:tcW w:w="2142" w:type="dxa"/>
            <w:vAlign w:val="center"/>
          </w:tcPr>
          <w:p w14:paraId="2F6345B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Aplicaciones automatizadas en desarrollo</w:t>
            </w:r>
          </w:p>
        </w:tc>
      </w:tr>
      <w:tr w:rsidR="00E35433" w:rsidRPr="00A64921" w14:paraId="13133D76" w14:textId="77777777" w:rsidTr="00C55BA7">
        <w:trPr>
          <w:jc w:val="center"/>
        </w:trPr>
        <w:tc>
          <w:tcPr>
            <w:tcW w:w="1206" w:type="dxa"/>
            <w:vMerge/>
          </w:tcPr>
          <w:p w14:paraId="60114B7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tcPr>
          <w:p w14:paraId="1288243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vAlign w:val="center"/>
          </w:tcPr>
          <w:p w14:paraId="0BE2169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2090</w:t>
            </w:r>
          </w:p>
        </w:tc>
        <w:tc>
          <w:tcPr>
            <w:tcW w:w="2126" w:type="dxa"/>
            <w:vAlign w:val="center"/>
          </w:tcPr>
          <w:p w14:paraId="7B8A6D8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Activos por derecho de uso sobre activos intangibles</w:t>
            </w:r>
          </w:p>
        </w:tc>
        <w:tc>
          <w:tcPr>
            <w:tcW w:w="1701" w:type="dxa"/>
            <w:vAlign w:val="center"/>
          </w:tcPr>
          <w:p w14:paraId="0899EFB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17624000</w:t>
            </w:r>
          </w:p>
        </w:tc>
        <w:tc>
          <w:tcPr>
            <w:tcW w:w="2142" w:type="dxa"/>
            <w:vAlign w:val="center"/>
          </w:tcPr>
          <w:p w14:paraId="148D7D7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Activos por derecho de uso - equipo de cómputo</w:t>
            </w:r>
          </w:p>
        </w:tc>
      </w:tr>
      <w:tr w:rsidR="00E35433" w:rsidRPr="00A64921" w14:paraId="097CC584" w14:textId="77777777" w:rsidTr="00C55BA7">
        <w:trPr>
          <w:jc w:val="center"/>
        </w:trPr>
        <w:tc>
          <w:tcPr>
            <w:tcW w:w="1206" w:type="dxa"/>
            <w:vAlign w:val="center"/>
          </w:tcPr>
          <w:p w14:paraId="64299BA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Inciso f)</w:t>
            </w:r>
          </w:p>
        </w:tc>
        <w:tc>
          <w:tcPr>
            <w:tcW w:w="3032" w:type="dxa"/>
            <w:vAlign w:val="center"/>
          </w:tcPr>
          <w:p w14:paraId="2B46247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créditos otorgados a la sociedad controladora de su mismo grupo o conglomerado financiero.</w:t>
            </w:r>
          </w:p>
        </w:tc>
        <w:tc>
          <w:tcPr>
            <w:tcW w:w="992" w:type="dxa"/>
            <w:vAlign w:val="center"/>
          </w:tcPr>
          <w:p w14:paraId="3CF1192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1140</w:t>
            </w:r>
          </w:p>
        </w:tc>
        <w:tc>
          <w:tcPr>
            <w:tcW w:w="2126" w:type="dxa"/>
            <w:vAlign w:val="center"/>
          </w:tcPr>
          <w:p w14:paraId="085E008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créditos otorgados a la sociedad controladora</w:t>
            </w:r>
          </w:p>
        </w:tc>
        <w:tc>
          <w:tcPr>
            <w:tcW w:w="1701" w:type="dxa"/>
            <w:vAlign w:val="center"/>
          </w:tcPr>
          <w:p w14:paraId="1946DFF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13000000</w:t>
            </w:r>
          </w:p>
        </w:tc>
        <w:tc>
          <w:tcPr>
            <w:tcW w:w="2142" w:type="dxa"/>
            <w:vAlign w:val="center"/>
          </w:tcPr>
          <w:p w14:paraId="4F0B8F1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Cartera de créditos</w:t>
            </w:r>
          </w:p>
        </w:tc>
      </w:tr>
      <w:tr w:rsidR="00E35433" w:rsidRPr="00A64921" w14:paraId="3DBDD94A" w14:textId="77777777" w:rsidTr="00E35433">
        <w:trPr>
          <w:jc w:val="center"/>
        </w:trPr>
        <w:tc>
          <w:tcPr>
            <w:tcW w:w="1206" w:type="dxa"/>
            <w:vMerge w:val="restart"/>
            <w:shd w:val="clear" w:color="auto" w:fill="F2F2F2"/>
            <w:vAlign w:val="center"/>
          </w:tcPr>
          <w:p w14:paraId="12B204D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g)</w:t>
            </w:r>
          </w:p>
        </w:tc>
        <w:tc>
          <w:tcPr>
            <w:tcW w:w="3032" w:type="dxa"/>
            <w:vMerge w:val="restart"/>
            <w:shd w:val="clear" w:color="auto" w:fill="F2F2F2"/>
            <w:vAlign w:val="center"/>
          </w:tcPr>
          <w:p w14:paraId="527156B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Pérdida del periodo.</w:t>
            </w:r>
          </w:p>
        </w:tc>
        <w:tc>
          <w:tcPr>
            <w:tcW w:w="3118" w:type="dxa"/>
            <w:gridSpan w:val="2"/>
            <w:vMerge w:val="restart"/>
            <w:shd w:val="clear" w:color="auto" w:fill="F2F2F2"/>
            <w:vAlign w:val="center"/>
          </w:tcPr>
          <w:p w14:paraId="6117BE4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shd w:val="clear" w:color="auto" w:fill="F2F2F2"/>
            <w:vAlign w:val="center"/>
          </w:tcPr>
          <w:p w14:paraId="66EBC54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50000000</w:t>
            </w:r>
          </w:p>
        </w:tc>
        <w:tc>
          <w:tcPr>
            <w:tcW w:w="2142" w:type="dxa"/>
            <w:shd w:val="clear" w:color="auto" w:fill="F2F2F2"/>
            <w:vAlign w:val="center"/>
          </w:tcPr>
          <w:p w14:paraId="7DFBBE3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Ingresos</w:t>
            </w:r>
          </w:p>
        </w:tc>
      </w:tr>
      <w:tr w:rsidR="00E35433" w:rsidRPr="00A64921" w14:paraId="66D3D71C" w14:textId="77777777" w:rsidTr="00E35433">
        <w:trPr>
          <w:jc w:val="center"/>
        </w:trPr>
        <w:tc>
          <w:tcPr>
            <w:tcW w:w="1206" w:type="dxa"/>
            <w:vMerge/>
            <w:shd w:val="clear" w:color="auto" w:fill="F2F2F2"/>
            <w:vAlign w:val="center"/>
          </w:tcPr>
          <w:p w14:paraId="3745CF7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0C34CB1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shd w:val="clear" w:color="auto" w:fill="F2F2F2"/>
            <w:vAlign w:val="center"/>
          </w:tcPr>
          <w:p w14:paraId="605F25E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1701" w:type="dxa"/>
            <w:shd w:val="clear" w:color="auto" w:fill="F2F2F2"/>
            <w:vAlign w:val="center"/>
          </w:tcPr>
          <w:p w14:paraId="3D3E5A9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 40000000</w:t>
            </w:r>
          </w:p>
        </w:tc>
        <w:tc>
          <w:tcPr>
            <w:tcW w:w="2142" w:type="dxa"/>
            <w:shd w:val="clear" w:color="auto" w:fill="F2F2F2"/>
            <w:vAlign w:val="center"/>
          </w:tcPr>
          <w:p w14:paraId="1C2587B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vertAlign w:val="superscript"/>
                <w:lang w:val="es-CR"/>
              </w:rPr>
              <w:t>- 1/</w:t>
            </w:r>
            <w:r w:rsidRPr="00A64921">
              <w:rPr>
                <w:rFonts w:asciiTheme="majorHAnsi" w:eastAsia="Aptos" w:hAnsiTheme="majorHAnsi" w:cstheme="majorHAnsi"/>
                <w:sz w:val="16"/>
                <w:szCs w:val="16"/>
                <w:lang w:val="es-CR"/>
              </w:rPr>
              <w:t>Gastos</w:t>
            </w:r>
          </w:p>
        </w:tc>
      </w:tr>
      <w:tr w:rsidR="00E35433" w:rsidRPr="00A64921" w14:paraId="27075D56" w14:textId="77777777" w:rsidTr="00E35433">
        <w:trPr>
          <w:jc w:val="center"/>
        </w:trPr>
        <w:tc>
          <w:tcPr>
            <w:tcW w:w="1206" w:type="dxa"/>
            <w:vMerge/>
            <w:shd w:val="clear" w:color="auto" w:fill="F2F2F2"/>
            <w:vAlign w:val="center"/>
          </w:tcPr>
          <w:p w14:paraId="67F03B6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06234C9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shd w:val="clear" w:color="auto" w:fill="F2F2F2"/>
            <w:vAlign w:val="center"/>
          </w:tcPr>
          <w:p w14:paraId="133DE77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1701" w:type="dxa"/>
            <w:shd w:val="clear" w:color="auto" w:fill="F2F2F2"/>
            <w:vAlign w:val="center"/>
          </w:tcPr>
          <w:p w14:paraId="48E68DD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 36200000</w:t>
            </w:r>
          </w:p>
        </w:tc>
        <w:tc>
          <w:tcPr>
            <w:tcW w:w="2142" w:type="dxa"/>
            <w:shd w:val="clear" w:color="auto" w:fill="F2F2F2"/>
            <w:vAlign w:val="center"/>
          </w:tcPr>
          <w:p w14:paraId="4FDB318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vertAlign w:val="superscript"/>
                <w:lang w:val="es-CR"/>
              </w:rPr>
              <w:t>+ 2</w:t>
            </w:r>
            <w:proofErr w:type="gramStart"/>
            <w:r w:rsidRPr="00A64921">
              <w:rPr>
                <w:rFonts w:asciiTheme="majorHAnsi" w:eastAsia="Aptos" w:hAnsiTheme="majorHAnsi" w:cstheme="majorHAnsi"/>
                <w:sz w:val="16"/>
                <w:szCs w:val="16"/>
                <w:vertAlign w:val="superscript"/>
                <w:lang w:val="es-CR"/>
              </w:rPr>
              <w:t>/</w:t>
            </w:r>
            <w:r w:rsidRPr="00A64921">
              <w:rPr>
                <w:rFonts w:asciiTheme="majorHAnsi" w:eastAsia="Aptos" w:hAnsiTheme="majorHAnsi" w:cstheme="majorHAnsi"/>
                <w:sz w:val="16"/>
                <w:szCs w:val="16"/>
                <w:lang w:val="es-CR"/>
              </w:rPr>
              <w:t>(</w:t>
            </w:r>
            <w:proofErr w:type="gramEnd"/>
            <w:r w:rsidRPr="00A64921">
              <w:rPr>
                <w:rFonts w:asciiTheme="majorHAnsi" w:eastAsia="Aptos" w:hAnsiTheme="majorHAnsi" w:cstheme="majorHAnsi"/>
                <w:sz w:val="16"/>
                <w:szCs w:val="16"/>
                <w:lang w:val="es-CR"/>
              </w:rPr>
              <w:t>Pérdida del periodo)</w:t>
            </w:r>
          </w:p>
        </w:tc>
      </w:tr>
      <w:tr w:rsidR="00E35433" w:rsidRPr="00A64921" w14:paraId="6881B5BC" w14:textId="77777777" w:rsidTr="00E35433">
        <w:trPr>
          <w:jc w:val="center"/>
        </w:trPr>
        <w:tc>
          <w:tcPr>
            <w:tcW w:w="1206" w:type="dxa"/>
            <w:vMerge/>
            <w:shd w:val="clear" w:color="auto" w:fill="F2F2F2"/>
            <w:vAlign w:val="center"/>
          </w:tcPr>
          <w:p w14:paraId="6094718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39D508B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val="restart"/>
            <w:shd w:val="clear" w:color="auto" w:fill="F2F2F2"/>
            <w:vAlign w:val="center"/>
          </w:tcPr>
          <w:p w14:paraId="3CBCFE5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843" w:type="dxa"/>
            <w:gridSpan w:val="2"/>
            <w:shd w:val="clear" w:color="auto" w:fill="F2F2F2"/>
            <w:vAlign w:val="center"/>
          </w:tcPr>
          <w:p w14:paraId="39756A7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 Incluye todas las cuentas de gastos y las de Participaciones legales sobre la utilidad.</w:t>
            </w:r>
          </w:p>
        </w:tc>
      </w:tr>
      <w:tr w:rsidR="00E35433" w:rsidRPr="00A64921" w14:paraId="24AC2A69" w14:textId="77777777" w:rsidTr="00E35433">
        <w:trPr>
          <w:jc w:val="center"/>
        </w:trPr>
        <w:tc>
          <w:tcPr>
            <w:tcW w:w="1206" w:type="dxa"/>
            <w:vMerge/>
            <w:shd w:val="clear" w:color="auto" w:fill="F2F2F2"/>
            <w:vAlign w:val="center"/>
          </w:tcPr>
          <w:p w14:paraId="5325E61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6FF885F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shd w:val="clear" w:color="auto" w:fill="F2F2F2"/>
            <w:vAlign w:val="center"/>
          </w:tcPr>
          <w:p w14:paraId="2C38933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843" w:type="dxa"/>
            <w:gridSpan w:val="2"/>
            <w:shd w:val="clear" w:color="auto" w:fill="F2F2F2"/>
            <w:vAlign w:val="center"/>
          </w:tcPr>
          <w:p w14:paraId="1173DB2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 Esta cuenta se utiliza en el caso de que la entidad realice el cierre semestral.</w:t>
            </w:r>
          </w:p>
        </w:tc>
      </w:tr>
      <w:tr w:rsidR="00E35433" w:rsidRPr="00A64921" w14:paraId="572C8C9D" w14:textId="77777777" w:rsidTr="00C55BA7">
        <w:trPr>
          <w:jc w:val="center"/>
        </w:trPr>
        <w:tc>
          <w:tcPr>
            <w:tcW w:w="1206" w:type="dxa"/>
            <w:vAlign w:val="center"/>
          </w:tcPr>
          <w:p w14:paraId="7BE3C88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h)</w:t>
            </w:r>
          </w:p>
        </w:tc>
        <w:tc>
          <w:tcPr>
            <w:tcW w:w="3032" w:type="dxa"/>
            <w:vAlign w:val="center"/>
          </w:tcPr>
          <w:p w14:paraId="6C918AD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pérdidas acumuladas de ejercicios anteriores.</w:t>
            </w:r>
          </w:p>
        </w:tc>
        <w:tc>
          <w:tcPr>
            <w:tcW w:w="3118" w:type="dxa"/>
            <w:gridSpan w:val="2"/>
            <w:vAlign w:val="center"/>
          </w:tcPr>
          <w:p w14:paraId="2688F84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vAlign w:val="center"/>
          </w:tcPr>
          <w:p w14:paraId="6FA8C9D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35200000</w:t>
            </w:r>
          </w:p>
        </w:tc>
        <w:tc>
          <w:tcPr>
            <w:tcW w:w="2142" w:type="dxa"/>
            <w:vAlign w:val="center"/>
          </w:tcPr>
          <w:p w14:paraId="3953994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(Pérdidas acumuladas de ejercicios anteriores)</w:t>
            </w:r>
          </w:p>
        </w:tc>
      </w:tr>
      <w:tr w:rsidR="00E35433" w:rsidRPr="00A64921" w14:paraId="7C647585" w14:textId="77777777" w:rsidTr="00E35433">
        <w:trPr>
          <w:jc w:val="center"/>
        </w:trPr>
        <w:tc>
          <w:tcPr>
            <w:tcW w:w="1206" w:type="dxa"/>
            <w:vMerge w:val="restart"/>
            <w:shd w:val="clear" w:color="auto" w:fill="F2F2F2"/>
            <w:vAlign w:val="center"/>
          </w:tcPr>
          <w:p w14:paraId="631B4FF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i)</w:t>
            </w:r>
          </w:p>
        </w:tc>
        <w:tc>
          <w:tcPr>
            <w:tcW w:w="3032" w:type="dxa"/>
            <w:shd w:val="clear" w:color="auto" w:fill="F2F2F2"/>
            <w:vAlign w:val="center"/>
          </w:tcPr>
          <w:p w14:paraId="29D82E1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importe neto positivo de restar al saldo de los activos por impuestos diferidos (AID), el saldo de los pasivos por impuestos diferidos (PID).</w:t>
            </w:r>
          </w:p>
        </w:tc>
        <w:tc>
          <w:tcPr>
            <w:tcW w:w="3118" w:type="dxa"/>
            <w:gridSpan w:val="2"/>
            <w:shd w:val="clear" w:color="auto" w:fill="F2F2F2"/>
            <w:vAlign w:val="center"/>
          </w:tcPr>
          <w:p w14:paraId="656C32D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shd w:val="clear" w:color="auto" w:fill="F2F2F2"/>
            <w:vAlign w:val="center"/>
          </w:tcPr>
          <w:p w14:paraId="02E84FA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14601000</w:t>
            </w:r>
          </w:p>
        </w:tc>
        <w:tc>
          <w:tcPr>
            <w:tcW w:w="2142" w:type="dxa"/>
            <w:shd w:val="clear" w:color="auto" w:fill="F2F2F2"/>
            <w:vAlign w:val="center"/>
          </w:tcPr>
          <w:p w14:paraId="2545A8A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Impuesto sobre la renta diferido</w:t>
            </w:r>
          </w:p>
        </w:tc>
      </w:tr>
      <w:tr w:rsidR="00E35433" w:rsidRPr="00A64921" w14:paraId="6E64E734" w14:textId="77777777" w:rsidTr="00E35433">
        <w:trPr>
          <w:jc w:val="center"/>
        </w:trPr>
        <w:tc>
          <w:tcPr>
            <w:tcW w:w="1206" w:type="dxa"/>
            <w:vMerge/>
            <w:shd w:val="clear" w:color="auto" w:fill="F2F2F2"/>
            <w:vAlign w:val="center"/>
          </w:tcPr>
          <w:p w14:paraId="34FD788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shd w:val="clear" w:color="auto" w:fill="F2F2F2"/>
            <w:vAlign w:val="center"/>
          </w:tcPr>
          <w:p w14:paraId="7B05038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shd w:val="clear" w:color="auto" w:fill="F2F2F2"/>
            <w:vAlign w:val="center"/>
          </w:tcPr>
          <w:p w14:paraId="0A65D00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shd w:val="clear" w:color="auto" w:fill="F2F2F2"/>
            <w:vAlign w:val="center"/>
          </w:tcPr>
          <w:p w14:paraId="7EEB539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24602000</w:t>
            </w:r>
          </w:p>
        </w:tc>
        <w:tc>
          <w:tcPr>
            <w:tcW w:w="2142" w:type="dxa"/>
            <w:shd w:val="clear" w:color="auto" w:fill="F2F2F2"/>
            <w:vAlign w:val="center"/>
          </w:tcPr>
          <w:p w14:paraId="24F1E18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Impuesto sobre la renta diferido</w:t>
            </w:r>
          </w:p>
        </w:tc>
      </w:tr>
      <w:tr w:rsidR="00E35433" w:rsidRPr="00A64921" w14:paraId="0C18F24C" w14:textId="77777777" w:rsidTr="00C55BA7">
        <w:trPr>
          <w:jc w:val="center"/>
        </w:trPr>
        <w:tc>
          <w:tcPr>
            <w:tcW w:w="1206" w:type="dxa"/>
            <w:vMerge w:val="restart"/>
            <w:vAlign w:val="center"/>
          </w:tcPr>
          <w:p w14:paraId="3006B1D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j)</w:t>
            </w:r>
          </w:p>
        </w:tc>
        <w:tc>
          <w:tcPr>
            <w:tcW w:w="3032" w:type="dxa"/>
            <w:vMerge w:val="restart"/>
            <w:vAlign w:val="center"/>
          </w:tcPr>
          <w:p w14:paraId="0BE0AFE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Importe neto positivo de restar al saldo de los activos por impuestos al valor agregado, el saldo de los pasivos por impuestos al valor agregado.</w:t>
            </w:r>
          </w:p>
        </w:tc>
        <w:tc>
          <w:tcPr>
            <w:tcW w:w="3118" w:type="dxa"/>
            <w:gridSpan w:val="2"/>
            <w:vAlign w:val="center"/>
          </w:tcPr>
          <w:p w14:paraId="45C969B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vAlign w:val="center"/>
          </w:tcPr>
          <w:p w14:paraId="5AE8824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14603000</w:t>
            </w:r>
          </w:p>
        </w:tc>
        <w:tc>
          <w:tcPr>
            <w:tcW w:w="2142" w:type="dxa"/>
            <w:vAlign w:val="center"/>
          </w:tcPr>
          <w:p w14:paraId="24DB4CA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Impuesto al Valor Agregado Soportado</w:t>
            </w:r>
          </w:p>
        </w:tc>
      </w:tr>
      <w:tr w:rsidR="00E35433" w:rsidRPr="00A64921" w14:paraId="547EAAEA" w14:textId="77777777" w:rsidTr="00C55BA7">
        <w:trPr>
          <w:jc w:val="center"/>
        </w:trPr>
        <w:tc>
          <w:tcPr>
            <w:tcW w:w="1206" w:type="dxa"/>
            <w:vMerge/>
            <w:vAlign w:val="center"/>
          </w:tcPr>
          <w:p w14:paraId="34140D9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vAlign w:val="center"/>
          </w:tcPr>
          <w:p w14:paraId="005A851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Align w:val="center"/>
          </w:tcPr>
          <w:p w14:paraId="2BAFB8E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vAlign w:val="center"/>
          </w:tcPr>
          <w:p w14:paraId="0F54C2E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14604000</w:t>
            </w:r>
          </w:p>
        </w:tc>
        <w:tc>
          <w:tcPr>
            <w:tcW w:w="2142" w:type="dxa"/>
            <w:vAlign w:val="center"/>
          </w:tcPr>
          <w:p w14:paraId="41C598A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Impuesto al Valor Agregado Deducible</w:t>
            </w:r>
          </w:p>
        </w:tc>
      </w:tr>
      <w:tr w:rsidR="00E35433" w:rsidRPr="00A64921" w14:paraId="27FC9AB3" w14:textId="77777777" w:rsidTr="00C55BA7">
        <w:trPr>
          <w:jc w:val="center"/>
        </w:trPr>
        <w:tc>
          <w:tcPr>
            <w:tcW w:w="1206" w:type="dxa"/>
            <w:vMerge/>
            <w:vAlign w:val="center"/>
          </w:tcPr>
          <w:p w14:paraId="1A6FC83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vAlign w:val="center"/>
          </w:tcPr>
          <w:p w14:paraId="4D60034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Align w:val="center"/>
          </w:tcPr>
          <w:p w14:paraId="776B725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vAlign w:val="center"/>
          </w:tcPr>
          <w:p w14:paraId="700E7DD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24204M02</w:t>
            </w:r>
          </w:p>
        </w:tc>
        <w:tc>
          <w:tcPr>
            <w:tcW w:w="2142" w:type="dxa"/>
            <w:vAlign w:val="center"/>
          </w:tcPr>
          <w:p w14:paraId="76FECC9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Impuesto al valor agregado por pagar</w:t>
            </w:r>
          </w:p>
        </w:tc>
      </w:tr>
      <w:tr w:rsidR="00E35433" w:rsidRPr="00A64921" w14:paraId="23ACEC84" w14:textId="77777777" w:rsidTr="00E35433">
        <w:trPr>
          <w:trHeight w:val="394"/>
          <w:jc w:val="center"/>
        </w:trPr>
        <w:tc>
          <w:tcPr>
            <w:tcW w:w="1206" w:type="dxa"/>
            <w:tcBorders>
              <w:bottom w:val="single" w:sz="4" w:space="0" w:color="auto"/>
            </w:tcBorders>
            <w:shd w:val="clear" w:color="auto" w:fill="F2F2F2"/>
            <w:vAlign w:val="center"/>
          </w:tcPr>
          <w:p w14:paraId="20C77BA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k)</w:t>
            </w:r>
          </w:p>
        </w:tc>
        <w:tc>
          <w:tcPr>
            <w:tcW w:w="3032" w:type="dxa"/>
            <w:tcBorders>
              <w:bottom w:val="single" w:sz="4" w:space="0" w:color="auto"/>
            </w:tcBorders>
            <w:shd w:val="clear" w:color="auto" w:fill="F2F2F2"/>
            <w:vAlign w:val="center"/>
          </w:tcPr>
          <w:p w14:paraId="1FDF791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Importe de las deducciones que exceda a los elementos del CAN1 de la empresa</w:t>
            </w:r>
          </w:p>
        </w:tc>
        <w:tc>
          <w:tcPr>
            <w:tcW w:w="3118" w:type="dxa"/>
            <w:gridSpan w:val="2"/>
            <w:tcBorders>
              <w:bottom w:val="single" w:sz="4" w:space="0" w:color="auto"/>
            </w:tcBorders>
            <w:shd w:val="clear" w:color="auto" w:fill="F2F2F2"/>
            <w:vAlign w:val="center"/>
          </w:tcPr>
          <w:p w14:paraId="5B35C69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3843" w:type="dxa"/>
            <w:gridSpan w:val="2"/>
            <w:tcBorders>
              <w:bottom w:val="single" w:sz="4" w:space="0" w:color="auto"/>
            </w:tcBorders>
            <w:shd w:val="clear" w:color="auto" w:fill="F2F2F2"/>
            <w:vAlign w:val="center"/>
          </w:tcPr>
          <w:p w14:paraId="390F86A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r>
      <w:tr w:rsidR="00E35433" w:rsidRPr="00A64921" w14:paraId="7EC49851" w14:textId="77777777" w:rsidTr="00C55BA7">
        <w:trPr>
          <w:jc w:val="center"/>
        </w:trPr>
        <w:tc>
          <w:tcPr>
            <w:tcW w:w="1206" w:type="dxa"/>
            <w:tcBorders>
              <w:bottom w:val="single" w:sz="12" w:space="0" w:color="auto"/>
              <w:right w:val="nil"/>
            </w:tcBorders>
          </w:tcPr>
          <w:p w14:paraId="3BFA3A8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tcBorders>
              <w:left w:val="nil"/>
              <w:bottom w:val="single" w:sz="12" w:space="0" w:color="auto"/>
              <w:right w:val="nil"/>
            </w:tcBorders>
          </w:tcPr>
          <w:p w14:paraId="09A3235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tcBorders>
              <w:left w:val="nil"/>
              <w:bottom w:val="single" w:sz="12" w:space="0" w:color="auto"/>
              <w:right w:val="nil"/>
            </w:tcBorders>
          </w:tcPr>
          <w:p w14:paraId="528F3DC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left w:val="nil"/>
              <w:bottom w:val="single" w:sz="12" w:space="0" w:color="auto"/>
              <w:right w:val="nil"/>
            </w:tcBorders>
          </w:tcPr>
          <w:p w14:paraId="5C41191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tcBorders>
              <w:left w:val="nil"/>
              <w:bottom w:val="single" w:sz="12" w:space="0" w:color="auto"/>
              <w:right w:val="nil"/>
            </w:tcBorders>
          </w:tcPr>
          <w:p w14:paraId="486B4FA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42" w:type="dxa"/>
            <w:tcBorders>
              <w:left w:val="nil"/>
              <w:bottom w:val="single" w:sz="12" w:space="0" w:color="auto"/>
            </w:tcBorders>
          </w:tcPr>
          <w:p w14:paraId="57DAC50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434B3E64" w14:textId="77777777" w:rsidTr="00E35433">
        <w:trPr>
          <w:jc w:val="center"/>
        </w:trPr>
        <w:tc>
          <w:tcPr>
            <w:tcW w:w="11199" w:type="dxa"/>
            <w:gridSpan w:val="6"/>
            <w:tcBorders>
              <w:top w:val="single" w:sz="12" w:space="0" w:color="auto"/>
              <w:left w:val="single" w:sz="12" w:space="0" w:color="auto"/>
              <w:bottom w:val="single" w:sz="12" w:space="0" w:color="auto"/>
              <w:right w:val="single" w:sz="12" w:space="0" w:color="auto"/>
            </w:tcBorders>
            <w:shd w:val="clear" w:color="auto" w:fill="DAE9F7"/>
          </w:tcPr>
          <w:p w14:paraId="57145D4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II) CAPITAL ADICIONAL NIVEL 1 (3 - 4)</w:t>
            </w:r>
          </w:p>
        </w:tc>
      </w:tr>
      <w:tr w:rsidR="00E35433" w:rsidRPr="00A64921" w14:paraId="5A8FB675"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38A554C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100</w:t>
            </w:r>
          </w:p>
        </w:tc>
        <w:tc>
          <w:tcPr>
            <w:tcW w:w="9993" w:type="dxa"/>
            <w:gridSpan w:val="5"/>
            <w:tcBorders>
              <w:top w:val="single" w:sz="12" w:space="0" w:color="auto"/>
              <w:left w:val="single" w:sz="12" w:space="0" w:color="auto"/>
              <w:bottom w:val="single" w:sz="12" w:space="0" w:color="auto"/>
              <w:right w:val="single" w:sz="12" w:space="0" w:color="auto"/>
            </w:tcBorders>
            <w:shd w:val="clear" w:color="auto" w:fill="DAE9F7"/>
          </w:tcPr>
          <w:p w14:paraId="39B11C1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3) Elementos del CAN1</w:t>
            </w:r>
          </w:p>
        </w:tc>
      </w:tr>
      <w:tr w:rsidR="00E35433" w:rsidRPr="00A64921" w14:paraId="53FB1AE2" w14:textId="77777777" w:rsidTr="00C55BA7">
        <w:trPr>
          <w:jc w:val="center"/>
        </w:trPr>
        <w:tc>
          <w:tcPr>
            <w:tcW w:w="1206" w:type="dxa"/>
            <w:tcBorders>
              <w:top w:val="single" w:sz="12" w:space="0" w:color="auto"/>
            </w:tcBorders>
            <w:vAlign w:val="center"/>
          </w:tcPr>
          <w:p w14:paraId="56579C5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tcBorders>
            <w:vAlign w:val="center"/>
          </w:tcPr>
          <w:p w14:paraId="7A16914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instrumentos emitidos por la empresa que cumplan con todos y cada uno de los criterios de admisibilidad para formar parte del CAN1, dispuestos en el Anexo XVI de este reglamento.</w:t>
            </w:r>
          </w:p>
        </w:tc>
        <w:tc>
          <w:tcPr>
            <w:tcW w:w="992" w:type="dxa"/>
            <w:tcBorders>
              <w:top w:val="single" w:sz="12" w:space="0" w:color="auto"/>
            </w:tcBorders>
            <w:vAlign w:val="center"/>
          </w:tcPr>
          <w:p w14:paraId="4ECFFD1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2100</w:t>
            </w:r>
          </w:p>
        </w:tc>
        <w:tc>
          <w:tcPr>
            <w:tcW w:w="2126" w:type="dxa"/>
            <w:tcBorders>
              <w:top w:val="single" w:sz="12" w:space="0" w:color="auto"/>
            </w:tcBorders>
            <w:vAlign w:val="center"/>
          </w:tcPr>
          <w:p w14:paraId="1C2CA93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preferente con dividendo no acumulativo que cumpla los criterios de admisibilidad del CAN 1</w:t>
            </w:r>
          </w:p>
        </w:tc>
        <w:tc>
          <w:tcPr>
            <w:tcW w:w="1701" w:type="dxa"/>
            <w:tcBorders>
              <w:top w:val="single" w:sz="12" w:space="0" w:color="auto"/>
            </w:tcBorders>
            <w:vAlign w:val="center"/>
          </w:tcPr>
          <w:p w14:paraId="7865026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31102000</w:t>
            </w:r>
          </w:p>
        </w:tc>
        <w:tc>
          <w:tcPr>
            <w:tcW w:w="2142" w:type="dxa"/>
            <w:tcBorders>
              <w:top w:val="single" w:sz="12" w:space="0" w:color="auto"/>
            </w:tcBorders>
            <w:vAlign w:val="center"/>
          </w:tcPr>
          <w:p w14:paraId="561A8F5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w:t>
            </w:r>
          </w:p>
        </w:tc>
      </w:tr>
      <w:tr w:rsidR="00E35433" w:rsidRPr="00A64921" w14:paraId="68BEC7CB" w14:textId="77777777" w:rsidTr="00E35433">
        <w:trPr>
          <w:jc w:val="center"/>
        </w:trPr>
        <w:tc>
          <w:tcPr>
            <w:tcW w:w="1206" w:type="dxa"/>
            <w:shd w:val="clear" w:color="auto" w:fill="F2F2F2"/>
            <w:vAlign w:val="center"/>
          </w:tcPr>
          <w:p w14:paraId="6343351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shd w:val="clear" w:color="auto" w:fill="F2F2F2"/>
            <w:vAlign w:val="center"/>
          </w:tcPr>
          <w:p w14:paraId="245920F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primas de emisión conexas a los instrumentos a que se refiere el inciso a), netas de los correspondientes descuentos y costos de emisión y colocación.</w:t>
            </w:r>
          </w:p>
        </w:tc>
        <w:tc>
          <w:tcPr>
            <w:tcW w:w="992" w:type="dxa"/>
            <w:shd w:val="clear" w:color="auto" w:fill="F2F2F2"/>
            <w:vAlign w:val="center"/>
          </w:tcPr>
          <w:p w14:paraId="0A5209C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2110</w:t>
            </w:r>
          </w:p>
        </w:tc>
        <w:tc>
          <w:tcPr>
            <w:tcW w:w="2126" w:type="dxa"/>
            <w:shd w:val="clear" w:color="auto" w:fill="F2F2F2"/>
            <w:vAlign w:val="center"/>
          </w:tcPr>
          <w:p w14:paraId="084F038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por emisión de instrumentos incluidos en el CAN1, netas de descuentos y costos de emisión y colocación</w:t>
            </w:r>
          </w:p>
        </w:tc>
        <w:tc>
          <w:tcPr>
            <w:tcW w:w="1701" w:type="dxa"/>
            <w:shd w:val="clear" w:color="auto" w:fill="F2F2F2"/>
            <w:vAlign w:val="center"/>
          </w:tcPr>
          <w:p w14:paraId="5A46DD6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32100000</w:t>
            </w:r>
          </w:p>
        </w:tc>
        <w:tc>
          <w:tcPr>
            <w:tcW w:w="2142" w:type="dxa"/>
            <w:shd w:val="clear" w:color="auto" w:fill="F2F2F2"/>
            <w:vAlign w:val="center"/>
          </w:tcPr>
          <w:p w14:paraId="6BA9B62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adicional</w:t>
            </w:r>
          </w:p>
        </w:tc>
      </w:tr>
      <w:tr w:rsidR="00E35433" w:rsidRPr="00A64921" w14:paraId="01E92B87" w14:textId="77777777" w:rsidTr="00C55BA7">
        <w:trPr>
          <w:trHeight w:val="960"/>
          <w:jc w:val="center"/>
        </w:trPr>
        <w:tc>
          <w:tcPr>
            <w:tcW w:w="1206" w:type="dxa"/>
            <w:vMerge w:val="restart"/>
            <w:vAlign w:val="center"/>
          </w:tcPr>
          <w:p w14:paraId="7A03A2D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vMerge w:val="restart"/>
            <w:vAlign w:val="center"/>
          </w:tcPr>
          <w:p w14:paraId="788BFC9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Los aportes y donaciones para incrementos de capital social, autorizados por CONASSIF y en trámite de inscripción en el Registro Público. Los aportes y donaciones deben </w:t>
            </w:r>
            <w:r w:rsidRPr="00A64921">
              <w:rPr>
                <w:rFonts w:asciiTheme="majorHAnsi" w:eastAsia="Aptos" w:hAnsiTheme="majorHAnsi" w:cstheme="majorHAnsi"/>
                <w:sz w:val="16"/>
                <w:szCs w:val="16"/>
                <w:lang w:val="es-CR"/>
              </w:rPr>
              <w:lastRenderedPageBreak/>
              <w:t>corresponder a instrumentos admisibles en el CAN1, según el inciso a) de este Artículo.</w:t>
            </w:r>
          </w:p>
        </w:tc>
        <w:tc>
          <w:tcPr>
            <w:tcW w:w="992" w:type="dxa"/>
            <w:vAlign w:val="center"/>
          </w:tcPr>
          <w:p w14:paraId="2D66BE1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2120</w:t>
            </w:r>
          </w:p>
        </w:tc>
        <w:tc>
          <w:tcPr>
            <w:tcW w:w="2126" w:type="dxa"/>
            <w:vAlign w:val="center"/>
          </w:tcPr>
          <w:p w14:paraId="59986FD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 en instrumentos admisibles en el CAN1</w:t>
            </w:r>
          </w:p>
        </w:tc>
        <w:tc>
          <w:tcPr>
            <w:tcW w:w="1701" w:type="dxa"/>
            <w:vAlign w:val="center"/>
          </w:tcPr>
          <w:p w14:paraId="4806ACD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32201M01</w:t>
            </w:r>
          </w:p>
        </w:tc>
        <w:tc>
          <w:tcPr>
            <w:tcW w:w="2142" w:type="dxa"/>
            <w:vAlign w:val="center"/>
          </w:tcPr>
          <w:p w14:paraId="4321C75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w:t>
            </w:r>
          </w:p>
        </w:tc>
      </w:tr>
      <w:tr w:rsidR="00E35433" w:rsidRPr="00A64921" w14:paraId="75E51909" w14:textId="77777777" w:rsidTr="00C55BA7">
        <w:trPr>
          <w:jc w:val="center"/>
        </w:trPr>
        <w:tc>
          <w:tcPr>
            <w:tcW w:w="1206" w:type="dxa"/>
            <w:vMerge/>
          </w:tcPr>
          <w:p w14:paraId="6937822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vAlign w:val="center"/>
          </w:tcPr>
          <w:p w14:paraId="11880CA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992" w:type="dxa"/>
            <w:vAlign w:val="center"/>
          </w:tcPr>
          <w:p w14:paraId="2B5A12E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2130</w:t>
            </w:r>
          </w:p>
        </w:tc>
        <w:tc>
          <w:tcPr>
            <w:tcW w:w="2126" w:type="dxa"/>
            <w:vAlign w:val="center"/>
          </w:tcPr>
          <w:p w14:paraId="3994C0A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Donaciones por capitalizar autorizadas y por registrar en el Registro Público, en instrumentos admisibles en el CAN1</w:t>
            </w:r>
          </w:p>
        </w:tc>
        <w:tc>
          <w:tcPr>
            <w:tcW w:w="1701" w:type="dxa"/>
            <w:vAlign w:val="center"/>
          </w:tcPr>
          <w:p w14:paraId="1AB077A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32202M01</w:t>
            </w:r>
          </w:p>
        </w:tc>
        <w:tc>
          <w:tcPr>
            <w:tcW w:w="2142" w:type="dxa"/>
            <w:vAlign w:val="center"/>
          </w:tcPr>
          <w:p w14:paraId="7EEA199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Donaciones autorizadas por capitalizar pendientes de registrar en el Registro Público</w:t>
            </w:r>
          </w:p>
        </w:tc>
      </w:tr>
      <w:tr w:rsidR="00E35433" w:rsidRPr="00A64921" w14:paraId="2B4C2755" w14:textId="77777777" w:rsidTr="00E35433">
        <w:trPr>
          <w:jc w:val="center"/>
        </w:trPr>
        <w:tc>
          <w:tcPr>
            <w:tcW w:w="1206" w:type="dxa"/>
            <w:tcBorders>
              <w:bottom w:val="single" w:sz="4" w:space="0" w:color="auto"/>
            </w:tcBorders>
            <w:shd w:val="clear" w:color="auto" w:fill="F2F2F2"/>
            <w:vAlign w:val="center"/>
          </w:tcPr>
          <w:p w14:paraId="70FE644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tcBorders>
              <w:bottom w:val="single" w:sz="4" w:space="0" w:color="auto"/>
            </w:tcBorders>
            <w:shd w:val="clear" w:color="auto" w:fill="F2F2F2"/>
            <w:vAlign w:val="center"/>
          </w:tcPr>
          <w:p w14:paraId="6A59FB4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reservas patrimoniales reveladas, constituidas voluntariamente con el fin específico de absorber pérdidas patrimoniales durante la marcha de la empresa. De previo a su admisión dentro del CAN1, dichas reservas deben declararse como no redimibles, mediante acuerdo del máximo órgano directivo de la empresa.</w:t>
            </w:r>
          </w:p>
        </w:tc>
        <w:tc>
          <w:tcPr>
            <w:tcW w:w="992" w:type="dxa"/>
            <w:tcBorders>
              <w:bottom w:val="single" w:sz="4" w:space="0" w:color="auto"/>
            </w:tcBorders>
            <w:shd w:val="clear" w:color="auto" w:fill="F2F2F2"/>
            <w:vAlign w:val="center"/>
          </w:tcPr>
          <w:p w14:paraId="190A3DB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2140</w:t>
            </w:r>
          </w:p>
        </w:tc>
        <w:tc>
          <w:tcPr>
            <w:tcW w:w="2126" w:type="dxa"/>
            <w:tcBorders>
              <w:bottom w:val="single" w:sz="4" w:space="0" w:color="auto"/>
            </w:tcBorders>
            <w:shd w:val="clear" w:color="auto" w:fill="F2F2F2"/>
            <w:vAlign w:val="center"/>
          </w:tcPr>
          <w:p w14:paraId="38ED9A2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Reservas voluntarias constituidas para absorber pérdidas patrimoniales durante la marcha de la entidad</w:t>
            </w:r>
          </w:p>
        </w:tc>
        <w:tc>
          <w:tcPr>
            <w:tcW w:w="1701" w:type="dxa"/>
            <w:tcBorders>
              <w:bottom w:val="single" w:sz="4" w:space="0" w:color="auto"/>
            </w:tcBorders>
            <w:shd w:val="clear" w:color="auto" w:fill="F2F2F2"/>
            <w:vAlign w:val="center"/>
          </w:tcPr>
          <w:p w14:paraId="0E3F7E6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34302M01</w:t>
            </w:r>
          </w:p>
        </w:tc>
        <w:tc>
          <w:tcPr>
            <w:tcW w:w="2142" w:type="dxa"/>
            <w:tcBorders>
              <w:bottom w:val="single" w:sz="4" w:space="0" w:color="auto"/>
            </w:tcBorders>
            <w:shd w:val="clear" w:color="auto" w:fill="F2F2F2"/>
            <w:vAlign w:val="center"/>
          </w:tcPr>
          <w:p w14:paraId="34E0B35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Reservas voluntarias para cobertura de pérdidas</w:t>
            </w:r>
          </w:p>
        </w:tc>
      </w:tr>
      <w:tr w:rsidR="00E35433" w:rsidRPr="00A64921" w14:paraId="1B25A300" w14:textId="77777777" w:rsidTr="00C55BA7">
        <w:trPr>
          <w:jc w:val="center"/>
        </w:trPr>
        <w:tc>
          <w:tcPr>
            <w:tcW w:w="1206" w:type="dxa"/>
            <w:tcBorders>
              <w:bottom w:val="single" w:sz="12" w:space="0" w:color="auto"/>
              <w:right w:val="nil"/>
            </w:tcBorders>
          </w:tcPr>
          <w:p w14:paraId="238DB9D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tcBorders>
              <w:left w:val="nil"/>
              <w:bottom w:val="single" w:sz="12" w:space="0" w:color="auto"/>
              <w:right w:val="nil"/>
            </w:tcBorders>
          </w:tcPr>
          <w:p w14:paraId="0F1FAF1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tcBorders>
              <w:left w:val="nil"/>
              <w:bottom w:val="single" w:sz="12" w:space="0" w:color="auto"/>
              <w:right w:val="nil"/>
            </w:tcBorders>
          </w:tcPr>
          <w:p w14:paraId="4D8D0FD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left w:val="nil"/>
              <w:bottom w:val="single" w:sz="12" w:space="0" w:color="auto"/>
              <w:right w:val="nil"/>
            </w:tcBorders>
          </w:tcPr>
          <w:p w14:paraId="37A4DEE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tcBorders>
              <w:left w:val="nil"/>
              <w:bottom w:val="single" w:sz="12" w:space="0" w:color="auto"/>
              <w:right w:val="nil"/>
            </w:tcBorders>
          </w:tcPr>
          <w:p w14:paraId="4B08282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42" w:type="dxa"/>
            <w:tcBorders>
              <w:left w:val="nil"/>
              <w:bottom w:val="single" w:sz="12" w:space="0" w:color="auto"/>
            </w:tcBorders>
          </w:tcPr>
          <w:p w14:paraId="12F9FB2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374C60A2"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0DEAEC9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102</w:t>
            </w:r>
          </w:p>
        </w:tc>
        <w:tc>
          <w:tcPr>
            <w:tcW w:w="4024" w:type="dxa"/>
            <w:gridSpan w:val="2"/>
            <w:tcBorders>
              <w:top w:val="single" w:sz="12" w:space="0" w:color="auto"/>
              <w:left w:val="single" w:sz="12" w:space="0" w:color="auto"/>
              <w:bottom w:val="single" w:sz="12" w:space="0" w:color="auto"/>
              <w:right w:val="single" w:sz="12" w:space="0" w:color="auto"/>
            </w:tcBorders>
            <w:shd w:val="clear" w:color="auto" w:fill="DAE9F7"/>
          </w:tcPr>
          <w:p w14:paraId="0882986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4. Deducciones a los elementos de CAN1</w:t>
            </w:r>
          </w:p>
        </w:tc>
        <w:tc>
          <w:tcPr>
            <w:tcW w:w="2126" w:type="dxa"/>
            <w:tcBorders>
              <w:top w:val="single" w:sz="12" w:space="0" w:color="auto"/>
              <w:left w:val="single" w:sz="12" w:space="0" w:color="auto"/>
              <w:bottom w:val="single" w:sz="12" w:space="0" w:color="auto"/>
              <w:right w:val="single" w:sz="12" w:space="0" w:color="auto"/>
            </w:tcBorders>
            <w:shd w:val="clear" w:color="auto" w:fill="DAE9F7"/>
          </w:tcPr>
          <w:p w14:paraId="151C4D9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843" w:type="dxa"/>
            <w:gridSpan w:val="2"/>
            <w:tcBorders>
              <w:top w:val="single" w:sz="12" w:space="0" w:color="auto"/>
              <w:left w:val="single" w:sz="12" w:space="0" w:color="auto"/>
              <w:bottom w:val="single" w:sz="12" w:space="0" w:color="auto"/>
              <w:right w:val="single" w:sz="12" w:space="0" w:color="auto"/>
            </w:tcBorders>
            <w:shd w:val="clear" w:color="auto" w:fill="DAE9F7"/>
          </w:tcPr>
          <w:p w14:paraId="79D9E5A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r>
      <w:tr w:rsidR="00E35433" w:rsidRPr="00A64921" w14:paraId="0B52CA07" w14:textId="77777777" w:rsidTr="00C55BA7">
        <w:trPr>
          <w:jc w:val="center"/>
        </w:trPr>
        <w:tc>
          <w:tcPr>
            <w:tcW w:w="1206" w:type="dxa"/>
            <w:tcBorders>
              <w:top w:val="single" w:sz="12" w:space="0" w:color="auto"/>
            </w:tcBorders>
            <w:vAlign w:val="center"/>
          </w:tcPr>
          <w:p w14:paraId="0823F16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tcBorders>
            <w:vAlign w:val="center"/>
          </w:tcPr>
          <w:p w14:paraId="65F0F25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CAN1 adquiridos por la propia empresa.</w:t>
            </w:r>
          </w:p>
        </w:tc>
        <w:tc>
          <w:tcPr>
            <w:tcW w:w="992" w:type="dxa"/>
            <w:tcBorders>
              <w:top w:val="single" w:sz="12" w:space="0" w:color="auto"/>
            </w:tcBorders>
            <w:vAlign w:val="center"/>
          </w:tcPr>
          <w:p w14:paraId="678E632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2160</w:t>
            </w:r>
          </w:p>
        </w:tc>
        <w:tc>
          <w:tcPr>
            <w:tcW w:w="2126" w:type="dxa"/>
            <w:tcBorders>
              <w:top w:val="single" w:sz="12" w:space="0" w:color="auto"/>
            </w:tcBorders>
            <w:vAlign w:val="center"/>
          </w:tcPr>
          <w:p w14:paraId="5C7E9DB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CAN1 adquiridos por la propia entidad</w:t>
            </w:r>
          </w:p>
        </w:tc>
        <w:tc>
          <w:tcPr>
            <w:tcW w:w="1701" w:type="dxa"/>
            <w:tcBorders>
              <w:top w:val="single" w:sz="12" w:space="0" w:color="auto"/>
            </w:tcBorders>
            <w:vAlign w:val="center"/>
          </w:tcPr>
          <w:p w14:paraId="007476E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31502000</w:t>
            </w:r>
          </w:p>
        </w:tc>
        <w:tc>
          <w:tcPr>
            <w:tcW w:w="2142" w:type="dxa"/>
            <w:tcBorders>
              <w:top w:val="single" w:sz="12" w:space="0" w:color="auto"/>
            </w:tcBorders>
            <w:vAlign w:val="center"/>
          </w:tcPr>
          <w:p w14:paraId="0F0343F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 (Acciones en tesorería)</w:t>
            </w:r>
          </w:p>
        </w:tc>
      </w:tr>
      <w:tr w:rsidR="00E35433" w:rsidRPr="00A64921" w14:paraId="7060D89F" w14:textId="77777777" w:rsidTr="00E35433">
        <w:trPr>
          <w:jc w:val="center"/>
        </w:trPr>
        <w:tc>
          <w:tcPr>
            <w:tcW w:w="1206" w:type="dxa"/>
            <w:shd w:val="clear" w:color="auto" w:fill="F2F2F2"/>
            <w:vAlign w:val="center"/>
          </w:tcPr>
          <w:p w14:paraId="021D1A1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shd w:val="clear" w:color="auto" w:fill="F2F2F2"/>
            <w:vAlign w:val="center"/>
          </w:tcPr>
          <w:p w14:paraId="317FA92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CAN1 emitidos por la propia empresa que se encuentran dados en garantía de operaciones crediticias otorgadas por ella misma.</w:t>
            </w:r>
          </w:p>
        </w:tc>
        <w:tc>
          <w:tcPr>
            <w:tcW w:w="992" w:type="dxa"/>
            <w:shd w:val="clear" w:color="auto" w:fill="F2F2F2"/>
            <w:vAlign w:val="center"/>
          </w:tcPr>
          <w:p w14:paraId="0988505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2170</w:t>
            </w:r>
          </w:p>
        </w:tc>
        <w:tc>
          <w:tcPr>
            <w:tcW w:w="2126" w:type="dxa"/>
            <w:shd w:val="clear" w:color="auto" w:fill="F2F2F2"/>
            <w:vAlign w:val="center"/>
          </w:tcPr>
          <w:p w14:paraId="4D7ED74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CAN1 emitidos por la propia empresa que se encuentran dados en garantía de operaciones crediticias otorgadas por ella misma.</w:t>
            </w:r>
          </w:p>
        </w:tc>
        <w:tc>
          <w:tcPr>
            <w:tcW w:w="1701" w:type="dxa"/>
            <w:shd w:val="clear" w:color="auto" w:fill="F2F2F2"/>
            <w:vAlign w:val="center"/>
          </w:tcPr>
          <w:p w14:paraId="1616CEA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31100000</w:t>
            </w:r>
          </w:p>
        </w:tc>
        <w:tc>
          <w:tcPr>
            <w:tcW w:w="2142" w:type="dxa"/>
            <w:shd w:val="clear" w:color="auto" w:fill="F2F2F2"/>
            <w:vAlign w:val="center"/>
          </w:tcPr>
          <w:p w14:paraId="0402897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w:t>
            </w:r>
          </w:p>
        </w:tc>
      </w:tr>
      <w:tr w:rsidR="00E35433" w:rsidRPr="00A64921" w14:paraId="3CD7BFB0" w14:textId="77777777" w:rsidTr="00C55BA7">
        <w:trPr>
          <w:jc w:val="center"/>
        </w:trPr>
        <w:tc>
          <w:tcPr>
            <w:tcW w:w="1206" w:type="dxa"/>
            <w:vAlign w:val="center"/>
          </w:tcPr>
          <w:p w14:paraId="4E633AA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vAlign w:val="center"/>
          </w:tcPr>
          <w:p w14:paraId="4FCE124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homólogos al CAN1, que calificarían como tales bajo los criterios establecidos en el Anexo XVI de este reglamento. Esta deducción se efectuará con independencia del porcentaje de participación de la empresa supervisada en el capital social y de la naturaleza de la empresa de que se trate.</w:t>
            </w:r>
          </w:p>
        </w:tc>
        <w:tc>
          <w:tcPr>
            <w:tcW w:w="992" w:type="dxa"/>
            <w:vAlign w:val="center"/>
          </w:tcPr>
          <w:p w14:paraId="2FA0001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2180</w:t>
            </w:r>
          </w:p>
        </w:tc>
        <w:tc>
          <w:tcPr>
            <w:tcW w:w="2126" w:type="dxa"/>
            <w:vAlign w:val="center"/>
          </w:tcPr>
          <w:p w14:paraId="282F509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instrumentos homólogos al CAN1, que calificarían como tales según Anexo XVI del Acuerdo CONASSIF 16-22.</w:t>
            </w:r>
          </w:p>
        </w:tc>
        <w:tc>
          <w:tcPr>
            <w:tcW w:w="1701" w:type="dxa"/>
            <w:vAlign w:val="center"/>
          </w:tcPr>
          <w:p w14:paraId="3A335E1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16000000</w:t>
            </w:r>
          </w:p>
        </w:tc>
        <w:tc>
          <w:tcPr>
            <w:tcW w:w="2142" w:type="dxa"/>
            <w:vAlign w:val="center"/>
          </w:tcPr>
          <w:p w14:paraId="5FAE4D4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capital de otras empresas</w:t>
            </w:r>
          </w:p>
        </w:tc>
      </w:tr>
      <w:tr w:rsidR="00E35433" w:rsidRPr="00A64921" w14:paraId="2B7314AA" w14:textId="77777777" w:rsidTr="00E35433">
        <w:trPr>
          <w:jc w:val="center"/>
        </w:trPr>
        <w:tc>
          <w:tcPr>
            <w:tcW w:w="1206" w:type="dxa"/>
            <w:shd w:val="clear" w:color="auto" w:fill="F2F2F2"/>
            <w:vAlign w:val="center"/>
          </w:tcPr>
          <w:p w14:paraId="3BE1986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shd w:val="clear" w:color="auto" w:fill="F2F2F2"/>
            <w:vAlign w:val="center"/>
          </w:tcPr>
          <w:p w14:paraId="58A1977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importe de las deducciones que excedan el importe de los elementos del CN2 de la entidad o empresa.</w:t>
            </w:r>
          </w:p>
        </w:tc>
        <w:tc>
          <w:tcPr>
            <w:tcW w:w="3118" w:type="dxa"/>
            <w:gridSpan w:val="2"/>
            <w:shd w:val="clear" w:color="auto" w:fill="F2F2F2"/>
            <w:vAlign w:val="center"/>
          </w:tcPr>
          <w:p w14:paraId="4A3C927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shd w:val="clear" w:color="auto" w:fill="F2F2F2"/>
            <w:vAlign w:val="center"/>
          </w:tcPr>
          <w:p w14:paraId="10CB97B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2142" w:type="dxa"/>
            <w:shd w:val="clear" w:color="auto" w:fill="F2F2F2"/>
            <w:vAlign w:val="center"/>
          </w:tcPr>
          <w:p w14:paraId="6D8892C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r>
      <w:tr w:rsidR="00E35433" w:rsidRPr="00A64921" w14:paraId="52EFA1A5" w14:textId="77777777" w:rsidTr="00C55BA7">
        <w:trPr>
          <w:jc w:val="center"/>
        </w:trPr>
        <w:tc>
          <w:tcPr>
            <w:tcW w:w="1206" w:type="dxa"/>
            <w:tcBorders>
              <w:bottom w:val="single" w:sz="12" w:space="0" w:color="auto"/>
            </w:tcBorders>
          </w:tcPr>
          <w:p w14:paraId="78EC7EB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tcBorders>
              <w:bottom w:val="single" w:sz="12" w:space="0" w:color="auto"/>
            </w:tcBorders>
          </w:tcPr>
          <w:p w14:paraId="23C6453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tcBorders>
              <w:bottom w:val="single" w:sz="12" w:space="0" w:color="auto"/>
            </w:tcBorders>
          </w:tcPr>
          <w:p w14:paraId="0859357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bottom w:val="single" w:sz="12" w:space="0" w:color="auto"/>
            </w:tcBorders>
          </w:tcPr>
          <w:p w14:paraId="6164760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tcBorders>
              <w:bottom w:val="single" w:sz="12" w:space="0" w:color="auto"/>
            </w:tcBorders>
          </w:tcPr>
          <w:p w14:paraId="661026E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42" w:type="dxa"/>
            <w:tcBorders>
              <w:bottom w:val="single" w:sz="12" w:space="0" w:color="auto"/>
            </w:tcBorders>
          </w:tcPr>
          <w:p w14:paraId="14B0851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339FAF14" w14:textId="77777777" w:rsidTr="00E35433">
        <w:trPr>
          <w:jc w:val="center"/>
        </w:trPr>
        <w:tc>
          <w:tcPr>
            <w:tcW w:w="11199" w:type="dxa"/>
            <w:gridSpan w:val="6"/>
            <w:tcBorders>
              <w:top w:val="single" w:sz="12" w:space="0" w:color="auto"/>
              <w:left w:val="single" w:sz="12" w:space="0" w:color="auto"/>
              <w:bottom w:val="single" w:sz="12" w:space="0" w:color="auto"/>
              <w:right w:val="single" w:sz="12" w:space="0" w:color="auto"/>
            </w:tcBorders>
            <w:shd w:val="clear" w:color="auto" w:fill="DAE9F7"/>
          </w:tcPr>
          <w:p w14:paraId="4E19174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B) CAPITAL NIVEL 2 (5 - 6)</w:t>
            </w:r>
          </w:p>
        </w:tc>
      </w:tr>
      <w:tr w:rsidR="00E35433" w:rsidRPr="00A64921" w14:paraId="7634AB14"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100C5E6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103</w:t>
            </w:r>
          </w:p>
        </w:tc>
        <w:tc>
          <w:tcPr>
            <w:tcW w:w="9993" w:type="dxa"/>
            <w:gridSpan w:val="5"/>
            <w:tcBorders>
              <w:top w:val="single" w:sz="12" w:space="0" w:color="auto"/>
              <w:left w:val="single" w:sz="12" w:space="0" w:color="auto"/>
              <w:bottom w:val="single" w:sz="12" w:space="0" w:color="auto"/>
              <w:right w:val="single" w:sz="12" w:space="0" w:color="auto"/>
            </w:tcBorders>
            <w:shd w:val="clear" w:color="auto" w:fill="DAE9F7"/>
          </w:tcPr>
          <w:p w14:paraId="458E112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5. Elementos del CN2</w:t>
            </w:r>
          </w:p>
        </w:tc>
      </w:tr>
      <w:tr w:rsidR="00E35433" w:rsidRPr="00A64921" w14:paraId="35588787" w14:textId="77777777" w:rsidTr="00C55BA7">
        <w:trPr>
          <w:jc w:val="center"/>
        </w:trPr>
        <w:tc>
          <w:tcPr>
            <w:tcW w:w="1206" w:type="dxa"/>
            <w:vMerge w:val="restart"/>
            <w:tcBorders>
              <w:top w:val="single" w:sz="12" w:space="0" w:color="auto"/>
            </w:tcBorders>
            <w:vAlign w:val="center"/>
          </w:tcPr>
          <w:p w14:paraId="5D941B0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vMerge w:val="restart"/>
            <w:tcBorders>
              <w:top w:val="single" w:sz="12" w:space="0" w:color="auto"/>
            </w:tcBorders>
            <w:vAlign w:val="center"/>
          </w:tcPr>
          <w:p w14:paraId="15DD794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Los instrumentos emitidos por la empresa que cumplan con todos y cada </w:t>
            </w:r>
            <w:r w:rsidRPr="00A64921">
              <w:rPr>
                <w:rFonts w:asciiTheme="majorHAnsi" w:eastAsia="Aptos" w:hAnsiTheme="majorHAnsi" w:cstheme="majorHAnsi"/>
                <w:sz w:val="16"/>
                <w:szCs w:val="16"/>
                <w:lang w:val="es-CR"/>
              </w:rPr>
              <w:lastRenderedPageBreak/>
              <w:t>uno de los criterios de admisibilidad para formar parte del CN2, dispuestos en el Anexo XVI de este reglamento.</w:t>
            </w:r>
          </w:p>
        </w:tc>
        <w:tc>
          <w:tcPr>
            <w:tcW w:w="992" w:type="dxa"/>
            <w:tcBorders>
              <w:top w:val="single" w:sz="12" w:space="0" w:color="auto"/>
            </w:tcBorders>
            <w:vAlign w:val="center"/>
          </w:tcPr>
          <w:p w14:paraId="6C82E9F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2190</w:t>
            </w:r>
          </w:p>
        </w:tc>
        <w:tc>
          <w:tcPr>
            <w:tcW w:w="2126" w:type="dxa"/>
            <w:tcBorders>
              <w:top w:val="single" w:sz="12" w:space="0" w:color="auto"/>
            </w:tcBorders>
            <w:vAlign w:val="center"/>
          </w:tcPr>
          <w:p w14:paraId="7557948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Capital preferente con dividendo no acumulativo </w:t>
            </w:r>
            <w:r w:rsidRPr="00A64921">
              <w:rPr>
                <w:rFonts w:asciiTheme="majorHAnsi" w:eastAsia="Aptos" w:hAnsiTheme="majorHAnsi" w:cstheme="majorHAnsi"/>
                <w:sz w:val="16"/>
                <w:szCs w:val="16"/>
                <w:lang w:val="es-CR"/>
              </w:rPr>
              <w:lastRenderedPageBreak/>
              <w:t>que cumpla los criterios de admisibilidad del CN2</w:t>
            </w:r>
          </w:p>
        </w:tc>
        <w:tc>
          <w:tcPr>
            <w:tcW w:w="1701" w:type="dxa"/>
            <w:tcBorders>
              <w:top w:val="single" w:sz="12" w:space="0" w:color="auto"/>
            </w:tcBorders>
            <w:vAlign w:val="center"/>
          </w:tcPr>
          <w:p w14:paraId="3BE913F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31102000</w:t>
            </w:r>
          </w:p>
        </w:tc>
        <w:tc>
          <w:tcPr>
            <w:tcW w:w="2142" w:type="dxa"/>
            <w:tcBorders>
              <w:top w:val="single" w:sz="12" w:space="0" w:color="auto"/>
            </w:tcBorders>
            <w:vAlign w:val="center"/>
          </w:tcPr>
          <w:p w14:paraId="77AFFBB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preferente</w:t>
            </w:r>
          </w:p>
        </w:tc>
      </w:tr>
      <w:tr w:rsidR="00E35433" w:rsidRPr="00A64921" w14:paraId="0770BFC2" w14:textId="77777777" w:rsidTr="00C55BA7">
        <w:trPr>
          <w:jc w:val="center"/>
        </w:trPr>
        <w:tc>
          <w:tcPr>
            <w:tcW w:w="1206" w:type="dxa"/>
            <w:vMerge/>
            <w:vAlign w:val="center"/>
          </w:tcPr>
          <w:p w14:paraId="20541D3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vAlign w:val="center"/>
          </w:tcPr>
          <w:p w14:paraId="55F0776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992" w:type="dxa"/>
            <w:vAlign w:val="center"/>
          </w:tcPr>
          <w:p w14:paraId="05228B4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2200</w:t>
            </w:r>
          </w:p>
        </w:tc>
        <w:tc>
          <w:tcPr>
            <w:tcW w:w="2126" w:type="dxa"/>
            <w:vAlign w:val="center"/>
          </w:tcPr>
          <w:p w14:paraId="194523B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Instrumentos subordinados que cumplan criterios de admisibilidad para CN2</w:t>
            </w:r>
          </w:p>
        </w:tc>
        <w:tc>
          <w:tcPr>
            <w:tcW w:w="1701" w:type="dxa"/>
            <w:vAlign w:val="center"/>
          </w:tcPr>
          <w:p w14:paraId="0C77FAE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26100000</w:t>
            </w:r>
          </w:p>
        </w:tc>
        <w:tc>
          <w:tcPr>
            <w:tcW w:w="2142" w:type="dxa"/>
            <w:vAlign w:val="center"/>
          </w:tcPr>
          <w:p w14:paraId="71E2089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Obligaciones subordinadas</w:t>
            </w:r>
          </w:p>
        </w:tc>
      </w:tr>
      <w:tr w:rsidR="00E35433" w:rsidRPr="00A64921" w14:paraId="38E9FE16" w14:textId="77777777" w:rsidTr="00C55BA7">
        <w:trPr>
          <w:jc w:val="center"/>
        </w:trPr>
        <w:tc>
          <w:tcPr>
            <w:tcW w:w="1206" w:type="dxa"/>
            <w:vMerge/>
            <w:vAlign w:val="center"/>
          </w:tcPr>
          <w:p w14:paraId="0B7937C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vAlign w:val="center"/>
          </w:tcPr>
          <w:p w14:paraId="445E10B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992" w:type="dxa"/>
            <w:vAlign w:val="center"/>
          </w:tcPr>
          <w:p w14:paraId="67B3BEC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2210</w:t>
            </w:r>
          </w:p>
        </w:tc>
        <w:tc>
          <w:tcPr>
            <w:tcW w:w="2126" w:type="dxa"/>
            <w:vAlign w:val="center"/>
          </w:tcPr>
          <w:p w14:paraId="75ABB08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Préstamos subordinados que cumplan criterios de admisibilidad para CN2</w:t>
            </w:r>
          </w:p>
        </w:tc>
        <w:tc>
          <w:tcPr>
            <w:tcW w:w="1701" w:type="dxa"/>
            <w:vAlign w:val="center"/>
          </w:tcPr>
          <w:p w14:paraId="569F7CF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p>
          <w:p w14:paraId="3F89CE7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26200000</w:t>
            </w:r>
          </w:p>
        </w:tc>
        <w:tc>
          <w:tcPr>
            <w:tcW w:w="2142" w:type="dxa"/>
            <w:vAlign w:val="center"/>
          </w:tcPr>
          <w:p w14:paraId="24C1C68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Préstamos subordinados</w:t>
            </w:r>
          </w:p>
        </w:tc>
      </w:tr>
      <w:tr w:rsidR="00E35433" w:rsidRPr="00A64921" w14:paraId="72FDD17E" w14:textId="77777777" w:rsidTr="00C55BA7">
        <w:trPr>
          <w:jc w:val="center"/>
        </w:trPr>
        <w:tc>
          <w:tcPr>
            <w:tcW w:w="1206" w:type="dxa"/>
            <w:vMerge/>
            <w:vAlign w:val="center"/>
          </w:tcPr>
          <w:p w14:paraId="03C5720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vAlign w:val="center"/>
          </w:tcPr>
          <w:p w14:paraId="48B5315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992" w:type="dxa"/>
            <w:vAlign w:val="center"/>
          </w:tcPr>
          <w:p w14:paraId="6A31CD0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2220</w:t>
            </w:r>
          </w:p>
        </w:tc>
        <w:tc>
          <w:tcPr>
            <w:tcW w:w="2126" w:type="dxa"/>
            <w:vAlign w:val="center"/>
          </w:tcPr>
          <w:p w14:paraId="1393BF9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Obligaciones convertibles en capital que cumplan criterios de admisibilidad para CN2</w:t>
            </w:r>
          </w:p>
        </w:tc>
        <w:tc>
          <w:tcPr>
            <w:tcW w:w="1701" w:type="dxa"/>
            <w:vAlign w:val="center"/>
          </w:tcPr>
          <w:p w14:paraId="2629DE3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p>
          <w:p w14:paraId="2F3EE66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27100000</w:t>
            </w:r>
          </w:p>
        </w:tc>
        <w:tc>
          <w:tcPr>
            <w:tcW w:w="2142" w:type="dxa"/>
            <w:vAlign w:val="center"/>
          </w:tcPr>
          <w:p w14:paraId="1B1AECD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Obligaciones convertibles en capital</w:t>
            </w:r>
          </w:p>
        </w:tc>
      </w:tr>
      <w:tr w:rsidR="00E35433" w:rsidRPr="00A64921" w14:paraId="442323B3" w14:textId="77777777" w:rsidTr="00E35433">
        <w:trPr>
          <w:jc w:val="center"/>
        </w:trPr>
        <w:tc>
          <w:tcPr>
            <w:tcW w:w="1206" w:type="dxa"/>
            <w:vMerge w:val="restart"/>
            <w:shd w:val="clear" w:color="auto" w:fill="F2F2F2"/>
            <w:vAlign w:val="center"/>
          </w:tcPr>
          <w:p w14:paraId="0E5ACE9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vMerge w:val="restart"/>
            <w:shd w:val="clear" w:color="auto" w:fill="F2F2F2"/>
            <w:vAlign w:val="center"/>
          </w:tcPr>
          <w:p w14:paraId="4CB4BF4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primas de emisión a los instrumentos a que se refiere el inciso a), netas de los correspondientes descuentos y costos de emisión y colocación.</w:t>
            </w:r>
          </w:p>
        </w:tc>
        <w:tc>
          <w:tcPr>
            <w:tcW w:w="992" w:type="dxa"/>
            <w:shd w:val="clear" w:color="auto" w:fill="F2F2F2"/>
            <w:vAlign w:val="center"/>
          </w:tcPr>
          <w:p w14:paraId="4D1B4F7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2230</w:t>
            </w:r>
          </w:p>
        </w:tc>
        <w:tc>
          <w:tcPr>
            <w:tcW w:w="2126" w:type="dxa"/>
            <w:shd w:val="clear" w:color="auto" w:fill="F2F2F2"/>
            <w:vAlign w:val="center"/>
          </w:tcPr>
          <w:p w14:paraId="2BC3D94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por emisión de instrumentos incluidos en el CN2, netas de descuentos y costos de emisión y colocación</w:t>
            </w:r>
          </w:p>
        </w:tc>
        <w:tc>
          <w:tcPr>
            <w:tcW w:w="1701" w:type="dxa"/>
            <w:shd w:val="clear" w:color="auto" w:fill="F2F2F2"/>
            <w:vAlign w:val="center"/>
          </w:tcPr>
          <w:p w14:paraId="13724A5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32100000</w:t>
            </w:r>
          </w:p>
        </w:tc>
        <w:tc>
          <w:tcPr>
            <w:tcW w:w="2142" w:type="dxa"/>
            <w:shd w:val="clear" w:color="auto" w:fill="F2F2F2"/>
            <w:vAlign w:val="center"/>
          </w:tcPr>
          <w:p w14:paraId="229B8AA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adicional</w:t>
            </w:r>
          </w:p>
        </w:tc>
      </w:tr>
      <w:tr w:rsidR="00E35433" w:rsidRPr="00A64921" w14:paraId="39020D35" w14:textId="77777777" w:rsidTr="00E35433">
        <w:trPr>
          <w:trHeight w:val="768"/>
          <w:jc w:val="center"/>
        </w:trPr>
        <w:tc>
          <w:tcPr>
            <w:tcW w:w="1206" w:type="dxa"/>
            <w:vMerge/>
            <w:shd w:val="clear" w:color="auto" w:fill="F2F2F2"/>
            <w:vAlign w:val="center"/>
          </w:tcPr>
          <w:p w14:paraId="131D6D9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6B02BC8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992" w:type="dxa"/>
            <w:shd w:val="clear" w:color="auto" w:fill="F2F2F2"/>
            <w:vAlign w:val="center"/>
          </w:tcPr>
          <w:p w14:paraId="6306A1F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2240</w:t>
            </w:r>
          </w:p>
        </w:tc>
        <w:tc>
          <w:tcPr>
            <w:tcW w:w="2126" w:type="dxa"/>
            <w:shd w:val="clear" w:color="auto" w:fill="F2F2F2"/>
            <w:vAlign w:val="center"/>
          </w:tcPr>
          <w:p w14:paraId="1080596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instrumento subordinado que cumpla criterios de admisibilidad para CN2</w:t>
            </w:r>
          </w:p>
        </w:tc>
        <w:tc>
          <w:tcPr>
            <w:tcW w:w="1701" w:type="dxa"/>
            <w:shd w:val="clear" w:color="auto" w:fill="F2F2F2"/>
            <w:vAlign w:val="center"/>
          </w:tcPr>
          <w:p w14:paraId="26F166C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26100000</w:t>
            </w:r>
          </w:p>
        </w:tc>
        <w:tc>
          <w:tcPr>
            <w:tcW w:w="2142" w:type="dxa"/>
            <w:shd w:val="clear" w:color="auto" w:fill="F2F2F2"/>
            <w:vAlign w:val="center"/>
          </w:tcPr>
          <w:p w14:paraId="1600D54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Obligaciones subordinadas</w:t>
            </w:r>
          </w:p>
        </w:tc>
      </w:tr>
      <w:tr w:rsidR="00E35433" w:rsidRPr="00A64921" w14:paraId="10D0BFE5" w14:textId="77777777" w:rsidTr="00C55BA7">
        <w:trPr>
          <w:jc w:val="center"/>
        </w:trPr>
        <w:tc>
          <w:tcPr>
            <w:tcW w:w="1206" w:type="dxa"/>
            <w:vMerge w:val="restart"/>
            <w:vAlign w:val="center"/>
          </w:tcPr>
          <w:p w14:paraId="1EC187F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vMerge w:val="restart"/>
            <w:vAlign w:val="center"/>
          </w:tcPr>
          <w:p w14:paraId="018AD7A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aportes y donaciones para incrementos de capital social, pendientes de autorización por CONASSIF. Los aportes y donaciones podrán corresponder a instrumentos admisibles en el CCN1 o CAN1 según lo dispuesto en este Reglamento. Para su admisión en el CN2, los aportes y donaciones deben encontrarse dentro del plazo máximo de 12 meses contados a partir de la fecha de presentación de la solicitud de autorización.</w:t>
            </w:r>
          </w:p>
        </w:tc>
        <w:tc>
          <w:tcPr>
            <w:tcW w:w="992" w:type="dxa"/>
            <w:tcBorders>
              <w:bottom w:val="single" w:sz="4" w:space="0" w:color="auto"/>
            </w:tcBorders>
            <w:vAlign w:val="center"/>
          </w:tcPr>
          <w:p w14:paraId="46807E0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2250</w:t>
            </w:r>
          </w:p>
        </w:tc>
        <w:tc>
          <w:tcPr>
            <w:tcW w:w="2126" w:type="dxa"/>
            <w:tcBorders>
              <w:bottom w:val="single" w:sz="4" w:space="0" w:color="auto"/>
            </w:tcBorders>
            <w:vAlign w:val="center"/>
          </w:tcPr>
          <w:p w14:paraId="4A6FDA9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pendientes de autorizar por CONASSIF para CN2</w:t>
            </w:r>
          </w:p>
        </w:tc>
        <w:tc>
          <w:tcPr>
            <w:tcW w:w="1701" w:type="dxa"/>
            <w:tcBorders>
              <w:bottom w:val="single" w:sz="4" w:space="0" w:color="auto"/>
            </w:tcBorders>
            <w:vAlign w:val="center"/>
          </w:tcPr>
          <w:p w14:paraId="402298F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32201M02</w:t>
            </w:r>
          </w:p>
        </w:tc>
        <w:tc>
          <w:tcPr>
            <w:tcW w:w="2142" w:type="dxa"/>
            <w:vAlign w:val="center"/>
          </w:tcPr>
          <w:p w14:paraId="0A52429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pendientes de autorizar</w:t>
            </w:r>
          </w:p>
        </w:tc>
      </w:tr>
      <w:tr w:rsidR="00E35433" w:rsidRPr="00A64921" w14:paraId="3660BE8F" w14:textId="77777777" w:rsidTr="00C55BA7">
        <w:trPr>
          <w:jc w:val="center"/>
        </w:trPr>
        <w:tc>
          <w:tcPr>
            <w:tcW w:w="1206" w:type="dxa"/>
            <w:vMerge/>
            <w:vAlign w:val="center"/>
          </w:tcPr>
          <w:p w14:paraId="335E7A6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vAlign w:val="center"/>
          </w:tcPr>
          <w:p w14:paraId="4A8A7C7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992" w:type="dxa"/>
            <w:tcBorders>
              <w:top w:val="single" w:sz="4" w:space="0" w:color="auto"/>
            </w:tcBorders>
            <w:vAlign w:val="center"/>
          </w:tcPr>
          <w:p w14:paraId="3DD599C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2260</w:t>
            </w:r>
          </w:p>
        </w:tc>
        <w:tc>
          <w:tcPr>
            <w:tcW w:w="2126" w:type="dxa"/>
            <w:tcBorders>
              <w:top w:val="single" w:sz="4" w:space="0" w:color="auto"/>
            </w:tcBorders>
            <w:vAlign w:val="center"/>
          </w:tcPr>
          <w:p w14:paraId="467A2CA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Donaciones por capitalizar pendientes de autorizar por CONASSIF para CN2</w:t>
            </w:r>
          </w:p>
        </w:tc>
        <w:tc>
          <w:tcPr>
            <w:tcW w:w="1701" w:type="dxa"/>
            <w:tcBorders>
              <w:top w:val="single" w:sz="4" w:space="0" w:color="auto"/>
            </w:tcBorders>
            <w:vAlign w:val="center"/>
          </w:tcPr>
          <w:p w14:paraId="580F108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32202M02</w:t>
            </w:r>
          </w:p>
        </w:tc>
        <w:tc>
          <w:tcPr>
            <w:tcW w:w="2142" w:type="dxa"/>
            <w:vAlign w:val="center"/>
          </w:tcPr>
          <w:p w14:paraId="54FAD8E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Donaciones por capitalizar pendientes de autorizar</w:t>
            </w:r>
          </w:p>
        </w:tc>
      </w:tr>
      <w:tr w:rsidR="00E35433" w:rsidRPr="00A64921" w14:paraId="0D80BC7F" w14:textId="77777777" w:rsidTr="00E35433">
        <w:trPr>
          <w:trHeight w:val="980"/>
          <w:jc w:val="center"/>
        </w:trPr>
        <w:tc>
          <w:tcPr>
            <w:tcW w:w="1206" w:type="dxa"/>
            <w:shd w:val="clear" w:color="auto" w:fill="F2F2F2"/>
            <w:vAlign w:val="center"/>
          </w:tcPr>
          <w:p w14:paraId="387B523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shd w:val="clear" w:color="auto" w:fill="F2F2F2"/>
            <w:vAlign w:val="center"/>
          </w:tcPr>
          <w:p w14:paraId="6E0DA86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superávits por revaluación de terrenos, edificios e instalaciones; hasta por una suma no mayor al 75% del saldo de la cuenta patrimonial correspondiente.</w:t>
            </w:r>
          </w:p>
        </w:tc>
        <w:tc>
          <w:tcPr>
            <w:tcW w:w="3118" w:type="dxa"/>
            <w:gridSpan w:val="2"/>
            <w:shd w:val="clear" w:color="auto" w:fill="F2F2F2"/>
            <w:vAlign w:val="center"/>
          </w:tcPr>
          <w:p w14:paraId="1D032A0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shd w:val="clear" w:color="auto" w:fill="F2F2F2"/>
            <w:vAlign w:val="center"/>
          </w:tcPr>
          <w:p w14:paraId="1D700C8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33102000 * 75%</w:t>
            </w:r>
          </w:p>
        </w:tc>
        <w:tc>
          <w:tcPr>
            <w:tcW w:w="2142" w:type="dxa"/>
            <w:shd w:val="clear" w:color="auto" w:fill="F2F2F2"/>
            <w:vAlign w:val="center"/>
          </w:tcPr>
          <w:p w14:paraId="6E9CB96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Superávit por revaluación de propiedades inmobiliarias</w:t>
            </w:r>
          </w:p>
        </w:tc>
      </w:tr>
      <w:tr w:rsidR="00E35433" w:rsidRPr="00A64921" w14:paraId="5D21302B" w14:textId="77777777" w:rsidTr="00C55BA7">
        <w:trPr>
          <w:jc w:val="center"/>
        </w:trPr>
        <w:tc>
          <w:tcPr>
            <w:tcW w:w="1206" w:type="dxa"/>
            <w:vMerge w:val="restart"/>
            <w:vAlign w:val="center"/>
          </w:tcPr>
          <w:p w14:paraId="1ECC0A2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e)</w:t>
            </w:r>
          </w:p>
        </w:tc>
        <w:tc>
          <w:tcPr>
            <w:tcW w:w="3032" w:type="dxa"/>
            <w:vMerge w:val="restart"/>
            <w:vAlign w:val="center"/>
          </w:tcPr>
          <w:p w14:paraId="14AE9F5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superávits por valuación de participaciones en otras empresas.</w:t>
            </w:r>
          </w:p>
        </w:tc>
        <w:tc>
          <w:tcPr>
            <w:tcW w:w="3118" w:type="dxa"/>
            <w:gridSpan w:val="2"/>
            <w:vMerge w:val="restart"/>
            <w:vAlign w:val="center"/>
          </w:tcPr>
          <w:p w14:paraId="0A22806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701" w:type="dxa"/>
            <w:vAlign w:val="center"/>
          </w:tcPr>
          <w:p w14:paraId="68A5B08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33201000</w:t>
            </w:r>
          </w:p>
        </w:tc>
        <w:tc>
          <w:tcPr>
            <w:tcW w:w="2142" w:type="dxa"/>
            <w:vAlign w:val="center"/>
          </w:tcPr>
          <w:p w14:paraId="37734B6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Superávit por revaluación propiedades, mobiliario y equipo</w:t>
            </w:r>
          </w:p>
        </w:tc>
      </w:tr>
      <w:tr w:rsidR="00E35433" w:rsidRPr="00A64921" w14:paraId="05A610D5" w14:textId="77777777" w:rsidTr="00C55BA7">
        <w:trPr>
          <w:jc w:val="center"/>
        </w:trPr>
        <w:tc>
          <w:tcPr>
            <w:tcW w:w="1206" w:type="dxa"/>
            <w:vMerge/>
            <w:vAlign w:val="center"/>
          </w:tcPr>
          <w:p w14:paraId="5D41DBD4"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vAlign w:val="center"/>
          </w:tcPr>
          <w:p w14:paraId="429B37A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118" w:type="dxa"/>
            <w:gridSpan w:val="2"/>
            <w:vMerge/>
            <w:vAlign w:val="center"/>
          </w:tcPr>
          <w:p w14:paraId="57B38B4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1701" w:type="dxa"/>
            <w:vAlign w:val="center"/>
          </w:tcPr>
          <w:p w14:paraId="1DF36C8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MÁS </w:t>
            </w:r>
            <w:r w:rsidRPr="00A64921">
              <w:rPr>
                <w:rFonts w:asciiTheme="majorHAnsi" w:eastAsia="Aptos" w:hAnsiTheme="majorHAnsi" w:cstheme="majorHAnsi"/>
                <w:sz w:val="16"/>
                <w:szCs w:val="16"/>
                <w:lang w:val="es-CR"/>
              </w:rPr>
              <w:br/>
              <w:t>33202000</w:t>
            </w:r>
          </w:p>
        </w:tc>
        <w:tc>
          <w:tcPr>
            <w:tcW w:w="2142" w:type="dxa"/>
            <w:vAlign w:val="center"/>
          </w:tcPr>
          <w:p w14:paraId="1E96437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Superávit por revaluación de otros activos en empresas participadas</w:t>
            </w:r>
          </w:p>
        </w:tc>
      </w:tr>
      <w:tr w:rsidR="00E35433" w:rsidRPr="00A64921" w14:paraId="1B196191" w14:textId="77777777" w:rsidTr="00C55BA7">
        <w:trPr>
          <w:jc w:val="center"/>
        </w:trPr>
        <w:tc>
          <w:tcPr>
            <w:tcW w:w="1206" w:type="dxa"/>
            <w:tcBorders>
              <w:bottom w:val="single" w:sz="12" w:space="0" w:color="auto"/>
            </w:tcBorders>
          </w:tcPr>
          <w:p w14:paraId="4EE0797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tcBorders>
              <w:bottom w:val="single" w:sz="12" w:space="0" w:color="auto"/>
            </w:tcBorders>
          </w:tcPr>
          <w:p w14:paraId="14A1C6D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tcBorders>
              <w:bottom w:val="single" w:sz="12" w:space="0" w:color="auto"/>
            </w:tcBorders>
          </w:tcPr>
          <w:p w14:paraId="1D57024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bottom w:val="single" w:sz="12" w:space="0" w:color="auto"/>
            </w:tcBorders>
          </w:tcPr>
          <w:p w14:paraId="2DFFFAA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701" w:type="dxa"/>
            <w:tcBorders>
              <w:bottom w:val="single" w:sz="12" w:space="0" w:color="auto"/>
            </w:tcBorders>
          </w:tcPr>
          <w:p w14:paraId="504062E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42" w:type="dxa"/>
            <w:tcBorders>
              <w:bottom w:val="single" w:sz="12" w:space="0" w:color="auto"/>
            </w:tcBorders>
          </w:tcPr>
          <w:p w14:paraId="511E867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6064050E"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37C0C57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105</w:t>
            </w:r>
          </w:p>
        </w:tc>
        <w:tc>
          <w:tcPr>
            <w:tcW w:w="4024" w:type="dxa"/>
            <w:gridSpan w:val="2"/>
            <w:tcBorders>
              <w:top w:val="single" w:sz="12" w:space="0" w:color="auto"/>
              <w:left w:val="single" w:sz="12" w:space="0" w:color="auto"/>
              <w:bottom w:val="single" w:sz="12" w:space="0" w:color="auto"/>
              <w:right w:val="single" w:sz="12" w:space="0" w:color="auto"/>
            </w:tcBorders>
            <w:shd w:val="clear" w:color="auto" w:fill="DAE9F7"/>
          </w:tcPr>
          <w:p w14:paraId="7963BB7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6. Deducciones a los elementos del CN2</w:t>
            </w:r>
          </w:p>
        </w:tc>
        <w:tc>
          <w:tcPr>
            <w:tcW w:w="2126" w:type="dxa"/>
            <w:tcBorders>
              <w:top w:val="single" w:sz="12" w:space="0" w:color="auto"/>
              <w:left w:val="single" w:sz="12" w:space="0" w:color="auto"/>
              <w:bottom w:val="single" w:sz="12" w:space="0" w:color="auto"/>
              <w:right w:val="single" w:sz="12" w:space="0" w:color="auto"/>
            </w:tcBorders>
            <w:shd w:val="clear" w:color="auto" w:fill="DAE9F7"/>
          </w:tcPr>
          <w:p w14:paraId="021AE91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843" w:type="dxa"/>
            <w:gridSpan w:val="2"/>
            <w:tcBorders>
              <w:top w:val="single" w:sz="12" w:space="0" w:color="auto"/>
              <w:left w:val="single" w:sz="12" w:space="0" w:color="auto"/>
              <w:bottom w:val="single" w:sz="12" w:space="0" w:color="auto"/>
              <w:right w:val="single" w:sz="12" w:space="0" w:color="auto"/>
            </w:tcBorders>
            <w:shd w:val="clear" w:color="auto" w:fill="DAE9F7"/>
          </w:tcPr>
          <w:p w14:paraId="5D6E028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r>
      <w:tr w:rsidR="00E35433" w:rsidRPr="00A64921" w14:paraId="530CDA56" w14:textId="77777777" w:rsidTr="00C55BA7">
        <w:trPr>
          <w:jc w:val="center"/>
        </w:trPr>
        <w:tc>
          <w:tcPr>
            <w:tcW w:w="1206" w:type="dxa"/>
            <w:tcBorders>
              <w:top w:val="single" w:sz="12" w:space="0" w:color="auto"/>
            </w:tcBorders>
            <w:vAlign w:val="center"/>
          </w:tcPr>
          <w:p w14:paraId="7822DF4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tcBorders>
            <w:vAlign w:val="center"/>
          </w:tcPr>
          <w:p w14:paraId="6CDC5D9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CN2 adquiridos por la propia empresa.</w:t>
            </w:r>
          </w:p>
        </w:tc>
        <w:tc>
          <w:tcPr>
            <w:tcW w:w="992" w:type="dxa"/>
            <w:tcBorders>
              <w:top w:val="single" w:sz="12" w:space="0" w:color="auto"/>
            </w:tcBorders>
            <w:vAlign w:val="center"/>
          </w:tcPr>
          <w:p w14:paraId="5CFE551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2310</w:t>
            </w:r>
          </w:p>
        </w:tc>
        <w:tc>
          <w:tcPr>
            <w:tcW w:w="2126" w:type="dxa"/>
            <w:tcBorders>
              <w:top w:val="single" w:sz="12" w:space="0" w:color="auto"/>
            </w:tcBorders>
            <w:vAlign w:val="center"/>
          </w:tcPr>
          <w:p w14:paraId="2414713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CN2 adquiridos por la propia entidad</w:t>
            </w:r>
          </w:p>
        </w:tc>
        <w:tc>
          <w:tcPr>
            <w:tcW w:w="1701" w:type="dxa"/>
            <w:tcBorders>
              <w:top w:val="single" w:sz="12" w:space="0" w:color="auto"/>
            </w:tcBorders>
            <w:vAlign w:val="center"/>
          </w:tcPr>
          <w:p w14:paraId="3F46F9A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31502000</w:t>
            </w:r>
          </w:p>
        </w:tc>
        <w:tc>
          <w:tcPr>
            <w:tcW w:w="2142" w:type="dxa"/>
            <w:tcBorders>
              <w:top w:val="single" w:sz="12" w:space="0" w:color="auto"/>
            </w:tcBorders>
            <w:vAlign w:val="center"/>
          </w:tcPr>
          <w:p w14:paraId="20E3825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 - Acciones en tesorería</w:t>
            </w:r>
          </w:p>
        </w:tc>
      </w:tr>
      <w:tr w:rsidR="00E35433" w:rsidRPr="00A64921" w14:paraId="0F62A8E7" w14:textId="77777777" w:rsidTr="00E35433">
        <w:trPr>
          <w:jc w:val="center"/>
        </w:trPr>
        <w:tc>
          <w:tcPr>
            <w:tcW w:w="1206" w:type="dxa"/>
            <w:shd w:val="clear" w:color="auto" w:fill="F2F2F2"/>
            <w:vAlign w:val="center"/>
          </w:tcPr>
          <w:p w14:paraId="2F210A0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shd w:val="clear" w:color="auto" w:fill="F2F2F2"/>
            <w:vAlign w:val="center"/>
          </w:tcPr>
          <w:p w14:paraId="218B9BB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CN2 emitidos por la propia empresa que se encuentran dados en garantía de operaciones crediticias otorgadas por ella misma.</w:t>
            </w:r>
          </w:p>
        </w:tc>
        <w:tc>
          <w:tcPr>
            <w:tcW w:w="992" w:type="dxa"/>
            <w:shd w:val="clear" w:color="auto" w:fill="F2F2F2"/>
            <w:vAlign w:val="center"/>
          </w:tcPr>
          <w:p w14:paraId="03E2AE0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2320</w:t>
            </w:r>
          </w:p>
        </w:tc>
        <w:tc>
          <w:tcPr>
            <w:tcW w:w="2126" w:type="dxa"/>
            <w:shd w:val="clear" w:color="auto" w:fill="F2F2F2"/>
            <w:vAlign w:val="center"/>
          </w:tcPr>
          <w:p w14:paraId="2A3A180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 la entidad que califican en CN2 que hayan sido objeto de gravámenes por operaciones efectuadas por ella misma</w:t>
            </w:r>
          </w:p>
        </w:tc>
        <w:tc>
          <w:tcPr>
            <w:tcW w:w="1701" w:type="dxa"/>
            <w:shd w:val="clear" w:color="auto" w:fill="F2F2F2"/>
            <w:vAlign w:val="center"/>
          </w:tcPr>
          <w:p w14:paraId="11B7CEA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31100000</w:t>
            </w:r>
          </w:p>
        </w:tc>
        <w:tc>
          <w:tcPr>
            <w:tcW w:w="2142" w:type="dxa"/>
            <w:shd w:val="clear" w:color="auto" w:fill="F2F2F2"/>
            <w:vAlign w:val="center"/>
          </w:tcPr>
          <w:p w14:paraId="5380CDC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w:t>
            </w:r>
          </w:p>
        </w:tc>
      </w:tr>
      <w:tr w:rsidR="00E35433" w:rsidRPr="00A64921" w14:paraId="03482E96" w14:textId="77777777" w:rsidTr="00C55BA7">
        <w:trPr>
          <w:jc w:val="center"/>
        </w:trPr>
        <w:tc>
          <w:tcPr>
            <w:tcW w:w="1206" w:type="dxa"/>
            <w:tcBorders>
              <w:bottom w:val="single" w:sz="12" w:space="0" w:color="auto"/>
            </w:tcBorders>
            <w:vAlign w:val="center"/>
          </w:tcPr>
          <w:p w14:paraId="56F6717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tcBorders>
              <w:bottom w:val="single" w:sz="12" w:space="0" w:color="auto"/>
            </w:tcBorders>
            <w:vAlign w:val="center"/>
          </w:tcPr>
          <w:p w14:paraId="476AFFD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homólogos al CN2, que calificarían como tales bajo los criterios establecidos en el Anexo XVI de este reglamento. Esta deducción se efectuará con independencia del porcentaje de participación de la empresa supervisada en el capital social y de la naturaleza de la empresa de que se trate.</w:t>
            </w:r>
          </w:p>
        </w:tc>
        <w:tc>
          <w:tcPr>
            <w:tcW w:w="992" w:type="dxa"/>
            <w:tcBorders>
              <w:bottom w:val="single" w:sz="12" w:space="0" w:color="auto"/>
            </w:tcBorders>
            <w:vAlign w:val="center"/>
          </w:tcPr>
          <w:p w14:paraId="6EE6151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2330</w:t>
            </w:r>
          </w:p>
        </w:tc>
        <w:tc>
          <w:tcPr>
            <w:tcW w:w="2126" w:type="dxa"/>
            <w:tcBorders>
              <w:bottom w:val="single" w:sz="12" w:space="0" w:color="auto"/>
            </w:tcBorders>
            <w:vAlign w:val="center"/>
          </w:tcPr>
          <w:p w14:paraId="0BC373A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instrumentos homólogos al CN2, que calificarían como tales bajo los criterios establecidos en el Anexo XVI del Acuerdo CONASSIF 16-22.</w:t>
            </w:r>
          </w:p>
        </w:tc>
        <w:tc>
          <w:tcPr>
            <w:tcW w:w="1701" w:type="dxa"/>
            <w:tcBorders>
              <w:bottom w:val="single" w:sz="12" w:space="0" w:color="auto"/>
            </w:tcBorders>
            <w:vAlign w:val="center"/>
          </w:tcPr>
          <w:p w14:paraId="6438FAA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16000000</w:t>
            </w:r>
          </w:p>
        </w:tc>
        <w:tc>
          <w:tcPr>
            <w:tcW w:w="2142" w:type="dxa"/>
            <w:tcBorders>
              <w:bottom w:val="single" w:sz="12" w:space="0" w:color="auto"/>
            </w:tcBorders>
            <w:vAlign w:val="center"/>
          </w:tcPr>
          <w:p w14:paraId="78F5A85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bl>
    <w:p w14:paraId="7F25EEAC" w14:textId="1333F028" w:rsidR="00FF30A9" w:rsidRPr="00140705" w:rsidRDefault="00140705" w:rsidP="00140705">
      <w:pPr>
        <w:spacing w:after="120" w:line="240" w:lineRule="auto"/>
        <w:rPr>
          <w:rFonts w:asciiTheme="majorHAnsi" w:eastAsia="Aptos" w:hAnsiTheme="majorHAnsi" w:cstheme="majorHAnsi"/>
          <w:i/>
          <w:iCs/>
          <w:kern w:val="2"/>
          <w:sz w:val="20"/>
          <w:szCs w:val="20"/>
          <w14:ligatures w14:val="standardContextual"/>
        </w:rPr>
      </w:pPr>
      <w:r w:rsidRPr="00140705">
        <w:rPr>
          <w:rFonts w:asciiTheme="majorHAnsi" w:eastAsia="Aptos" w:hAnsiTheme="majorHAnsi" w:cstheme="majorHAnsi"/>
          <w:b/>
          <w:bCs/>
          <w:i/>
          <w:iCs/>
          <w:kern w:val="2"/>
          <w:sz w:val="20"/>
          <w:szCs w:val="20"/>
          <w14:ligatures w14:val="standardContextual"/>
        </w:rPr>
        <w:t>Nota:</w:t>
      </w:r>
      <w:r>
        <w:rPr>
          <w:rFonts w:asciiTheme="majorHAnsi" w:eastAsia="Aptos" w:hAnsiTheme="majorHAnsi" w:cstheme="majorHAnsi"/>
          <w:i/>
          <w:iCs/>
          <w:kern w:val="2"/>
          <w:sz w:val="20"/>
          <w:szCs w:val="20"/>
          <w14:ligatures w14:val="standardContextual"/>
        </w:rPr>
        <w:t xml:space="preserve"> </w:t>
      </w:r>
      <w:r w:rsidR="00A63D27" w:rsidRPr="00140705">
        <w:rPr>
          <w:rFonts w:asciiTheme="majorHAnsi" w:eastAsia="Aptos" w:hAnsiTheme="majorHAnsi" w:cstheme="majorHAnsi"/>
          <w:i/>
          <w:iCs/>
          <w:kern w:val="2"/>
          <w:sz w:val="20"/>
          <w:szCs w:val="20"/>
          <w14:ligatures w14:val="standardContextual"/>
        </w:rPr>
        <w:t>Los datos en letra color azul, corresponden a información que debe proporcionar la controladora en caso de que sea una entidad supervisada.</w:t>
      </w:r>
    </w:p>
    <w:p w14:paraId="19E5B3CB" w14:textId="77777777" w:rsidR="00140705" w:rsidRPr="00A63D27" w:rsidRDefault="00140705" w:rsidP="00140705">
      <w:pPr>
        <w:spacing w:after="120" w:line="240" w:lineRule="auto"/>
        <w:rPr>
          <w:rFonts w:asciiTheme="majorHAnsi" w:eastAsia="Aptos" w:hAnsiTheme="majorHAnsi" w:cstheme="majorHAnsi"/>
          <w:kern w:val="2"/>
          <w:szCs w:val="22"/>
          <w:lang w:val="es-CR"/>
          <w14:ligatures w14:val="standardContextual"/>
        </w:rPr>
      </w:pPr>
    </w:p>
    <w:p w14:paraId="032FD24A" w14:textId="2E57F385" w:rsidR="00E35433" w:rsidRPr="00A64921" w:rsidRDefault="00E35433" w:rsidP="00E35433">
      <w:pPr>
        <w:spacing w:after="120" w:line="240" w:lineRule="auto"/>
        <w:ind w:left="1701"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2)</w:t>
      </w:r>
      <w:r w:rsidRPr="00A64921">
        <w:rPr>
          <w:rFonts w:asciiTheme="majorHAnsi" w:eastAsia="Aptos" w:hAnsiTheme="majorHAnsi" w:cstheme="majorHAnsi"/>
          <w:b/>
          <w:bCs/>
          <w:kern w:val="2"/>
          <w:szCs w:val="22"/>
          <w:lang w:val="es-CR"/>
          <w14:ligatures w14:val="standardContextual"/>
        </w:rPr>
        <w:tab/>
        <w:t>CÁLCULO DEL CAPITAL BASE DE EMPRESAS CUYO SUPERVISOR PRINCIPAL ES SUGEVAL</w:t>
      </w:r>
    </w:p>
    <w:p w14:paraId="5CA3114A" w14:textId="77777777" w:rsidR="00E35433" w:rsidRPr="00E35433" w:rsidRDefault="00E35433" w:rsidP="00E35433">
      <w:pPr>
        <w:spacing w:before="0" w:after="120" w:line="240" w:lineRule="auto"/>
        <w:jc w:val="center"/>
        <w:rPr>
          <w:rFonts w:ascii="Roboto" w:hAnsi="Roboto"/>
          <w:noProof/>
          <w:sz w:val="20"/>
          <w:szCs w:val="20"/>
          <w:lang w:eastAsia="es-ES"/>
        </w:rPr>
      </w:pPr>
      <w:r w:rsidRPr="00E35433">
        <w:rPr>
          <w:rFonts w:ascii="Roboto" w:hAnsi="Roboto"/>
          <w:noProof/>
          <w:sz w:val="20"/>
          <w:szCs w:val="20"/>
          <w:lang w:eastAsia="es-ES"/>
        </w:rPr>
        <w:t>CAPITAL BASE DE EMPRESAS</w:t>
      </w:r>
    </w:p>
    <w:p w14:paraId="76DB1B64" w14:textId="77777777" w:rsidR="00E35433" w:rsidRPr="00E35433" w:rsidRDefault="00E35433" w:rsidP="00E35433">
      <w:pPr>
        <w:spacing w:before="0" w:after="120" w:line="240" w:lineRule="auto"/>
        <w:jc w:val="center"/>
        <w:rPr>
          <w:rFonts w:ascii="Roboto" w:hAnsi="Roboto"/>
          <w:noProof/>
          <w:sz w:val="20"/>
          <w:szCs w:val="20"/>
          <w:lang w:eastAsia="es-ES"/>
        </w:rPr>
      </w:pPr>
      <w:r w:rsidRPr="00E35433">
        <w:rPr>
          <w:rFonts w:ascii="Roboto" w:hAnsi="Roboto"/>
          <w:noProof/>
          <w:sz w:val="20"/>
          <w:szCs w:val="20"/>
          <w:lang w:eastAsia="es-ES"/>
        </w:rPr>
        <w:t>Nombre de la sociedad empresa: ______________________</w:t>
      </w:r>
    </w:p>
    <w:p w14:paraId="4EB6C9E2" w14:textId="77777777" w:rsidR="00E35433" w:rsidRPr="00E35433" w:rsidRDefault="00E35433" w:rsidP="00E35433">
      <w:pPr>
        <w:spacing w:before="0" w:after="120" w:line="240" w:lineRule="auto"/>
        <w:jc w:val="center"/>
        <w:rPr>
          <w:rFonts w:ascii="Roboto" w:hAnsi="Roboto"/>
          <w:noProof/>
          <w:sz w:val="20"/>
          <w:szCs w:val="20"/>
          <w:lang w:eastAsia="es-ES"/>
        </w:rPr>
      </w:pPr>
      <w:r w:rsidRPr="00E35433">
        <w:rPr>
          <w:rFonts w:ascii="Roboto" w:hAnsi="Roboto"/>
          <w:noProof/>
          <w:sz w:val="20"/>
          <w:szCs w:val="20"/>
          <w:lang w:eastAsia="es-ES"/>
        </w:rPr>
        <w:t>Al _________</w:t>
      </w:r>
    </w:p>
    <w:tbl>
      <w:tblPr>
        <w:tblStyle w:val="Tablaconcuadrcula2"/>
        <w:tblW w:w="11331" w:type="dxa"/>
        <w:jc w:val="center"/>
        <w:tblLayout w:type="fixed"/>
        <w:tblLook w:val="04A0" w:firstRow="1" w:lastRow="0" w:firstColumn="1" w:lastColumn="0" w:noHBand="0" w:noVBand="1"/>
      </w:tblPr>
      <w:tblGrid>
        <w:gridCol w:w="1135"/>
        <w:gridCol w:w="3392"/>
        <w:gridCol w:w="1128"/>
        <w:gridCol w:w="2275"/>
        <w:gridCol w:w="1269"/>
        <w:gridCol w:w="2132"/>
      </w:tblGrid>
      <w:tr w:rsidR="00E35433" w:rsidRPr="00E35433" w14:paraId="55EDFED0" w14:textId="77777777" w:rsidTr="00E35433">
        <w:trPr>
          <w:tblHeader/>
          <w:jc w:val="center"/>
        </w:trPr>
        <w:tc>
          <w:tcPr>
            <w:tcW w:w="4527" w:type="dxa"/>
            <w:gridSpan w:val="2"/>
            <w:vMerge w:val="restart"/>
            <w:tcBorders>
              <w:top w:val="single" w:sz="12" w:space="0" w:color="auto"/>
              <w:left w:val="single" w:sz="12" w:space="0" w:color="auto"/>
              <w:bottom w:val="single" w:sz="12" w:space="0" w:color="auto"/>
              <w:right w:val="single" w:sz="12" w:space="0" w:color="auto"/>
            </w:tcBorders>
            <w:shd w:val="clear" w:color="auto" w:fill="DAE9F7"/>
            <w:vAlign w:val="center"/>
          </w:tcPr>
          <w:p w14:paraId="556BB4F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Reglamento sobre Supervisión Consolidada</w:t>
            </w:r>
          </w:p>
        </w:tc>
        <w:tc>
          <w:tcPr>
            <w:tcW w:w="3403"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200B88E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Dato adicional</w:t>
            </w:r>
          </w:p>
        </w:tc>
        <w:tc>
          <w:tcPr>
            <w:tcW w:w="3401"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7590FAA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Cuenta contable</w:t>
            </w:r>
          </w:p>
        </w:tc>
      </w:tr>
      <w:tr w:rsidR="00E35433" w:rsidRPr="00E35433" w14:paraId="0FCD89C6" w14:textId="77777777" w:rsidTr="00E35433">
        <w:trPr>
          <w:tblHeader/>
          <w:jc w:val="center"/>
        </w:trPr>
        <w:tc>
          <w:tcPr>
            <w:tcW w:w="4527" w:type="dxa"/>
            <w:gridSpan w:val="2"/>
            <w:vMerge/>
            <w:tcBorders>
              <w:top w:val="nil"/>
              <w:left w:val="single" w:sz="12" w:space="0" w:color="auto"/>
              <w:bottom w:val="single" w:sz="12" w:space="0" w:color="auto"/>
              <w:right w:val="single" w:sz="12" w:space="0" w:color="auto"/>
            </w:tcBorders>
            <w:shd w:val="clear" w:color="auto" w:fill="DAE9F7"/>
          </w:tcPr>
          <w:p w14:paraId="2655597D"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top w:val="single" w:sz="12" w:space="0" w:color="auto"/>
              <w:left w:val="single" w:sz="12" w:space="0" w:color="auto"/>
              <w:bottom w:val="single" w:sz="12" w:space="0" w:color="auto"/>
              <w:right w:val="single" w:sz="12" w:space="0" w:color="auto"/>
            </w:tcBorders>
            <w:shd w:val="clear" w:color="auto" w:fill="DAE9F7"/>
            <w:vAlign w:val="center"/>
          </w:tcPr>
          <w:p w14:paraId="3356E7C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Número</w:t>
            </w:r>
          </w:p>
        </w:tc>
        <w:tc>
          <w:tcPr>
            <w:tcW w:w="2275" w:type="dxa"/>
            <w:tcBorders>
              <w:top w:val="single" w:sz="12" w:space="0" w:color="auto"/>
              <w:left w:val="single" w:sz="12" w:space="0" w:color="auto"/>
              <w:bottom w:val="single" w:sz="12" w:space="0" w:color="auto"/>
              <w:right w:val="single" w:sz="12" w:space="0" w:color="auto"/>
            </w:tcBorders>
            <w:shd w:val="clear" w:color="auto" w:fill="DAE9F7"/>
            <w:vAlign w:val="center"/>
          </w:tcPr>
          <w:p w14:paraId="28068F3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Descripción</w:t>
            </w:r>
          </w:p>
        </w:tc>
        <w:tc>
          <w:tcPr>
            <w:tcW w:w="1269" w:type="dxa"/>
            <w:tcBorders>
              <w:top w:val="single" w:sz="12" w:space="0" w:color="auto"/>
              <w:left w:val="single" w:sz="12" w:space="0" w:color="auto"/>
              <w:bottom w:val="single" w:sz="12" w:space="0" w:color="auto"/>
              <w:right w:val="single" w:sz="12" w:space="0" w:color="auto"/>
            </w:tcBorders>
            <w:shd w:val="clear" w:color="auto" w:fill="DAE9F7"/>
            <w:vAlign w:val="center"/>
          </w:tcPr>
          <w:p w14:paraId="1EB012B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Número</w:t>
            </w:r>
          </w:p>
        </w:tc>
        <w:tc>
          <w:tcPr>
            <w:tcW w:w="2132" w:type="dxa"/>
            <w:tcBorders>
              <w:top w:val="single" w:sz="12" w:space="0" w:color="auto"/>
              <w:left w:val="single" w:sz="12" w:space="0" w:color="auto"/>
              <w:bottom w:val="single" w:sz="12" w:space="0" w:color="auto"/>
              <w:right w:val="single" w:sz="12" w:space="0" w:color="auto"/>
            </w:tcBorders>
            <w:shd w:val="clear" w:color="auto" w:fill="DAE9F7"/>
            <w:vAlign w:val="center"/>
          </w:tcPr>
          <w:p w14:paraId="63CB782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Descripción</w:t>
            </w:r>
          </w:p>
        </w:tc>
      </w:tr>
      <w:tr w:rsidR="00E35433" w:rsidRPr="00E35433" w14:paraId="23372367"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5B2B3257"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CAPITAL BASE (A+B)</w:t>
            </w:r>
          </w:p>
        </w:tc>
      </w:tr>
      <w:tr w:rsidR="00E35433" w:rsidRPr="00E35433" w14:paraId="19A07759"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1555DA32"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 CAPITAL NIVEL 1 (I+II)</w:t>
            </w:r>
          </w:p>
        </w:tc>
      </w:tr>
      <w:tr w:rsidR="00E35433" w:rsidRPr="00E35433" w14:paraId="3405A5E3"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3C0F5A3D"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I) CAPITAL COMÚN NIVEL 1 (1 - 2)</w:t>
            </w:r>
          </w:p>
        </w:tc>
      </w:tr>
      <w:tr w:rsidR="00E35433" w:rsidRPr="00E35433" w14:paraId="1E8B603B" w14:textId="77777777" w:rsidTr="00E35433">
        <w:trPr>
          <w:jc w:val="center"/>
        </w:trPr>
        <w:tc>
          <w:tcPr>
            <w:tcW w:w="1135" w:type="dxa"/>
            <w:tcBorders>
              <w:top w:val="single" w:sz="12" w:space="0" w:color="auto"/>
              <w:left w:val="single" w:sz="12" w:space="0" w:color="auto"/>
              <w:bottom w:val="single" w:sz="12" w:space="0" w:color="auto"/>
              <w:right w:val="single" w:sz="12" w:space="0" w:color="auto"/>
            </w:tcBorders>
            <w:shd w:val="clear" w:color="auto" w:fill="DAE9F7"/>
            <w:vAlign w:val="center"/>
          </w:tcPr>
          <w:p w14:paraId="57B9B321"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lastRenderedPageBreak/>
              <w:t>Artículo 97</w:t>
            </w:r>
          </w:p>
        </w:tc>
        <w:tc>
          <w:tcPr>
            <w:tcW w:w="10196" w:type="dxa"/>
            <w:gridSpan w:val="5"/>
            <w:tcBorders>
              <w:top w:val="single" w:sz="12" w:space="0" w:color="auto"/>
              <w:left w:val="single" w:sz="12" w:space="0" w:color="auto"/>
              <w:bottom w:val="single" w:sz="12" w:space="0" w:color="auto"/>
              <w:right w:val="single" w:sz="12" w:space="0" w:color="auto"/>
            </w:tcBorders>
            <w:shd w:val="clear" w:color="auto" w:fill="DAE9F7"/>
          </w:tcPr>
          <w:p w14:paraId="0A19E5A3"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1) Elementos del CCN1</w:t>
            </w:r>
          </w:p>
        </w:tc>
      </w:tr>
      <w:tr w:rsidR="00E35433" w:rsidRPr="00E35433" w14:paraId="1C7C707F" w14:textId="77777777" w:rsidTr="00C55BA7">
        <w:trPr>
          <w:jc w:val="center"/>
        </w:trPr>
        <w:tc>
          <w:tcPr>
            <w:tcW w:w="1135" w:type="dxa"/>
            <w:tcBorders>
              <w:top w:val="single" w:sz="12" w:space="0" w:color="auto"/>
            </w:tcBorders>
            <w:vAlign w:val="center"/>
          </w:tcPr>
          <w:p w14:paraId="63F76BE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tcPr>
          <w:p w14:paraId="25F29CA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acciones comunes que cumplan con todos y cada uno de los criterios de admisibilidad para formar parte del CCN1, dispuestos en el Anexo XVI de este reglamento.</w:t>
            </w:r>
          </w:p>
        </w:tc>
        <w:tc>
          <w:tcPr>
            <w:tcW w:w="3403" w:type="dxa"/>
            <w:gridSpan w:val="2"/>
            <w:tcBorders>
              <w:top w:val="single" w:sz="12" w:space="0" w:color="auto"/>
            </w:tcBorders>
            <w:vAlign w:val="center"/>
          </w:tcPr>
          <w:p w14:paraId="676FE36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tcBorders>
              <w:top w:val="single" w:sz="12" w:space="0" w:color="auto"/>
            </w:tcBorders>
            <w:vAlign w:val="center"/>
          </w:tcPr>
          <w:p w14:paraId="4A736CC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31101000</w:t>
            </w:r>
          </w:p>
        </w:tc>
        <w:tc>
          <w:tcPr>
            <w:tcW w:w="2132" w:type="dxa"/>
            <w:tcBorders>
              <w:top w:val="single" w:sz="12" w:space="0" w:color="auto"/>
            </w:tcBorders>
            <w:vAlign w:val="center"/>
          </w:tcPr>
          <w:p w14:paraId="492145B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 ordinario</w:t>
            </w:r>
          </w:p>
        </w:tc>
      </w:tr>
      <w:tr w:rsidR="00E35433" w:rsidRPr="00E35433" w14:paraId="2D531D3F" w14:textId="77777777" w:rsidTr="00E35433">
        <w:trPr>
          <w:jc w:val="center"/>
        </w:trPr>
        <w:tc>
          <w:tcPr>
            <w:tcW w:w="1135" w:type="dxa"/>
            <w:shd w:val="clear" w:color="auto" w:fill="F2F2F2"/>
            <w:vAlign w:val="center"/>
          </w:tcPr>
          <w:p w14:paraId="6CF48B0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tcPr>
          <w:p w14:paraId="7C85A184"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primas relacionadas con los instrumentos del inciso anterior, netas de los descuentos, y costos de emisión y de colocación.</w:t>
            </w:r>
          </w:p>
        </w:tc>
        <w:tc>
          <w:tcPr>
            <w:tcW w:w="3403" w:type="dxa"/>
            <w:gridSpan w:val="2"/>
            <w:shd w:val="clear" w:color="auto" w:fill="F2F2F2"/>
            <w:vAlign w:val="center"/>
          </w:tcPr>
          <w:p w14:paraId="2D92446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tcPr>
          <w:p w14:paraId="5F57229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32100000</w:t>
            </w:r>
          </w:p>
        </w:tc>
        <w:tc>
          <w:tcPr>
            <w:tcW w:w="2132" w:type="dxa"/>
            <w:shd w:val="clear" w:color="auto" w:fill="F2F2F2"/>
            <w:vAlign w:val="center"/>
          </w:tcPr>
          <w:p w14:paraId="2CD61E3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Capital pagado adicional</w:t>
            </w:r>
          </w:p>
        </w:tc>
      </w:tr>
      <w:tr w:rsidR="00E35433" w:rsidRPr="00E35433" w14:paraId="3818C240" w14:textId="77777777" w:rsidTr="00C55BA7">
        <w:trPr>
          <w:jc w:val="center"/>
        </w:trPr>
        <w:tc>
          <w:tcPr>
            <w:tcW w:w="1135" w:type="dxa"/>
            <w:vAlign w:val="center"/>
          </w:tcPr>
          <w:p w14:paraId="6895C2D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tcPr>
          <w:p w14:paraId="5461955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 reserva legal.</w:t>
            </w:r>
          </w:p>
        </w:tc>
        <w:tc>
          <w:tcPr>
            <w:tcW w:w="3403" w:type="dxa"/>
            <w:gridSpan w:val="2"/>
          </w:tcPr>
          <w:p w14:paraId="3EAB0A8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42BF309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34100000</w:t>
            </w:r>
          </w:p>
        </w:tc>
        <w:tc>
          <w:tcPr>
            <w:tcW w:w="2132" w:type="dxa"/>
          </w:tcPr>
          <w:p w14:paraId="3BB8B587"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sz w:val="16"/>
                <w:szCs w:val="16"/>
                <w:lang w:val="es-CR"/>
              </w:rPr>
              <w:t>Reserva legal</w:t>
            </w:r>
          </w:p>
        </w:tc>
      </w:tr>
      <w:tr w:rsidR="00E35433" w:rsidRPr="00E35433" w14:paraId="1334E2DA" w14:textId="77777777" w:rsidTr="00E35433">
        <w:trPr>
          <w:jc w:val="center"/>
        </w:trPr>
        <w:tc>
          <w:tcPr>
            <w:tcW w:w="1135" w:type="dxa"/>
            <w:shd w:val="clear" w:color="auto" w:fill="F2F2F2"/>
            <w:vAlign w:val="center"/>
          </w:tcPr>
          <w:p w14:paraId="28E0F2A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d)</w:t>
            </w:r>
          </w:p>
        </w:tc>
        <w:tc>
          <w:tcPr>
            <w:tcW w:w="3392" w:type="dxa"/>
            <w:shd w:val="clear" w:color="auto" w:fill="F2F2F2"/>
          </w:tcPr>
          <w:p w14:paraId="58C9F5F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utilidades o excedentes acumulados de ejercicios anteriores.</w:t>
            </w:r>
          </w:p>
        </w:tc>
        <w:tc>
          <w:tcPr>
            <w:tcW w:w="3403" w:type="dxa"/>
            <w:gridSpan w:val="2"/>
            <w:shd w:val="clear" w:color="auto" w:fill="F2F2F2"/>
            <w:vAlign w:val="center"/>
          </w:tcPr>
          <w:p w14:paraId="56EDE3E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7F4C6F8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35100000</w:t>
            </w:r>
          </w:p>
        </w:tc>
        <w:tc>
          <w:tcPr>
            <w:tcW w:w="2132" w:type="dxa"/>
            <w:shd w:val="clear" w:color="auto" w:fill="F2F2F2"/>
          </w:tcPr>
          <w:p w14:paraId="325F75B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Utilidades acumuladas de ejercicios anteriores</w:t>
            </w:r>
          </w:p>
        </w:tc>
      </w:tr>
      <w:tr w:rsidR="00E35433" w:rsidRPr="00E35433" w14:paraId="3FB921D0" w14:textId="77777777" w:rsidTr="00C55BA7">
        <w:trPr>
          <w:trHeight w:val="376"/>
          <w:jc w:val="center"/>
        </w:trPr>
        <w:tc>
          <w:tcPr>
            <w:tcW w:w="1135" w:type="dxa"/>
            <w:vAlign w:val="center"/>
          </w:tcPr>
          <w:p w14:paraId="6EEF7D1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e)</w:t>
            </w:r>
          </w:p>
        </w:tc>
        <w:tc>
          <w:tcPr>
            <w:tcW w:w="3392" w:type="dxa"/>
            <w:vAlign w:val="center"/>
          </w:tcPr>
          <w:p w14:paraId="749EC886"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 utilidad o excedente del periodo, neto de las deducciones que por ley correspondan.</w:t>
            </w:r>
          </w:p>
        </w:tc>
        <w:tc>
          <w:tcPr>
            <w:tcW w:w="3403" w:type="dxa"/>
            <w:gridSpan w:val="2"/>
            <w:vAlign w:val="center"/>
          </w:tcPr>
          <w:p w14:paraId="0A7FAF8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5F7E52DE" w14:textId="77777777" w:rsidR="00E35433" w:rsidRPr="00E35433" w:rsidDel="00476477"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36100000</w:t>
            </w:r>
          </w:p>
        </w:tc>
        <w:tc>
          <w:tcPr>
            <w:tcW w:w="2132" w:type="dxa"/>
          </w:tcPr>
          <w:p w14:paraId="0C3DF3A8" w14:textId="77777777" w:rsidR="00E35433" w:rsidRPr="00E35433" w:rsidDel="00476477"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Utilidad o excedente del periodo</w:t>
            </w:r>
          </w:p>
        </w:tc>
      </w:tr>
      <w:tr w:rsidR="00E35433" w:rsidRPr="00E35433" w14:paraId="69627833" w14:textId="77777777" w:rsidTr="00E35433">
        <w:trPr>
          <w:jc w:val="center"/>
        </w:trPr>
        <w:tc>
          <w:tcPr>
            <w:tcW w:w="1135" w:type="dxa"/>
            <w:vMerge w:val="restart"/>
            <w:shd w:val="clear" w:color="auto" w:fill="F2F2F2"/>
            <w:vAlign w:val="center"/>
          </w:tcPr>
          <w:p w14:paraId="3C5301B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f)</w:t>
            </w:r>
          </w:p>
        </w:tc>
        <w:tc>
          <w:tcPr>
            <w:tcW w:w="3392" w:type="dxa"/>
            <w:vMerge w:val="restart"/>
            <w:shd w:val="clear" w:color="auto" w:fill="F2F2F2"/>
            <w:vAlign w:val="center"/>
          </w:tcPr>
          <w:p w14:paraId="57761C4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Los otros resultados integrales acumulados totales, excluyendo: i) los superávits por revaluación de terrenos, edificios e instalaciones, </w:t>
            </w:r>
            <w:proofErr w:type="spellStart"/>
            <w:r w:rsidRPr="00E35433">
              <w:rPr>
                <w:rFonts w:ascii="Roboto" w:eastAsia="Aptos" w:hAnsi="Roboto"/>
                <w:sz w:val="16"/>
                <w:szCs w:val="16"/>
                <w:lang w:val="es-CR"/>
              </w:rPr>
              <w:t>ii</w:t>
            </w:r>
            <w:proofErr w:type="spellEnd"/>
            <w:r w:rsidRPr="00E35433">
              <w:rPr>
                <w:rFonts w:ascii="Roboto" w:eastAsia="Aptos" w:hAnsi="Roboto"/>
                <w:sz w:val="16"/>
                <w:szCs w:val="16"/>
                <w:lang w:val="es-CR"/>
              </w:rPr>
              <w:t xml:space="preserve">) los superávits por revaluación de otros activos diferentes de instrumentos financieros, y </w:t>
            </w:r>
            <w:proofErr w:type="spellStart"/>
            <w:r w:rsidRPr="00E35433">
              <w:rPr>
                <w:rFonts w:ascii="Roboto" w:eastAsia="Aptos" w:hAnsi="Roboto"/>
                <w:sz w:val="16"/>
                <w:szCs w:val="16"/>
                <w:lang w:val="es-CR"/>
              </w:rPr>
              <w:t>iii</w:t>
            </w:r>
            <w:proofErr w:type="spellEnd"/>
            <w:r w:rsidRPr="00E35433">
              <w:rPr>
                <w:rFonts w:ascii="Roboto" w:eastAsia="Aptos" w:hAnsi="Roboto"/>
                <w:sz w:val="16"/>
                <w:szCs w:val="16"/>
                <w:lang w:val="es-CR"/>
              </w:rPr>
              <w:t>) los superávits por valuación de participaciones en otras empresas.</w:t>
            </w:r>
          </w:p>
        </w:tc>
        <w:tc>
          <w:tcPr>
            <w:tcW w:w="3403" w:type="dxa"/>
            <w:gridSpan w:val="2"/>
            <w:vMerge w:val="restart"/>
            <w:shd w:val="clear" w:color="auto" w:fill="F2F2F2"/>
            <w:vAlign w:val="center"/>
          </w:tcPr>
          <w:p w14:paraId="6926C1B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0EE2EDC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33000000</w:t>
            </w:r>
          </w:p>
        </w:tc>
        <w:tc>
          <w:tcPr>
            <w:tcW w:w="2132" w:type="dxa"/>
            <w:shd w:val="clear" w:color="auto" w:fill="F2F2F2"/>
          </w:tcPr>
          <w:p w14:paraId="32C92378"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sz w:val="16"/>
                <w:szCs w:val="16"/>
                <w:lang w:val="es-CR"/>
              </w:rPr>
              <w:t>Ajustes al patrimonio - otros resultados integrales</w:t>
            </w:r>
          </w:p>
        </w:tc>
      </w:tr>
      <w:tr w:rsidR="00E35433" w:rsidRPr="00E35433" w14:paraId="78B0F88B" w14:textId="77777777" w:rsidTr="00E35433">
        <w:trPr>
          <w:jc w:val="center"/>
        </w:trPr>
        <w:tc>
          <w:tcPr>
            <w:tcW w:w="1135" w:type="dxa"/>
            <w:vMerge/>
            <w:shd w:val="clear" w:color="auto" w:fill="F2F2F2"/>
          </w:tcPr>
          <w:p w14:paraId="01AA32EB"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tcPr>
          <w:p w14:paraId="7970148B"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Merge/>
            <w:shd w:val="clear" w:color="auto" w:fill="F2F2F2"/>
          </w:tcPr>
          <w:p w14:paraId="5BD11B05"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shd w:val="clear" w:color="auto" w:fill="F2F2F2"/>
            <w:vAlign w:val="center"/>
          </w:tcPr>
          <w:p w14:paraId="0006843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MENOS</w:t>
            </w:r>
            <w:r w:rsidRPr="00E35433">
              <w:rPr>
                <w:rFonts w:ascii="Roboto" w:eastAsia="Aptos" w:hAnsi="Roboto"/>
                <w:sz w:val="16"/>
                <w:szCs w:val="16"/>
                <w:lang w:val="es-CR"/>
              </w:rPr>
              <w:br/>
              <w:t>33101000</w:t>
            </w:r>
          </w:p>
        </w:tc>
        <w:tc>
          <w:tcPr>
            <w:tcW w:w="2132" w:type="dxa"/>
            <w:shd w:val="clear" w:color="auto" w:fill="F2F2F2"/>
          </w:tcPr>
          <w:p w14:paraId="150B971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Superávit por revaluación de propiedades inmobiliarias </w:t>
            </w:r>
          </w:p>
        </w:tc>
      </w:tr>
      <w:tr w:rsidR="00E35433" w:rsidRPr="00E35433" w14:paraId="2A1B4EC8" w14:textId="77777777" w:rsidTr="00E35433">
        <w:trPr>
          <w:jc w:val="center"/>
        </w:trPr>
        <w:tc>
          <w:tcPr>
            <w:tcW w:w="1135" w:type="dxa"/>
            <w:vMerge/>
            <w:shd w:val="clear" w:color="auto" w:fill="F2F2F2"/>
          </w:tcPr>
          <w:p w14:paraId="383BDF28"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tcPr>
          <w:p w14:paraId="6BECD021"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Merge/>
            <w:shd w:val="clear" w:color="auto" w:fill="F2F2F2"/>
          </w:tcPr>
          <w:p w14:paraId="76F97094"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shd w:val="clear" w:color="auto" w:fill="F2F2F2"/>
            <w:vAlign w:val="center"/>
          </w:tcPr>
          <w:p w14:paraId="5A60E1D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MENOS</w:t>
            </w:r>
            <w:r w:rsidRPr="00E35433">
              <w:rPr>
                <w:rFonts w:ascii="Roboto" w:eastAsia="Aptos" w:hAnsi="Roboto"/>
                <w:sz w:val="16"/>
                <w:szCs w:val="16"/>
                <w:lang w:val="es-CR"/>
              </w:rPr>
              <w:br/>
              <w:t>33106000</w:t>
            </w:r>
          </w:p>
        </w:tc>
        <w:tc>
          <w:tcPr>
            <w:tcW w:w="2132" w:type="dxa"/>
            <w:shd w:val="clear" w:color="auto" w:fill="F2F2F2"/>
          </w:tcPr>
          <w:p w14:paraId="51C5BE1D"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Superávit por revaluación de otros activos</w:t>
            </w:r>
          </w:p>
        </w:tc>
      </w:tr>
      <w:tr w:rsidR="00E35433" w:rsidRPr="00E35433" w14:paraId="7165F7E0" w14:textId="77777777" w:rsidTr="00E35433">
        <w:trPr>
          <w:jc w:val="center"/>
        </w:trPr>
        <w:tc>
          <w:tcPr>
            <w:tcW w:w="1135" w:type="dxa"/>
            <w:vMerge/>
            <w:shd w:val="clear" w:color="auto" w:fill="F2F2F2"/>
          </w:tcPr>
          <w:p w14:paraId="74AA05E0"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tcPr>
          <w:p w14:paraId="39B05D8F"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Merge/>
            <w:shd w:val="clear" w:color="auto" w:fill="F2F2F2"/>
          </w:tcPr>
          <w:p w14:paraId="3E02021A"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shd w:val="clear" w:color="auto" w:fill="F2F2F2"/>
            <w:vAlign w:val="center"/>
          </w:tcPr>
          <w:p w14:paraId="6E17806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 xml:space="preserve">MENOS </w:t>
            </w:r>
            <w:r w:rsidRPr="00E35433">
              <w:rPr>
                <w:rFonts w:ascii="Roboto" w:eastAsia="Aptos" w:hAnsi="Roboto"/>
                <w:sz w:val="16"/>
                <w:szCs w:val="16"/>
                <w:lang w:val="es-CR"/>
              </w:rPr>
              <w:br/>
              <w:t>33201000</w:t>
            </w:r>
          </w:p>
        </w:tc>
        <w:tc>
          <w:tcPr>
            <w:tcW w:w="2132" w:type="dxa"/>
            <w:shd w:val="clear" w:color="auto" w:fill="F2F2F2"/>
          </w:tcPr>
          <w:p w14:paraId="16A5CAE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Superávit por revaluación propiedades, mobiliario y equipo</w:t>
            </w:r>
          </w:p>
        </w:tc>
      </w:tr>
      <w:tr w:rsidR="00E35433" w:rsidRPr="00E35433" w14:paraId="71A56460" w14:textId="77777777" w:rsidTr="00E35433">
        <w:trPr>
          <w:trHeight w:val="556"/>
          <w:jc w:val="center"/>
        </w:trPr>
        <w:tc>
          <w:tcPr>
            <w:tcW w:w="1135" w:type="dxa"/>
            <w:vMerge/>
            <w:shd w:val="clear" w:color="auto" w:fill="F2F2F2"/>
          </w:tcPr>
          <w:p w14:paraId="6FE34528"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tcPr>
          <w:p w14:paraId="7CE1083D"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Merge/>
            <w:shd w:val="clear" w:color="auto" w:fill="F2F2F2"/>
          </w:tcPr>
          <w:p w14:paraId="6005FDF9"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shd w:val="clear" w:color="auto" w:fill="F2F2F2"/>
            <w:vAlign w:val="center"/>
          </w:tcPr>
          <w:p w14:paraId="60ED365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MENOS</w:t>
            </w:r>
            <w:r w:rsidRPr="00E35433">
              <w:rPr>
                <w:rFonts w:ascii="Roboto" w:eastAsia="Aptos" w:hAnsi="Roboto"/>
                <w:sz w:val="16"/>
                <w:szCs w:val="16"/>
                <w:lang w:val="es-CR"/>
              </w:rPr>
              <w:br/>
              <w:t>33202000</w:t>
            </w:r>
          </w:p>
        </w:tc>
        <w:tc>
          <w:tcPr>
            <w:tcW w:w="2132" w:type="dxa"/>
            <w:shd w:val="clear" w:color="auto" w:fill="F2F2F2"/>
            <w:vAlign w:val="center"/>
          </w:tcPr>
          <w:p w14:paraId="074B5FC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 Superávit por revaluación de otros activos en empresas participadas</w:t>
            </w:r>
          </w:p>
        </w:tc>
      </w:tr>
      <w:tr w:rsidR="00E35433" w:rsidRPr="00E35433" w14:paraId="5041BA92" w14:textId="77777777" w:rsidTr="00C55BA7">
        <w:trPr>
          <w:jc w:val="center"/>
        </w:trPr>
        <w:tc>
          <w:tcPr>
            <w:tcW w:w="1135" w:type="dxa"/>
            <w:vMerge w:val="restart"/>
            <w:vAlign w:val="center"/>
          </w:tcPr>
          <w:p w14:paraId="71089AF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g)</w:t>
            </w:r>
          </w:p>
        </w:tc>
        <w:tc>
          <w:tcPr>
            <w:tcW w:w="3392" w:type="dxa"/>
            <w:vMerge w:val="restart"/>
            <w:vAlign w:val="center"/>
          </w:tcPr>
          <w:p w14:paraId="722E5C6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aportes y donaciones para incrementos de capital social en trámite de inscripción en el Registro Público. Los aportes y donaciones deben corresponder a instrumentos admisibles en el CCN1, según el inciso a) de este artículo.</w:t>
            </w:r>
          </w:p>
        </w:tc>
        <w:tc>
          <w:tcPr>
            <w:tcW w:w="3403" w:type="dxa"/>
            <w:gridSpan w:val="2"/>
            <w:vAlign w:val="center"/>
          </w:tcPr>
          <w:p w14:paraId="779CF2A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5B15D2E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32201M01</w:t>
            </w:r>
          </w:p>
        </w:tc>
        <w:tc>
          <w:tcPr>
            <w:tcW w:w="2132" w:type="dxa"/>
          </w:tcPr>
          <w:p w14:paraId="6F48A07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por capitalizar autorizados y por registrar en el Registro Público.</w:t>
            </w:r>
          </w:p>
        </w:tc>
      </w:tr>
      <w:tr w:rsidR="00E35433" w:rsidRPr="00E35433" w14:paraId="3195F62B" w14:textId="77777777" w:rsidTr="00C55BA7">
        <w:trPr>
          <w:jc w:val="center"/>
        </w:trPr>
        <w:tc>
          <w:tcPr>
            <w:tcW w:w="1135" w:type="dxa"/>
            <w:vMerge/>
          </w:tcPr>
          <w:p w14:paraId="049F40E5"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tcPr>
          <w:p w14:paraId="6C893A1A"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3" w:type="dxa"/>
            <w:gridSpan w:val="2"/>
            <w:vAlign w:val="center"/>
          </w:tcPr>
          <w:p w14:paraId="6786D80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3B1A63A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32202M01</w:t>
            </w:r>
          </w:p>
        </w:tc>
        <w:tc>
          <w:tcPr>
            <w:tcW w:w="2132" w:type="dxa"/>
          </w:tcPr>
          <w:p w14:paraId="7E6CDE3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Donaciones por capitalizar autorizados y por registrar en el Registro Público</w:t>
            </w:r>
          </w:p>
        </w:tc>
      </w:tr>
      <w:tr w:rsidR="00E35433" w:rsidRPr="00E35433" w14:paraId="2839942A" w14:textId="77777777" w:rsidTr="00C55BA7">
        <w:trPr>
          <w:jc w:val="center"/>
        </w:trPr>
        <w:tc>
          <w:tcPr>
            <w:tcW w:w="1135" w:type="dxa"/>
            <w:tcBorders>
              <w:bottom w:val="single" w:sz="12" w:space="0" w:color="auto"/>
            </w:tcBorders>
          </w:tcPr>
          <w:p w14:paraId="611191C8"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bottom w:val="single" w:sz="12" w:space="0" w:color="auto"/>
            </w:tcBorders>
          </w:tcPr>
          <w:p w14:paraId="7A128E67"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bottom w:val="single" w:sz="12" w:space="0" w:color="auto"/>
            </w:tcBorders>
          </w:tcPr>
          <w:p w14:paraId="34EE0313"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bottom w:val="single" w:sz="12" w:space="0" w:color="auto"/>
            </w:tcBorders>
          </w:tcPr>
          <w:p w14:paraId="29F8BAE8"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bottom w:val="single" w:sz="12" w:space="0" w:color="auto"/>
            </w:tcBorders>
          </w:tcPr>
          <w:p w14:paraId="4627294D"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bottom w:val="single" w:sz="12" w:space="0" w:color="auto"/>
            </w:tcBorders>
          </w:tcPr>
          <w:p w14:paraId="676852B3"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7011400F" w14:textId="77777777" w:rsidTr="00E35433">
        <w:trPr>
          <w:jc w:val="center"/>
        </w:trPr>
        <w:tc>
          <w:tcPr>
            <w:tcW w:w="1135" w:type="dxa"/>
            <w:tcBorders>
              <w:top w:val="single" w:sz="12" w:space="0" w:color="auto"/>
              <w:left w:val="single" w:sz="12" w:space="0" w:color="auto"/>
              <w:bottom w:val="single" w:sz="12" w:space="0" w:color="auto"/>
              <w:right w:val="single" w:sz="2" w:space="0" w:color="auto"/>
            </w:tcBorders>
            <w:shd w:val="clear" w:color="auto" w:fill="DAE9F7"/>
            <w:vAlign w:val="center"/>
          </w:tcPr>
          <w:p w14:paraId="43F5E1C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b/>
                <w:sz w:val="16"/>
                <w:szCs w:val="16"/>
                <w:lang w:val="es-CR"/>
              </w:rPr>
              <w:t>Artículo 99</w:t>
            </w:r>
          </w:p>
        </w:tc>
        <w:tc>
          <w:tcPr>
            <w:tcW w:w="3392" w:type="dxa"/>
            <w:tcBorders>
              <w:top w:val="single" w:sz="12" w:space="0" w:color="auto"/>
              <w:left w:val="single" w:sz="2" w:space="0" w:color="auto"/>
              <w:bottom w:val="single" w:sz="12" w:space="0" w:color="auto"/>
              <w:right w:val="single" w:sz="2" w:space="0" w:color="auto"/>
            </w:tcBorders>
            <w:shd w:val="clear" w:color="auto" w:fill="DAE9F7"/>
          </w:tcPr>
          <w:p w14:paraId="4AE2826D"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2) Deducciones a los elementos del CCN1</w:t>
            </w:r>
          </w:p>
        </w:tc>
        <w:tc>
          <w:tcPr>
            <w:tcW w:w="1128" w:type="dxa"/>
            <w:tcBorders>
              <w:top w:val="single" w:sz="12" w:space="0" w:color="auto"/>
              <w:left w:val="single" w:sz="2" w:space="0" w:color="auto"/>
              <w:bottom w:val="single" w:sz="12" w:space="0" w:color="auto"/>
              <w:right w:val="single" w:sz="2" w:space="0" w:color="auto"/>
            </w:tcBorders>
            <w:shd w:val="clear" w:color="auto" w:fill="DAE9F7"/>
            <w:vAlign w:val="center"/>
          </w:tcPr>
          <w:p w14:paraId="6EB27D37"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2275" w:type="dxa"/>
            <w:tcBorders>
              <w:top w:val="single" w:sz="12" w:space="0" w:color="auto"/>
              <w:left w:val="single" w:sz="2" w:space="0" w:color="auto"/>
              <w:bottom w:val="single" w:sz="12" w:space="0" w:color="auto"/>
              <w:right w:val="single" w:sz="2" w:space="0" w:color="auto"/>
            </w:tcBorders>
            <w:shd w:val="clear" w:color="auto" w:fill="DAE9F7"/>
            <w:vAlign w:val="center"/>
          </w:tcPr>
          <w:p w14:paraId="507A9D37"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401" w:type="dxa"/>
            <w:gridSpan w:val="2"/>
            <w:tcBorders>
              <w:top w:val="single" w:sz="12" w:space="0" w:color="auto"/>
              <w:left w:val="single" w:sz="2" w:space="0" w:color="auto"/>
              <w:bottom w:val="single" w:sz="12" w:space="0" w:color="auto"/>
              <w:right w:val="single" w:sz="12" w:space="0" w:color="auto"/>
            </w:tcBorders>
            <w:shd w:val="clear" w:color="auto" w:fill="DAE9F7"/>
            <w:vAlign w:val="center"/>
          </w:tcPr>
          <w:p w14:paraId="0AEE391A" w14:textId="77777777" w:rsidR="00E35433" w:rsidRPr="00E35433" w:rsidRDefault="00E35433" w:rsidP="00E35433">
            <w:pPr>
              <w:spacing w:before="0" w:after="0" w:line="240" w:lineRule="auto"/>
              <w:jc w:val="center"/>
              <w:rPr>
                <w:rFonts w:ascii="Roboto" w:eastAsia="Aptos" w:hAnsi="Roboto"/>
                <w:sz w:val="16"/>
                <w:szCs w:val="16"/>
                <w:lang w:val="es-CR"/>
              </w:rPr>
            </w:pPr>
          </w:p>
        </w:tc>
      </w:tr>
      <w:tr w:rsidR="00E35433" w:rsidRPr="00E35433" w14:paraId="4D143EF5" w14:textId="77777777" w:rsidTr="00C55BA7">
        <w:trPr>
          <w:jc w:val="center"/>
        </w:trPr>
        <w:tc>
          <w:tcPr>
            <w:tcW w:w="1135" w:type="dxa"/>
            <w:tcBorders>
              <w:top w:val="single" w:sz="12" w:space="0" w:color="auto"/>
            </w:tcBorders>
            <w:vAlign w:val="center"/>
          </w:tcPr>
          <w:p w14:paraId="60D3605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vAlign w:val="center"/>
          </w:tcPr>
          <w:p w14:paraId="2823717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CCN1 adquiridos por la propia entidad.</w:t>
            </w:r>
          </w:p>
        </w:tc>
        <w:tc>
          <w:tcPr>
            <w:tcW w:w="3403" w:type="dxa"/>
            <w:gridSpan w:val="2"/>
            <w:tcBorders>
              <w:top w:val="single" w:sz="12" w:space="0" w:color="auto"/>
            </w:tcBorders>
            <w:vAlign w:val="center"/>
          </w:tcPr>
          <w:p w14:paraId="72C50B9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tcBorders>
              <w:top w:val="single" w:sz="12" w:space="0" w:color="auto"/>
            </w:tcBorders>
            <w:vAlign w:val="center"/>
          </w:tcPr>
          <w:p w14:paraId="0C59A70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31501000</w:t>
            </w:r>
          </w:p>
        </w:tc>
        <w:tc>
          <w:tcPr>
            <w:tcW w:w="2132" w:type="dxa"/>
            <w:tcBorders>
              <w:top w:val="single" w:sz="12" w:space="0" w:color="auto"/>
            </w:tcBorders>
            <w:vAlign w:val="center"/>
          </w:tcPr>
          <w:p w14:paraId="66685F1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ordinario (Acciones en tesorería)</w:t>
            </w:r>
          </w:p>
        </w:tc>
      </w:tr>
      <w:tr w:rsidR="00E35433" w:rsidRPr="00E35433" w14:paraId="23432151" w14:textId="77777777" w:rsidTr="00E35433">
        <w:trPr>
          <w:jc w:val="center"/>
        </w:trPr>
        <w:tc>
          <w:tcPr>
            <w:tcW w:w="1135" w:type="dxa"/>
            <w:shd w:val="clear" w:color="auto" w:fill="F2F2F2"/>
            <w:vAlign w:val="center"/>
          </w:tcPr>
          <w:p w14:paraId="1CC01BC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vAlign w:val="center"/>
          </w:tcPr>
          <w:p w14:paraId="10F6E59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CCN1 emitidos por la propia entidad que se encuentran dados en garantía de operaciones crediticias otorgadas por ella.</w:t>
            </w:r>
          </w:p>
        </w:tc>
        <w:tc>
          <w:tcPr>
            <w:tcW w:w="1128" w:type="dxa"/>
            <w:shd w:val="clear" w:color="auto" w:fill="F2F2F2"/>
            <w:vAlign w:val="center"/>
          </w:tcPr>
          <w:p w14:paraId="6AD3414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20120110</w:t>
            </w:r>
          </w:p>
        </w:tc>
        <w:tc>
          <w:tcPr>
            <w:tcW w:w="2275" w:type="dxa"/>
            <w:shd w:val="clear" w:color="auto" w:fill="F2F2F2"/>
          </w:tcPr>
          <w:p w14:paraId="457B1B34"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instrumentos que califiquen en CCNI objeto de gravámenes</w:t>
            </w:r>
          </w:p>
        </w:tc>
        <w:tc>
          <w:tcPr>
            <w:tcW w:w="1269" w:type="dxa"/>
            <w:shd w:val="clear" w:color="auto" w:fill="F2F2F2"/>
            <w:vAlign w:val="center"/>
          </w:tcPr>
          <w:p w14:paraId="1ECF638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31100000</w:t>
            </w:r>
          </w:p>
        </w:tc>
        <w:tc>
          <w:tcPr>
            <w:tcW w:w="2132" w:type="dxa"/>
            <w:shd w:val="clear" w:color="auto" w:fill="F2F2F2"/>
            <w:vAlign w:val="center"/>
          </w:tcPr>
          <w:p w14:paraId="152ABA8B" w14:textId="77777777" w:rsidR="00E35433" w:rsidRPr="00E35433" w:rsidRDefault="00E35433" w:rsidP="00E35433">
            <w:pPr>
              <w:spacing w:before="0" w:after="0" w:line="240" w:lineRule="auto"/>
              <w:rPr>
                <w:rFonts w:ascii="Roboto" w:eastAsia="Aptos" w:hAnsi="Roboto"/>
                <w:strike/>
                <w:sz w:val="16"/>
                <w:szCs w:val="16"/>
                <w:lang w:val="es-CR"/>
              </w:rPr>
            </w:pPr>
            <w:r w:rsidRPr="00E35433">
              <w:rPr>
                <w:rFonts w:ascii="Roboto" w:eastAsia="Aptos" w:hAnsi="Roboto"/>
                <w:sz w:val="16"/>
                <w:szCs w:val="16"/>
                <w:lang w:val="es-CR"/>
              </w:rPr>
              <w:t>Capital pagado</w:t>
            </w:r>
          </w:p>
        </w:tc>
      </w:tr>
      <w:tr w:rsidR="00E35433" w:rsidRPr="00E35433" w14:paraId="0CF5584D" w14:textId="77777777" w:rsidTr="00C55BA7">
        <w:trPr>
          <w:jc w:val="center"/>
        </w:trPr>
        <w:tc>
          <w:tcPr>
            <w:tcW w:w="1135" w:type="dxa"/>
            <w:vAlign w:val="center"/>
          </w:tcPr>
          <w:p w14:paraId="6161EA7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lastRenderedPageBreak/>
              <w:t>Inciso c)</w:t>
            </w:r>
          </w:p>
        </w:tc>
        <w:tc>
          <w:tcPr>
            <w:tcW w:w="3392" w:type="dxa"/>
            <w:vAlign w:val="center"/>
          </w:tcPr>
          <w:p w14:paraId="046C4FA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El valor en libros de las participaciones en instrumentos homólogos al CCN1, que califican como tales bajo los criterios establecidos en el Anexo XVI de este Reglamento. Esta deducción se efectuará con independencia del porcentaje de participación y de la naturaleza de la empresa que se trate. supervisada en el capital social de la </w:t>
            </w:r>
          </w:p>
        </w:tc>
        <w:tc>
          <w:tcPr>
            <w:tcW w:w="1128" w:type="dxa"/>
            <w:vAlign w:val="center"/>
          </w:tcPr>
          <w:p w14:paraId="4A38F95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20120111</w:t>
            </w:r>
          </w:p>
        </w:tc>
        <w:tc>
          <w:tcPr>
            <w:tcW w:w="2275" w:type="dxa"/>
            <w:vAlign w:val="center"/>
          </w:tcPr>
          <w:p w14:paraId="06C22426"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las participaciones en instrumentos homólogos al CCN1</w:t>
            </w:r>
          </w:p>
        </w:tc>
        <w:tc>
          <w:tcPr>
            <w:tcW w:w="1269" w:type="dxa"/>
            <w:vAlign w:val="center"/>
          </w:tcPr>
          <w:p w14:paraId="60F1795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16000000</w:t>
            </w:r>
          </w:p>
        </w:tc>
        <w:tc>
          <w:tcPr>
            <w:tcW w:w="2132" w:type="dxa"/>
            <w:vAlign w:val="center"/>
          </w:tcPr>
          <w:p w14:paraId="2AC970B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en el capital de otras empresas</w:t>
            </w:r>
          </w:p>
        </w:tc>
      </w:tr>
      <w:tr w:rsidR="00E35433" w:rsidRPr="00E35433" w14:paraId="1258CC79" w14:textId="77777777" w:rsidTr="00E35433">
        <w:trPr>
          <w:jc w:val="center"/>
        </w:trPr>
        <w:tc>
          <w:tcPr>
            <w:tcW w:w="1135" w:type="dxa"/>
            <w:shd w:val="clear" w:color="auto" w:fill="F2F2F2"/>
            <w:vAlign w:val="center"/>
          </w:tcPr>
          <w:p w14:paraId="3B492A3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d)</w:t>
            </w:r>
          </w:p>
        </w:tc>
        <w:tc>
          <w:tcPr>
            <w:tcW w:w="3392" w:type="dxa"/>
            <w:shd w:val="clear" w:color="auto" w:fill="F2F2F2"/>
            <w:vAlign w:val="center"/>
          </w:tcPr>
          <w:p w14:paraId="00E521D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las participaciones en instrumentos de capital, deuda subordinada o deuda convertible que no sean homólogos a instrumentos del CCN1, CAN1 o CN2.</w:t>
            </w:r>
          </w:p>
        </w:tc>
        <w:tc>
          <w:tcPr>
            <w:tcW w:w="1128" w:type="dxa"/>
            <w:shd w:val="clear" w:color="auto" w:fill="F2F2F2"/>
            <w:vAlign w:val="center"/>
          </w:tcPr>
          <w:p w14:paraId="71505F9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20220115</w:t>
            </w:r>
          </w:p>
        </w:tc>
        <w:tc>
          <w:tcPr>
            <w:tcW w:w="2275" w:type="dxa"/>
            <w:shd w:val="clear" w:color="auto" w:fill="F2F2F2"/>
            <w:vAlign w:val="center"/>
          </w:tcPr>
          <w:p w14:paraId="336F206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o inversiones en instrumentos de capital, no homólogos a instrumentos del CCN1, CAN1 o CN2</w:t>
            </w:r>
          </w:p>
        </w:tc>
        <w:tc>
          <w:tcPr>
            <w:tcW w:w="1269" w:type="dxa"/>
            <w:shd w:val="clear" w:color="auto" w:fill="F2F2F2"/>
            <w:vAlign w:val="center"/>
          </w:tcPr>
          <w:p w14:paraId="493C10C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16000000</w:t>
            </w:r>
          </w:p>
        </w:tc>
        <w:tc>
          <w:tcPr>
            <w:tcW w:w="2132" w:type="dxa"/>
            <w:shd w:val="clear" w:color="auto" w:fill="F2F2F2"/>
            <w:vAlign w:val="center"/>
          </w:tcPr>
          <w:p w14:paraId="205C5C9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en el capital de otras empresas</w:t>
            </w:r>
          </w:p>
        </w:tc>
      </w:tr>
      <w:tr w:rsidR="00E35433" w:rsidRPr="00E35433" w14:paraId="2159C9C6" w14:textId="77777777" w:rsidTr="00C55BA7">
        <w:trPr>
          <w:jc w:val="center"/>
        </w:trPr>
        <w:tc>
          <w:tcPr>
            <w:tcW w:w="1135" w:type="dxa"/>
            <w:vMerge w:val="restart"/>
            <w:vAlign w:val="center"/>
          </w:tcPr>
          <w:p w14:paraId="73A8F99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e)</w:t>
            </w:r>
          </w:p>
        </w:tc>
        <w:tc>
          <w:tcPr>
            <w:tcW w:w="3392" w:type="dxa"/>
            <w:vMerge w:val="restart"/>
            <w:vAlign w:val="center"/>
          </w:tcPr>
          <w:p w14:paraId="347C52E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El valor en libros de los activos intangibles clasificados como tales de conformidad con las Normas Internacionales de Información Financiera (NIIF), incluyendo los derechos de uso por arrendamiento financieros sobre activos intangibles. Para este efecto, la deducción corresponderá al costo del activo, menos la </w:t>
            </w:r>
            <w:proofErr w:type="gramStart"/>
            <w:r w:rsidRPr="00E35433">
              <w:rPr>
                <w:rFonts w:ascii="Roboto" w:eastAsia="Aptos" w:hAnsi="Roboto"/>
                <w:sz w:val="16"/>
                <w:szCs w:val="16"/>
                <w:lang w:val="es-CR"/>
              </w:rPr>
              <w:t>amortización acumulada y la pérdida acumulada</w:t>
            </w:r>
            <w:proofErr w:type="gramEnd"/>
            <w:r w:rsidRPr="00E35433">
              <w:rPr>
                <w:rFonts w:ascii="Roboto" w:eastAsia="Aptos" w:hAnsi="Roboto"/>
                <w:sz w:val="16"/>
                <w:szCs w:val="16"/>
                <w:lang w:val="es-CR"/>
              </w:rPr>
              <w:t xml:space="preserve"> por deterioro en su valor.</w:t>
            </w:r>
          </w:p>
        </w:tc>
        <w:tc>
          <w:tcPr>
            <w:tcW w:w="3403" w:type="dxa"/>
            <w:gridSpan w:val="2"/>
            <w:vAlign w:val="center"/>
          </w:tcPr>
          <w:p w14:paraId="2085263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2F16B0B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18600000</w:t>
            </w:r>
          </w:p>
        </w:tc>
        <w:tc>
          <w:tcPr>
            <w:tcW w:w="2132" w:type="dxa"/>
          </w:tcPr>
          <w:p w14:paraId="1487306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Activos intangibles</w:t>
            </w:r>
          </w:p>
        </w:tc>
      </w:tr>
      <w:tr w:rsidR="00E35433" w:rsidRPr="00E35433" w14:paraId="791AB173" w14:textId="77777777" w:rsidTr="00C55BA7">
        <w:trPr>
          <w:jc w:val="center"/>
        </w:trPr>
        <w:tc>
          <w:tcPr>
            <w:tcW w:w="1135" w:type="dxa"/>
            <w:vMerge/>
          </w:tcPr>
          <w:p w14:paraId="0C9E744B"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vAlign w:val="center"/>
          </w:tcPr>
          <w:p w14:paraId="35E02009"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vAlign w:val="center"/>
          </w:tcPr>
          <w:p w14:paraId="7239DB5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30A0DC9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18308000</w:t>
            </w:r>
          </w:p>
        </w:tc>
        <w:tc>
          <w:tcPr>
            <w:tcW w:w="2132" w:type="dxa"/>
          </w:tcPr>
          <w:p w14:paraId="263C79D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Aplicaciones automatizadas en desarrollo</w:t>
            </w:r>
          </w:p>
        </w:tc>
      </w:tr>
      <w:tr w:rsidR="00E35433" w:rsidRPr="00E35433" w14:paraId="5BF9BD03" w14:textId="77777777" w:rsidTr="00C55BA7">
        <w:trPr>
          <w:jc w:val="center"/>
        </w:trPr>
        <w:tc>
          <w:tcPr>
            <w:tcW w:w="1135" w:type="dxa"/>
            <w:vMerge/>
          </w:tcPr>
          <w:p w14:paraId="10167726"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vAlign w:val="center"/>
          </w:tcPr>
          <w:p w14:paraId="48E5B5B6"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vAlign w:val="center"/>
          </w:tcPr>
          <w:p w14:paraId="2F78D6D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49D6DA2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17624000</w:t>
            </w:r>
          </w:p>
        </w:tc>
        <w:tc>
          <w:tcPr>
            <w:tcW w:w="2132" w:type="dxa"/>
            <w:vAlign w:val="center"/>
          </w:tcPr>
          <w:p w14:paraId="527B36F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Activos por derecho de uso - equipo de cómputo</w:t>
            </w:r>
          </w:p>
        </w:tc>
      </w:tr>
      <w:tr w:rsidR="00E35433" w:rsidRPr="00E35433" w14:paraId="2B86486C" w14:textId="77777777" w:rsidTr="00C55BA7">
        <w:trPr>
          <w:trHeight w:val="118"/>
          <w:jc w:val="center"/>
        </w:trPr>
        <w:tc>
          <w:tcPr>
            <w:tcW w:w="1135" w:type="dxa"/>
            <w:vAlign w:val="center"/>
          </w:tcPr>
          <w:p w14:paraId="16D4F6E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g)</w:t>
            </w:r>
          </w:p>
        </w:tc>
        <w:tc>
          <w:tcPr>
            <w:tcW w:w="3392" w:type="dxa"/>
            <w:vAlign w:val="center"/>
          </w:tcPr>
          <w:p w14:paraId="0310DB7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Pérdida del periodo.</w:t>
            </w:r>
          </w:p>
        </w:tc>
        <w:tc>
          <w:tcPr>
            <w:tcW w:w="3403" w:type="dxa"/>
            <w:gridSpan w:val="2"/>
            <w:vAlign w:val="center"/>
          </w:tcPr>
          <w:p w14:paraId="38BFBB5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tcPr>
          <w:p w14:paraId="2E820BE3" w14:textId="77777777" w:rsidR="00E35433" w:rsidRPr="00E35433" w:rsidDel="00DB4819"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36200000</w:t>
            </w:r>
          </w:p>
        </w:tc>
        <w:tc>
          <w:tcPr>
            <w:tcW w:w="2132" w:type="dxa"/>
          </w:tcPr>
          <w:p w14:paraId="4E0EDECD" w14:textId="77777777" w:rsidR="00E35433" w:rsidRPr="00E35433" w:rsidDel="00DB4819" w:rsidRDefault="00E35433" w:rsidP="00E35433">
            <w:pPr>
              <w:spacing w:before="0" w:after="0" w:line="240" w:lineRule="auto"/>
              <w:jc w:val="left"/>
              <w:rPr>
                <w:rFonts w:ascii="Roboto" w:eastAsia="Aptos" w:hAnsi="Roboto"/>
                <w:sz w:val="16"/>
                <w:szCs w:val="16"/>
                <w:lang w:val="es-CR"/>
              </w:rPr>
            </w:pPr>
          </w:p>
        </w:tc>
      </w:tr>
      <w:tr w:rsidR="00E35433" w:rsidRPr="00E35433" w14:paraId="59B2A915" w14:textId="77777777" w:rsidTr="00E35433">
        <w:trPr>
          <w:jc w:val="center"/>
        </w:trPr>
        <w:tc>
          <w:tcPr>
            <w:tcW w:w="1135" w:type="dxa"/>
            <w:shd w:val="clear" w:color="auto" w:fill="F2F2F2"/>
            <w:vAlign w:val="center"/>
          </w:tcPr>
          <w:p w14:paraId="59952AE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h)</w:t>
            </w:r>
          </w:p>
        </w:tc>
        <w:tc>
          <w:tcPr>
            <w:tcW w:w="3392" w:type="dxa"/>
            <w:shd w:val="clear" w:color="auto" w:fill="F2F2F2"/>
            <w:vAlign w:val="center"/>
          </w:tcPr>
          <w:p w14:paraId="4A9CC22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pérdidas acumuladas de ejercicios anteriores.</w:t>
            </w:r>
          </w:p>
        </w:tc>
        <w:tc>
          <w:tcPr>
            <w:tcW w:w="3403" w:type="dxa"/>
            <w:gridSpan w:val="2"/>
            <w:shd w:val="clear" w:color="auto" w:fill="F2F2F2"/>
            <w:vAlign w:val="center"/>
          </w:tcPr>
          <w:p w14:paraId="7AD230C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6CA5585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35200000</w:t>
            </w:r>
          </w:p>
        </w:tc>
        <w:tc>
          <w:tcPr>
            <w:tcW w:w="2132" w:type="dxa"/>
            <w:shd w:val="clear" w:color="auto" w:fill="F2F2F2"/>
          </w:tcPr>
          <w:p w14:paraId="1E3B081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(Pérdidas acumuladas de ejercicios anteriores)</w:t>
            </w:r>
          </w:p>
        </w:tc>
      </w:tr>
      <w:tr w:rsidR="00E35433" w:rsidRPr="00E35433" w14:paraId="350FB215" w14:textId="77777777" w:rsidTr="00C55BA7">
        <w:trPr>
          <w:jc w:val="center"/>
        </w:trPr>
        <w:tc>
          <w:tcPr>
            <w:tcW w:w="1135" w:type="dxa"/>
            <w:vMerge w:val="restart"/>
            <w:vAlign w:val="center"/>
          </w:tcPr>
          <w:p w14:paraId="360D6A1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i)</w:t>
            </w:r>
          </w:p>
        </w:tc>
        <w:tc>
          <w:tcPr>
            <w:tcW w:w="3392" w:type="dxa"/>
            <w:vMerge w:val="restart"/>
            <w:vAlign w:val="center"/>
          </w:tcPr>
          <w:p w14:paraId="3BABB79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importe neto positivo de restar al saldo de los activos por impuestos diferidos (AID), el saldo de los pasivos por impuestos diferidos (PID).</w:t>
            </w:r>
          </w:p>
        </w:tc>
        <w:tc>
          <w:tcPr>
            <w:tcW w:w="3403" w:type="dxa"/>
            <w:gridSpan w:val="2"/>
            <w:vAlign w:val="center"/>
          </w:tcPr>
          <w:p w14:paraId="45AE0CE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4131712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14601000</w:t>
            </w:r>
          </w:p>
        </w:tc>
        <w:tc>
          <w:tcPr>
            <w:tcW w:w="2132" w:type="dxa"/>
          </w:tcPr>
          <w:p w14:paraId="20CEB55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Impuesto sobre la renta diferido</w:t>
            </w:r>
          </w:p>
        </w:tc>
      </w:tr>
      <w:tr w:rsidR="00E35433" w:rsidRPr="00E35433" w14:paraId="57F1537D" w14:textId="77777777" w:rsidTr="00C55BA7">
        <w:trPr>
          <w:jc w:val="center"/>
        </w:trPr>
        <w:tc>
          <w:tcPr>
            <w:tcW w:w="1135" w:type="dxa"/>
            <w:vMerge/>
          </w:tcPr>
          <w:p w14:paraId="362FA38D"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vAlign w:val="center"/>
          </w:tcPr>
          <w:p w14:paraId="5CA21C7B"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vAlign w:val="center"/>
          </w:tcPr>
          <w:p w14:paraId="522B86B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6ADC8AE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 xml:space="preserve">Menos </w:t>
            </w:r>
            <w:r w:rsidRPr="00E35433">
              <w:rPr>
                <w:rFonts w:ascii="Roboto" w:eastAsia="Aptos" w:hAnsi="Roboto"/>
                <w:sz w:val="16"/>
                <w:szCs w:val="16"/>
                <w:lang w:val="es-CR"/>
              </w:rPr>
              <w:br/>
              <w:t>24602000</w:t>
            </w:r>
          </w:p>
        </w:tc>
        <w:tc>
          <w:tcPr>
            <w:tcW w:w="2132" w:type="dxa"/>
          </w:tcPr>
          <w:p w14:paraId="29CA7B8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Impuesto sobre la renta diferido</w:t>
            </w:r>
          </w:p>
        </w:tc>
      </w:tr>
      <w:tr w:rsidR="00E35433" w:rsidRPr="00E35433" w14:paraId="606AE1C7" w14:textId="77777777" w:rsidTr="00E35433">
        <w:trPr>
          <w:jc w:val="center"/>
        </w:trPr>
        <w:tc>
          <w:tcPr>
            <w:tcW w:w="1135" w:type="dxa"/>
            <w:vMerge w:val="restart"/>
            <w:shd w:val="clear" w:color="auto" w:fill="F2F2F2"/>
            <w:vAlign w:val="center"/>
          </w:tcPr>
          <w:p w14:paraId="601CC8C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j)</w:t>
            </w:r>
          </w:p>
        </w:tc>
        <w:tc>
          <w:tcPr>
            <w:tcW w:w="3392" w:type="dxa"/>
            <w:vMerge w:val="restart"/>
            <w:shd w:val="clear" w:color="auto" w:fill="F2F2F2"/>
            <w:vAlign w:val="center"/>
          </w:tcPr>
          <w:p w14:paraId="4B4EBF5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Importe neto positivo de restar al saldo de los activos por impuestos al valor agregado, el saldo de los pasivos por impuestos al valor agregado.</w:t>
            </w:r>
          </w:p>
        </w:tc>
        <w:tc>
          <w:tcPr>
            <w:tcW w:w="3403" w:type="dxa"/>
            <w:gridSpan w:val="2"/>
            <w:shd w:val="clear" w:color="auto" w:fill="F2F2F2"/>
            <w:vAlign w:val="center"/>
          </w:tcPr>
          <w:p w14:paraId="270EAED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79573AB5"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14603000</w:t>
            </w:r>
          </w:p>
        </w:tc>
        <w:tc>
          <w:tcPr>
            <w:tcW w:w="2132" w:type="dxa"/>
            <w:shd w:val="clear" w:color="auto" w:fill="F2F2F2"/>
          </w:tcPr>
          <w:p w14:paraId="22743D9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Impuesto al Valor Agregado Soportado</w:t>
            </w:r>
          </w:p>
        </w:tc>
      </w:tr>
      <w:tr w:rsidR="00E35433" w:rsidRPr="00E35433" w14:paraId="2C566519" w14:textId="77777777" w:rsidTr="00E35433">
        <w:trPr>
          <w:jc w:val="center"/>
        </w:trPr>
        <w:tc>
          <w:tcPr>
            <w:tcW w:w="1135" w:type="dxa"/>
            <w:vMerge/>
            <w:shd w:val="clear" w:color="auto" w:fill="F2F2F2"/>
          </w:tcPr>
          <w:p w14:paraId="7F648407"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vAlign w:val="center"/>
          </w:tcPr>
          <w:p w14:paraId="4E2A0098"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shd w:val="clear" w:color="auto" w:fill="F2F2F2"/>
            <w:vAlign w:val="center"/>
          </w:tcPr>
          <w:p w14:paraId="3C65B165"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245331E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14604000</w:t>
            </w:r>
          </w:p>
        </w:tc>
        <w:tc>
          <w:tcPr>
            <w:tcW w:w="2132" w:type="dxa"/>
            <w:shd w:val="clear" w:color="auto" w:fill="F2F2F2"/>
          </w:tcPr>
          <w:p w14:paraId="26AF40D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Impuesto al Valor Agregado Deducible</w:t>
            </w:r>
          </w:p>
        </w:tc>
      </w:tr>
      <w:tr w:rsidR="00E35433" w:rsidRPr="00E35433" w14:paraId="1A7000A4" w14:textId="77777777" w:rsidTr="00E35433">
        <w:trPr>
          <w:jc w:val="center"/>
        </w:trPr>
        <w:tc>
          <w:tcPr>
            <w:tcW w:w="1135" w:type="dxa"/>
            <w:vMerge/>
            <w:shd w:val="clear" w:color="auto" w:fill="F2F2F2"/>
          </w:tcPr>
          <w:p w14:paraId="09713B63"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shd w:val="clear" w:color="auto" w:fill="F2F2F2"/>
            <w:vAlign w:val="center"/>
          </w:tcPr>
          <w:p w14:paraId="58000D7F"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shd w:val="clear" w:color="auto" w:fill="F2F2F2"/>
            <w:vAlign w:val="center"/>
          </w:tcPr>
          <w:p w14:paraId="1512946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04D345E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MENOS</w:t>
            </w:r>
            <w:r w:rsidRPr="00E35433">
              <w:rPr>
                <w:rFonts w:ascii="Roboto" w:eastAsia="Aptos" w:hAnsi="Roboto"/>
                <w:sz w:val="16"/>
                <w:szCs w:val="16"/>
                <w:lang w:val="es-CR"/>
              </w:rPr>
              <w:br/>
              <w:t>24204M02</w:t>
            </w:r>
          </w:p>
        </w:tc>
        <w:tc>
          <w:tcPr>
            <w:tcW w:w="2132" w:type="dxa"/>
            <w:shd w:val="clear" w:color="auto" w:fill="F2F2F2"/>
          </w:tcPr>
          <w:p w14:paraId="382C66C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 Impuesto al valor agregado por pagar</w:t>
            </w:r>
          </w:p>
        </w:tc>
      </w:tr>
      <w:tr w:rsidR="00E35433" w:rsidRPr="00E35433" w14:paraId="2D2E90CD" w14:textId="77777777" w:rsidTr="00C55BA7">
        <w:trPr>
          <w:trHeight w:val="394"/>
          <w:jc w:val="center"/>
        </w:trPr>
        <w:tc>
          <w:tcPr>
            <w:tcW w:w="1135" w:type="dxa"/>
            <w:tcBorders>
              <w:bottom w:val="single" w:sz="4" w:space="0" w:color="auto"/>
            </w:tcBorders>
            <w:vAlign w:val="center"/>
          </w:tcPr>
          <w:p w14:paraId="55D5625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k)</w:t>
            </w:r>
          </w:p>
        </w:tc>
        <w:tc>
          <w:tcPr>
            <w:tcW w:w="3392" w:type="dxa"/>
            <w:tcBorders>
              <w:bottom w:val="single" w:sz="4" w:space="0" w:color="auto"/>
            </w:tcBorders>
            <w:vAlign w:val="center"/>
          </w:tcPr>
          <w:p w14:paraId="762A06A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Importe de las deducciones que exceda a los elementos del CAN1 de la empresa</w:t>
            </w:r>
          </w:p>
        </w:tc>
        <w:tc>
          <w:tcPr>
            <w:tcW w:w="1128" w:type="dxa"/>
            <w:tcBorders>
              <w:bottom w:val="single" w:sz="4" w:space="0" w:color="auto"/>
            </w:tcBorders>
            <w:vAlign w:val="center"/>
          </w:tcPr>
          <w:p w14:paraId="454F3D1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20220149</w:t>
            </w:r>
          </w:p>
        </w:tc>
        <w:tc>
          <w:tcPr>
            <w:tcW w:w="2275" w:type="dxa"/>
            <w:tcBorders>
              <w:bottom w:val="single" w:sz="4" w:space="0" w:color="auto"/>
            </w:tcBorders>
            <w:vAlign w:val="center"/>
          </w:tcPr>
          <w:p w14:paraId="0BE698C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Deducciones que excedan a los elementos del CAN 1</w:t>
            </w:r>
          </w:p>
        </w:tc>
        <w:tc>
          <w:tcPr>
            <w:tcW w:w="3401" w:type="dxa"/>
            <w:gridSpan w:val="2"/>
            <w:tcBorders>
              <w:bottom w:val="single" w:sz="4" w:space="0" w:color="auto"/>
            </w:tcBorders>
            <w:vAlign w:val="center"/>
          </w:tcPr>
          <w:p w14:paraId="287F0D5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r>
      <w:tr w:rsidR="00E35433" w:rsidRPr="00E35433" w14:paraId="6B0736CD" w14:textId="77777777" w:rsidTr="00C55BA7">
        <w:trPr>
          <w:jc w:val="center"/>
        </w:trPr>
        <w:tc>
          <w:tcPr>
            <w:tcW w:w="1135" w:type="dxa"/>
            <w:tcBorders>
              <w:bottom w:val="single" w:sz="12" w:space="0" w:color="auto"/>
              <w:right w:val="nil"/>
            </w:tcBorders>
          </w:tcPr>
          <w:p w14:paraId="6E75E109"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left w:val="nil"/>
              <w:bottom w:val="single" w:sz="12" w:space="0" w:color="auto"/>
              <w:right w:val="nil"/>
            </w:tcBorders>
          </w:tcPr>
          <w:p w14:paraId="3B470AEF"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left w:val="nil"/>
              <w:bottom w:val="single" w:sz="12" w:space="0" w:color="auto"/>
              <w:right w:val="nil"/>
            </w:tcBorders>
          </w:tcPr>
          <w:p w14:paraId="2F7B459F"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left w:val="nil"/>
              <w:bottom w:val="single" w:sz="12" w:space="0" w:color="auto"/>
              <w:right w:val="nil"/>
            </w:tcBorders>
          </w:tcPr>
          <w:p w14:paraId="272AB397"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left w:val="nil"/>
              <w:bottom w:val="single" w:sz="12" w:space="0" w:color="auto"/>
              <w:right w:val="nil"/>
            </w:tcBorders>
          </w:tcPr>
          <w:p w14:paraId="2C385EA1"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left w:val="nil"/>
              <w:bottom w:val="single" w:sz="12" w:space="0" w:color="auto"/>
            </w:tcBorders>
          </w:tcPr>
          <w:p w14:paraId="099317DD"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17DB1655"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0ECE352F"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II) CAPITAL ADICIONAL NIVEL 1 (3 - 4)</w:t>
            </w:r>
          </w:p>
        </w:tc>
      </w:tr>
      <w:tr w:rsidR="00E35433" w:rsidRPr="00E35433" w14:paraId="0CF09F00" w14:textId="77777777" w:rsidTr="00E35433">
        <w:trPr>
          <w:jc w:val="center"/>
        </w:trPr>
        <w:tc>
          <w:tcPr>
            <w:tcW w:w="1135" w:type="dxa"/>
            <w:tcBorders>
              <w:top w:val="single" w:sz="12" w:space="0" w:color="auto"/>
              <w:left w:val="single" w:sz="12" w:space="0" w:color="auto"/>
              <w:bottom w:val="single" w:sz="12" w:space="0" w:color="auto"/>
              <w:right w:val="single" w:sz="4" w:space="0" w:color="auto"/>
            </w:tcBorders>
            <w:shd w:val="clear" w:color="auto" w:fill="DAE9F7"/>
          </w:tcPr>
          <w:p w14:paraId="4AF46E94"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Artículo 100</w:t>
            </w:r>
          </w:p>
        </w:tc>
        <w:tc>
          <w:tcPr>
            <w:tcW w:w="10196" w:type="dxa"/>
            <w:gridSpan w:val="5"/>
            <w:tcBorders>
              <w:top w:val="single" w:sz="12" w:space="0" w:color="auto"/>
              <w:left w:val="single" w:sz="4" w:space="0" w:color="auto"/>
              <w:bottom w:val="single" w:sz="12" w:space="0" w:color="auto"/>
              <w:right w:val="single" w:sz="12" w:space="0" w:color="auto"/>
            </w:tcBorders>
            <w:shd w:val="clear" w:color="auto" w:fill="DAE9F7"/>
          </w:tcPr>
          <w:p w14:paraId="1E430A58"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3) Elementos del CAN1</w:t>
            </w:r>
          </w:p>
        </w:tc>
      </w:tr>
      <w:tr w:rsidR="00E35433" w:rsidRPr="00E35433" w14:paraId="7A9AA50C" w14:textId="77777777" w:rsidTr="00C55BA7">
        <w:trPr>
          <w:jc w:val="center"/>
        </w:trPr>
        <w:tc>
          <w:tcPr>
            <w:tcW w:w="1135" w:type="dxa"/>
            <w:tcBorders>
              <w:top w:val="single" w:sz="12" w:space="0" w:color="auto"/>
            </w:tcBorders>
            <w:vAlign w:val="center"/>
          </w:tcPr>
          <w:p w14:paraId="06106BF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vAlign w:val="center"/>
          </w:tcPr>
          <w:p w14:paraId="3F0B8A1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Los instrumentos emitidos por la empresa que cumplan con todos y cada uno de los criterios de admisibilidad para formar parte </w:t>
            </w:r>
            <w:r w:rsidRPr="00E35433">
              <w:rPr>
                <w:rFonts w:ascii="Roboto" w:eastAsia="Aptos" w:hAnsi="Roboto"/>
                <w:sz w:val="16"/>
                <w:szCs w:val="16"/>
                <w:lang w:val="es-CR"/>
              </w:rPr>
              <w:lastRenderedPageBreak/>
              <w:t>del CAN1, dispuestos en el Anexo XVI de este reglamento.</w:t>
            </w:r>
          </w:p>
        </w:tc>
        <w:tc>
          <w:tcPr>
            <w:tcW w:w="3403" w:type="dxa"/>
            <w:gridSpan w:val="2"/>
            <w:tcBorders>
              <w:top w:val="single" w:sz="12" w:space="0" w:color="auto"/>
            </w:tcBorders>
            <w:vAlign w:val="center"/>
          </w:tcPr>
          <w:p w14:paraId="38BDBBF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lastRenderedPageBreak/>
              <w:t>No procede</w:t>
            </w:r>
          </w:p>
        </w:tc>
        <w:tc>
          <w:tcPr>
            <w:tcW w:w="1269" w:type="dxa"/>
            <w:tcBorders>
              <w:top w:val="single" w:sz="12" w:space="0" w:color="auto"/>
            </w:tcBorders>
            <w:vAlign w:val="center"/>
          </w:tcPr>
          <w:p w14:paraId="61E0FF9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31102000</w:t>
            </w:r>
          </w:p>
        </w:tc>
        <w:tc>
          <w:tcPr>
            <w:tcW w:w="2132" w:type="dxa"/>
            <w:tcBorders>
              <w:top w:val="single" w:sz="12" w:space="0" w:color="auto"/>
            </w:tcBorders>
            <w:vAlign w:val="center"/>
          </w:tcPr>
          <w:p w14:paraId="0FBA56A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preferente</w:t>
            </w:r>
          </w:p>
        </w:tc>
      </w:tr>
      <w:tr w:rsidR="00E35433" w:rsidRPr="00E35433" w14:paraId="4B88BFEF" w14:textId="77777777" w:rsidTr="00E35433">
        <w:trPr>
          <w:jc w:val="center"/>
        </w:trPr>
        <w:tc>
          <w:tcPr>
            <w:tcW w:w="1135" w:type="dxa"/>
            <w:shd w:val="clear" w:color="auto" w:fill="F2F2F2"/>
            <w:vAlign w:val="center"/>
          </w:tcPr>
          <w:p w14:paraId="19BAA48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vAlign w:val="center"/>
          </w:tcPr>
          <w:p w14:paraId="2846FA4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primas de emisión conexas a los instrumentos a que se refiere el inciso a), netas de los correspondientes descuentos y costos de emisión y colocación.</w:t>
            </w:r>
          </w:p>
        </w:tc>
        <w:tc>
          <w:tcPr>
            <w:tcW w:w="3403" w:type="dxa"/>
            <w:gridSpan w:val="2"/>
            <w:shd w:val="clear" w:color="auto" w:fill="F2F2F2"/>
            <w:vAlign w:val="center"/>
          </w:tcPr>
          <w:p w14:paraId="45FB6B5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5951359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32100000</w:t>
            </w:r>
          </w:p>
        </w:tc>
        <w:tc>
          <w:tcPr>
            <w:tcW w:w="2132" w:type="dxa"/>
            <w:shd w:val="clear" w:color="auto" w:fill="F2F2F2"/>
            <w:vAlign w:val="center"/>
          </w:tcPr>
          <w:p w14:paraId="1B81543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 adicional</w:t>
            </w:r>
          </w:p>
        </w:tc>
      </w:tr>
      <w:tr w:rsidR="00E35433" w:rsidRPr="00E35433" w14:paraId="1956F8FA" w14:textId="77777777" w:rsidTr="00C55BA7">
        <w:trPr>
          <w:trHeight w:val="960"/>
          <w:jc w:val="center"/>
        </w:trPr>
        <w:tc>
          <w:tcPr>
            <w:tcW w:w="1135" w:type="dxa"/>
            <w:vMerge w:val="restart"/>
            <w:vAlign w:val="center"/>
          </w:tcPr>
          <w:p w14:paraId="58381AA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vMerge w:val="restart"/>
            <w:vAlign w:val="center"/>
          </w:tcPr>
          <w:p w14:paraId="7B624E0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aportes y donaciones para incrementos de capital social, autorizados por CONASSIF y en trámite de inscripción en el Registro Público. Los aportes y donaciones deben corresponder a instrumentos admisibles en el CAN1, según el inciso a) de este Artículo.</w:t>
            </w:r>
          </w:p>
        </w:tc>
        <w:tc>
          <w:tcPr>
            <w:tcW w:w="1128" w:type="dxa"/>
            <w:vAlign w:val="center"/>
          </w:tcPr>
          <w:p w14:paraId="0559587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20140120</w:t>
            </w:r>
          </w:p>
        </w:tc>
        <w:tc>
          <w:tcPr>
            <w:tcW w:w="2275" w:type="dxa"/>
            <w:vAlign w:val="center"/>
          </w:tcPr>
          <w:p w14:paraId="4FA28326"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y donaciones para incrementos de capital social, autorizados por CONASSIF y en trámite de inscripción en el Registro Público para CAN 1</w:t>
            </w:r>
          </w:p>
        </w:tc>
        <w:tc>
          <w:tcPr>
            <w:tcW w:w="1269" w:type="dxa"/>
            <w:vAlign w:val="center"/>
          </w:tcPr>
          <w:p w14:paraId="288E271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32201M01</w:t>
            </w:r>
          </w:p>
        </w:tc>
        <w:tc>
          <w:tcPr>
            <w:tcW w:w="2132" w:type="dxa"/>
            <w:vAlign w:val="center"/>
          </w:tcPr>
          <w:p w14:paraId="707D7DF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por capitalizar autorizados y por registrar en el Registro Público</w:t>
            </w:r>
          </w:p>
        </w:tc>
      </w:tr>
      <w:tr w:rsidR="00E35433" w:rsidRPr="00E35433" w14:paraId="59993729" w14:textId="77777777" w:rsidTr="00C55BA7">
        <w:trPr>
          <w:jc w:val="center"/>
        </w:trPr>
        <w:tc>
          <w:tcPr>
            <w:tcW w:w="1135" w:type="dxa"/>
            <w:vMerge/>
            <w:vAlign w:val="center"/>
          </w:tcPr>
          <w:p w14:paraId="389A4CC9"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vAlign w:val="center"/>
          </w:tcPr>
          <w:p w14:paraId="12809D2E"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vAlign w:val="center"/>
          </w:tcPr>
          <w:p w14:paraId="6B1A9F3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20140120</w:t>
            </w:r>
          </w:p>
        </w:tc>
        <w:tc>
          <w:tcPr>
            <w:tcW w:w="2275" w:type="dxa"/>
            <w:vAlign w:val="center"/>
          </w:tcPr>
          <w:p w14:paraId="775BC37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y donaciones para incrementos de capital social, autorizados por CONASSIF y en trámite de inscripción en el Registro Público para CAN 1</w:t>
            </w:r>
          </w:p>
        </w:tc>
        <w:tc>
          <w:tcPr>
            <w:tcW w:w="1269" w:type="dxa"/>
            <w:vAlign w:val="center"/>
          </w:tcPr>
          <w:p w14:paraId="1666CA6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32202M01</w:t>
            </w:r>
          </w:p>
        </w:tc>
        <w:tc>
          <w:tcPr>
            <w:tcW w:w="2132" w:type="dxa"/>
            <w:vAlign w:val="center"/>
          </w:tcPr>
          <w:p w14:paraId="006FBC5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Donaciones autorizadas por capitalizar pendientes de registrar en el Registro Público</w:t>
            </w:r>
          </w:p>
        </w:tc>
      </w:tr>
      <w:tr w:rsidR="00E35433" w:rsidRPr="00E35433" w14:paraId="30D317EE" w14:textId="77777777" w:rsidTr="00E35433">
        <w:trPr>
          <w:jc w:val="center"/>
        </w:trPr>
        <w:tc>
          <w:tcPr>
            <w:tcW w:w="1135" w:type="dxa"/>
            <w:tcBorders>
              <w:bottom w:val="single" w:sz="4" w:space="0" w:color="auto"/>
            </w:tcBorders>
            <w:shd w:val="clear" w:color="auto" w:fill="F2F2F2"/>
            <w:vAlign w:val="center"/>
          </w:tcPr>
          <w:p w14:paraId="65E60CC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d)</w:t>
            </w:r>
          </w:p>
        </w:tc>
        <w:tc>
          <w:tcPr>
            <w:tcW w:w="3392" w:type="dxa"/>
            <w:tcBorders>
              <w:bottom w:val="single" w:sz="4" w:space="0" w:color="auto"/>
            </w:tcBorders>
            <w:shd w:val="clear" w:color="auto" w:fill="F2F2F2"/>
            <w:vAlign w:val="center"/>
          </w:tcPr>
          <w:p w14:paraId="45849D9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reservas patrimoniales reveladas, constituidas voluntariamente con el fin específico de absorber pérdidas patrimoniales durante la marcha de la empresa. De previo a su admisión dentro del CAN1, dichas reservas deben declararse como no redimibles, mediante acuerdo del máximo órgano directivo de la empresa.</w:t>
            </w:r>
          </w:p>
        </w:tc>
        <w:tc>
          <w:tcPr>
            <w:tcW w:w="1128" w:type="dxa"/>
            <w:tcBorders>
              <w:bottom w:val="single" w:sz="4" w:space="0" w:color="auto"/>
            </w:tcBorders>
            <w:shd w:val="clear" w:color="auto" w:fill="F2F2F2"/>
            <w:vAlign w:val="center"/>
          </w:tcPr>
          <w:p w14:paraId="0B9E49E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20140125</w:t>
            </w:r>
          </w:p>
        </w:tc>
        <w:tc>
          <w:tcPr>
            <w:tcW w:w="2275" w:type="dxa"/>
            <w:tcBorders>
              <w:bottom w:val="single" w:sz="4" w:space="0" w:color="auto"/>
            </w:tcBorders>
            <w:shd w:val="clear" w:color="auto" w:fill="F2F2F2"/>
            <w:vAlign w:val="center"/>
          </w:tcPr>
          <w:p w14:paraId="5286D90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Reservas voluntarias no redimibles para absorber pérdidas durante la marcha de la entidad</w:t>
            </w:r>
          </w:p>
        </w:tc>
        <w:tc>
          <w:tcPr>
            <w:tcW w:w="1269" w:type="dxa"/>
            <w:tcBorders>
              <w:bottom w:val="single" w:sz="4" w:space="0" w:color="auto"/>
            </w:tcBorders>
            <w:shd w:val="clear" w:color="auto" w:fill="F2F2F2"/>
            <w:vAlign w:val="center"/>
          </w:tcPr>
          <w:p w14:paraId="1A4173E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34302M01</w:t>
            </w:r>
          </w:p>
        </w:tc>
        <w:tc>
          <w:tcPr>
            <w:tcW w:w="2132" w:type="dxa"/>
            <w:tcBorders>
              <w:bottom w:val="single" w:sz="4" w:space="0" w:color="auto"/>
            </w:tcBorders>
            <w:shd w:val="clear" w:color="auto" w:fill="F2F2F2"/>
            <w:vAlign w:val="center"/>
          </w:tcPr>
          <w:p w14:paraId="5C0951B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xml:space="preserve">  </w:t>
            </w:r>
          </w:p>
          <w:p w14:paraId="6C91CF8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Reservas voluntarias para cobertura de pérdidas</w:t>
            </w:r>
          </w:p>
        </w:tc>
      </w:tr>
      <w:tr w:rsidR="00E35433" w:rsidRPr="00E35433" w14:paraId="05584278" w14:textId="77777777" w:rsidTr="00C55BA7">
        <w:trPr>
          <w:jc w:val="center"/>
        </w:trPr>
        <w:tc>
          <w:tcPr>
            <w:tcW w:w="1135" w:type="dxa"/>
            <w:tcBorders>
              <w:bottom w:val="single" w:sz="12" w:space="0" w:color="auto"/>
              <w:right w:val="nil"/>
            </w:tcBorders>
          </w:tcPr>
          <w:p w14:paraId="2D49CD9E"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left w:val="nil"/>
              <w:bottom w:val="single" w:sz="12" w:space="0" w:color="auto"/>
              <w:right w:val="nil"/>
            </w:tcBorders>
          </w:tcPr>
          <w:p w14:paraId="0361FD2B"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left w:val="nil"/>
              <w:bottom w:val="single" w:sz="12" w:space="0" w:color="auto"/>
              <w:right w:val="nil"/>
            </w:tcBorders>
          </w:tcPr>
          <w:p w14:paraId="613A1B22"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left w:val="nil"/>
              <w:bottom w:val="single" w:sz="12" w:space="0" w:color="auto"/>
              <w:right w:val="nil"/>
            </w:tcBorders>
          </w:tcPr>
          <w:p w14:paraId="0D2FD041"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left w:val="nil"/>
              <w:bottom w:val="single" w:sz="12" w:space="0" w:color="auto"/>
              <w:right w:val="nil"/>
            </w:tcBorders>
          </w:tcPr>
          <w:p w14:paraId="7E550C7A"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left w:val="nil"/>
              <w:bottom w:val="single" w:sz="12" w:space="0" w:color="auto"/>
            </w:tcBorders>
          </w:tcPr>
          <w:p w14:paraId="1FCC8D5F"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31BCCD78" w14:textId="77777777" w:rsidTr="00E35433">
        <w:trPr>
          <w:jc w:val="center"/>
        </w:trPr>
        <w:tc>
          <w:tcPr>
            <w:tcW w:w="1135" w:type="dxa"/>
            <w:tcBorders>
              <w:top w:val="single" w:sz="12" w:space="0" w:color="auto"/>
              <w:left w:val="single" w:sz="12" w:space="0" w:color="auto"/>
              <w:bottom w:val="single" w:sz="12" w:space="0" w:color="auto"/>
            </w:tcBorders>
            <w:shd w:val="clear" w:color="auto" w:fill="DAE9F7"/>
          </w:tcPr>
          <w:p w14:paraId="25FA979D"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Artículo 102</w:t>
            </w:r>
          </w:p>
        </w:tc>
        <w:tc>
          <w:tcPr>
            <w:tcW w:w="3392" w:type="dxa"/>
            <w:tcBorders>
              <w:top w:val="single" w:sz="12" w:space="0" w:color="auto"/>
              <w:bottom w:val="single" w:sz="12" w:space="0" w:color="auto"/>
            </w:tcBorders>
            <w:shd w:val="clear" w:color="auto" w:fill="DAE9F7"/>
          </w:tcPr>
          <w:p w14:paraId="19972759"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4. Deducciones a los elementos de CAN1</w:t>
            </w:r>
          </w:p>
        </w:tc>
        <w:tc>
          <w:tcPr>
            <w:tcW w:w="1128" w:type="dxa"/>
            <w:tcBorders>
              <w:top w:val="single" w:sz="12" w:space="0" w:color="auto"/>
              <w:bottom w:val="single" w:sz="12" w:space="0" w:color="auto"/>
            </w:tcBorders>
            <w:shd w:val="clear" w:color="auto" w:fill="DAE9F7"/>
            <w:vAlign w:val="center"/>
          </w:tcPr>
          <w:p w14:paraId="56CD357B" w14:textId="77777777" w:rsidR="00E35433" w:rsidRPr="00E35433" w:rsidRDefault="00E35433" w:rsidP="00E35433">
            <w:pPr>
              <w:spacing w:before="0" w:after="0" w:line="240" w:lineRule="auto"/>
              <w:jc w:val="center"/>
              <w:rPr>
                <w:rFonts w:ascii="Roboto" w:eastAsia="Aptos" w:hAnsi="Roboto"/>
                <w:b/>
                <w:bCs/>
                <w:sz w:val="16"/>
                <w:szCs w:val="16"/>
                <w:lang w:val="es-CR"/>
              </w:rPr>
            </w:pPr>
          </w:p>
        </w:tc>
        <w:tc>
          <w:tcPr>
            <w:tcW w:w="2275" w:type="dxa"/>
            <w:tcBorders>
              <w:top w:val="single" w:sz="12" w:space="0" w:color="auto"/>
              <w:bottom w:val="single" w:sz="12" w:space="0" w:color="auto"/>
            </w:tcBorders>
            <w:shd w:val="clear" w:color="auto" w:fill="DAE9F7"/>
          </w:tcPr>
          <w:p w14:paraId="198999B6" w14:textId="77777777" w:rsidR="00E35433" w:rsidRPr="00E35433" w:rsidRDefault="00E35433" w:rsidP="00E35433">
            <w:pPr>
              <w:spacing w:before="0" w:after="0" w:line="240" w:lineRule="auto"/>
              <w:jc w:val="left"/>
              <w:rPr>
                <w:rFonts w:ascii="Roboto" w:eastAsia="Aptos" w:hAnsi="Roboto"/>
                <w:b/>
                <w:bCs/>
                <w:sz w:val="16"/>
                <w:szCs w:val="16"/>
                <w:lang w:val="es-CR"/>
              </w:rPr>
            </w:pPr>
          </w:p>
        </w:tc>
        <w:tc>
          <w:tcPr>
            <w:tcW w:w="3401" w:type="dxa"/>
            <w:gridSpan w:val="2"/>
            <w:tcBorders>
              <w:top w:val="single" w:sz="12" w:space="0" w:color="auto"/>
              <w:bottom w:val="single" w:sz="12" w:space="0" w:color="auto"/>
              <w:right w:val="single" w:sz="12" w:space="0" w:color="auto"/>
            </w:tcBorders>
            <w:shd w:val="clear" w:color="auto" w:fill="DAE9F7"/>
          </w:tcPr>
          <w:p w14:paraId="4EDA8F6B" w14:textId="77777777" w:rsidR="00E35433" w:rsidRPr="00E35433" w:rsidRDefault="00E35433" w:rsidP="00E35433">
            <w:pPr>
              <w:spacing w:before="0" w:after="0" w:line="240" w:lineRule="auto"/>
              <w:jc w:val="left"/>
              <w:rPr>
                <w:rFonts w:ascii="Roboto" w:eastAsia="Aptos" w:hAnsi="Roboto"/>
                <w:b/>
                <w:bCs/>
                <w:sz w:val="16"/>
                <w:szCs w:val="16"/>
                <w:lang w:val="es-CR"/>
              </w:rPr>
            </w:pPr>
          </w:p>
        </w:tc>
      </w:tr>
      <w:tr w:rsidR="00E35433" w:rsidRPr="00E35433" w14:paraId="7B42F203" w14:textId="77777777" w:rsidTr="00C55BA7">
        <w:trPr>
          <w:jc w:val="center"/>
        </w:trPr>
        <w:tc>
          <w:tcPr>
            <w:tcW w:w="1135" w:type="dxa"/>
            <w:tcBorders>
              <w:top w:val="single" w:sz="12" w:space="0" w:color="auto"/>
            </w:tcBorders>
            <w:vAlign w:val="center"/>
          </w:tcPr>
          <w:p w14:paraId="3323470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vAlign w:val="center"/>
          </w:tcPr>
          <w:p w14:paraId="6B6836C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CAN1 adquiridos por la propia empresa.</w:t>
            </w:r>
          </w:p>
        </w:tc>
        <w:tc>
          <w:tcPr>
            <w:tcW w:w="1128" w:type="dxa"/>
            <w:tcBorders>
              <w:top w:val="single" w:sz="12" w:space="0" w:color="auto"/>
            </w:tcBorders>
            <w:vAlign w:val="center"/>
          </w:tcPr>
          <w:p w14:paraId="180B21D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20150100</w:t>
            </w:r>
          </w:p>
        </w:tc>
        <w:tc>
          <w:tcPr>
            <w:tcW w:w="2275" w:type="dxa"/>
            <w:tcBorders>
              <w:top w:val="single" w:sz="12" w:space="0" w:color="auto"/>
            </w:tcBorders>
            <w:vAlign w:val="center"/>
          </w:tcPr>
          <w:p w14:paraId="7E1E77D7"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los instrumentos del CAN1 en tesorería</w:t>
            </w:r>
          </w:p>
        </w:tc>
        <w:tc>
          <w:tcPr>
            <w:tcW w:w="1269" w:type="dxa"/>
            <w:tcBorders>
              <w:top w:val="single" w:sz="12" w:space="0" w:color="auto"/>
            </w:tcBorders>
            <w:vAlign w:val="center"/>
          </w:tcPr>
          <w:p w14:paraId="71E8768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31502000</w:t>
            </w:r>
          </w:p>
        </w:tc>
        <w:tc>
          <w:tcPr>
            <w:tcW w:w="2132" w:type="dxa"/>
            <w:tcBorders>
              <w:top w:val="single" w:sz="12" w:space="0" w:color="auto"/>
            </w:tcBorders>
            <w:vAlign w:val="center"/>
          </w:tcPr>
          <w:p w14:paraId="7E1809F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preferente (Acciones en tesorería)</w:t>
            </w:r>
          </w:p>
        </w:tc>
      </w:tr>
      <w:tr w:rsidR="00E35433" w:rsidRPr="00E35433" w14:paraId="1CEA5E46" w14:textId="77777777" w:rsidTr="00E35433">
        <w:trPr>
          <w:jc w:val="center"/>
        </w:trPr>
        <w:tc>
          <w:tcPr>
            <w:tcW w:w="1135" w:type="dxa"/>
            <w:shd w:val="clear" w:color="auto" w:fill="F2F2F2"/>
            <w:vAlign w:val="center"/>
          </w:tcPr>
          <w:p w14:paraId="524B609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vAlign w:val="center"/>
          </w:tcPr>
          <w:p w14:paraId="30C5524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CAN1 emitidos por la propia empresa que se encuentran dados en garantía de operaciones crediticias otorgadas por ella misma.</w:t>
            </w:r>
          </w:p>
        </w:tc>
        <w:tc>
          <w:tcPr>
            <w:tcW w:w="1128" w:type="dxa"/>
            <w:shd w:val="clear" w:color="auto" w:fill="F2F2F2"/>
            <w:vAlign w:val="center"/>
          </w:tcPr>
          <w:p w14:paraId="1CF33ED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20150110</w:t>
            </w:r>
          </w:p>
        </w:tc>
        <w:tc>
          <w:tcPr>
            <w:tcW w:w="2275" w:type="dxa"/>
            <w:shd w:val="clear" w:color="auto" w:fill="F2F2F2"/>
            <w:vAlign w:val="center"/>
          </w:tcPr>
          <w:p w14:paraId="3ABDD8E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los instrumentos del CAN1 emitidos por la empresa y dados en garantía de operaciones crediticias.</w:t>
            </w:r>
          </w:p>
        </w:tc>
        <w:tc>
          <w:tcPr>
            <w:tcW w:w="1269" w:type="dxa"/>
            <w:shd w:val="clear" w:color="auto" w:fill="F2F2F2"/>
            <w:vAlign w:val="center"/>
          </w:tcPr>
          <w:p w14:paraId="2035FA5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31100000</w:t>
            </w:r>
          </w:p>
        </w:tc>
        <w:tc>
          <w:tcPr>
            <w:tcW w:w="2132" w:type="dxa"/>
            <w:shd w:val="clear" w:color="auto" w:fill="F2F2F2"/>
            <w:vAlign w:val="center"/>
          </w:tcPr>
          <w:p w14:paraId="51D2BEB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w:t>
            </w:r>
          </w:p>
        </w:tc>
      </w:tr>
      <w:tr w:rsidR="00E35433" w:rsidRPr="00E35433" w14:paraId="1B41BD70" w14:textId="77777777" w:rsidTr="00C55BA7">
        <w:trPr>
          <w:jc w:val="center"/>
        </w:trPr>
        <w:tc>
          <w:tcPr>
            <w:tcW w:w="1135" w:type="dxa"/>
            <w:vAlign w:val="center"/>
          </w:tcPr>
          <w:p w14:paraId="662F725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vAlign w:val="center"/>
          </w:tcPr>
          <w:p w14:paraId="4541E49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las participaciones en instrumentos homólogos al CAN1, que calificarían como tales bajo los criterios establecidos en el Anexo XVI de este reglamento. Esta deducción se efectúa con independencia del porcentaje de participación de la empresa supervisada en el capital social y de la naturaleza de la empresa de que se trate.</w:t>
            </w:r>
          </w:p>
        </w:tc>
        <w:tc>
          <w:tcPr>
            <w:tcW w:w="1128" w:type="dxa"/>
            <w:vAlign w:val="center"/>
          </w:tcPr>
          <w:p w14:paraId="0BEC750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Arial" w:eastAsia="Aptos" w:hAnsi="Arial" w:cs="Arial"/>
                <w:color w:val="000000"/>
                <w:sz w:val="18"/>
                <w:szCs w:val="18"/>
                <w:lang w:val="es-CR"/>
              </w:rPr>
              <w:t>20150115</w:t>
            </w:r>
          </w:p>
        </w:tc>
        <w:tc>
          <w:tcPr>
            <w:tcW w:w="2275" w:type="dxa"/>
            <w:vAlign w:val="center"/>
          </w:tcPr>
          <w:p w14:paraId="0951D85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las participaciones en instrumentos homólogos al CAN1, de otras empresas.</w:t>
            </w:r>
          </w:p>
        </w:tc>
        <w:tc>
          <w:tcPr>
            <w:tcW w:w="1269" w:type="dxa"/>
            <w:vAlign w:val="center"/>
          </w:tcPr>
          <w:p w14:paraId="23E58329"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16000000</w:t>
            </w:r>
          </w:p>
        </w:tc>
        <w:tc>
          <w:tcPr>
            <w:tcW w:w="2132" w:type="dxa"/>
            <w:vAlign w:val="center"/>
          </w:tcPr>
          <w:p w14:paraId="36E5718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en capital de otras empresas</w:t>
            </w:r>
          </w:p>
        </w:tc>
      </w:tr>
      <w:tr w:rsidR="00E35433" w:rsidRPr="00E35433" w14:paraId="0F6737F9" w14:textId="77777777" w:rsidTr="00E35433">
        <w:trPr>
          <w:jc w:val="center"/>
        </w:trPr>
        <w:tc>
          <w:tcPr>
            <w:tcW w:w="1135" w:type="dxa"/>
            <w:tcBorders>
              <w:bottom w:val="single" w:sz="4" w:space="0" w:color="auto"/>
            </w:tcBorders>
            <w:shd w:val="clear" w:color="auto" w:fill="F2F2F2"/>
            <w:vAlign w:val="center"/>
          </w:tcPr>
          <w:p w14:paraId="440D204B"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lastRenderedPageBreak/>
              <w:t>Inciso d)</w:t>
            </w:r>
          </w:p>
        </w:tc>
        <w:tc>
          <w:tcPr>
            <w:tcW w:w="3392" w:type="dxa"/>
            <w:tcBorders>
              <w:bottom w:val="single" w:sz="4" w:space="0" w:color="auto"/>
            </w:tcBorders>
            <w:shd w:val="clear" w:color="auto" w:fill="F2F2F2"/>
            <w:vAlign w:val="center"/>
          </w:tcPr>
          <w:p w14:paraId="469CB656"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importe de las deducciones que excedan el importe de los elementos del CN2 de la entidad o empresa.</w:t>
            </w:r>
          </w:p>
        </w:tc>
        <w:tc>
          <w:tcPr>
            <w:tcW w:w="1128" w:type="dxa"/>
            <w:tcBorders>
              <w:bottom w:val="single" w:sz="4" w:space="0" w:color="auto"/>
            </w:tcBorders>
            <w:shd w:val="clear" w:color="auto" w:fill="F2F2F2"/>
            <w:vAlign w:val="center"/>
          </w:tcPr>
          <w:p w14:paraId="050BD9F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20150120</w:t>
            </w:r>
          </w:p>
        </w:tc>
        <w:tc>
          <w:tcPr>
            <w:tcW w:w="2275" w:type="dxa"/>
            <w:tcBorders>
              <w:bottom w:val="single" w:sz="4" w:space="0" w:color="auto"/>
            </w:tcBorders>
            <w:shd w:val="clear" w:color="auto" w:fill="F2F2F2"/>
            <w:vAlign w:val="center"/>
          </w:tcPr>
          <w:p w14:paraId="32B5683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Importe de las deducciones del CN2 que exceda el importe de los elementos del CAN2 de la entidad</w:t>
            </w:r>
          </w:p>
        </w:tc>
        <w:tc>
          <w:tcPr>
            <w:tcW w:w="3401" w:type="dxa"/>
            <w:gridSpan w:val="2"/>
            <w:tcBorders>
              <w:bottom w:val="single" w:sz="4" w:space="0" w:color="auto"/>
            </w:tcBorders>
            <w:shd w:val="clear" w:color="auto" w:fill="F2F2F2"/>
            <w:vAlign w:val="center"/>
          </w:tcPr>
          <w:p w14:paraId="746CDD0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r>
      <w:tr w:rsidR="00E35433" w:rsidRPr="00E35433" w14:paraId="76027E61" w14:textId="77777777" w:rsidTr="00C55BA7">
        <w:trPr>
          <w:jc w:val="center"/>
        </w:trPr>
        <w:tc>
          <w:tcPr>
            <w:tcW w:w="1135" w:type="dxa"/>
            <w:tcBorders>
              <w:bottom w:val="single" w:sz="12" w:space="0" w:color="auto"/>
              <w:right w:val="nil"/>
            </w:tcBorders>
          </w:tcPr>
          <w:p w14:paraId="05DAFF63"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left w:val="nil"/>
              <w:bottom w:val="single" w:sz="12" w:space="0" w:color="auto"/>
              <w:right w:val="nil"/>
            </w:tcBorders>
          </w:tcPr>
          <w:p w14:paraId="3D8427B8"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left w:val="nil"/>
              <w:bottom w:val="single" w:sz="12" w:space="0" w:color="auto"/>
              <w:right w:val="nil"/>
            </w:tcBorders>
          </w:tcPr>
          <w:p w14:paraId="11F4A4E0"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left w:val="nil"/>
              <w:bottom w:val="single" w:sz="12" w:space="0" w:color="auto"/>
              <w:right w:val="nil"/>
            </w:tcBorders>
          </w:tcPr>
          <w:p w14:paraId="7165CF7B"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left w:val="nil"/>
              <w:bottom w:val="single" w:sz="12" w:space="0" w:color="auto"/>
              <w:right w:val="nil"/>
            </w:tcBorders>
          </w:tcPr>
          <w:p w14:paraId="69D5A508"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left w:val="nil"/>
              <w:bottom w:val="single" w:sz="12" w:space="0" w:color="auto"/>
            </w:tcBorders>
          </w:tcPr>
          <w:p w14:paraId="44290DC8"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0B6F73CD" w14:textId="77777777" w:rsidTr="00E35433">
        <w:trPr>
          <w:jc w:val="center"/>
        </w:trPr>
        <w:tc>
          <w:tcPr>
            <w:tcW w:w="11331" w:type="dxa"/>
            <w:gridSpan w:val="6"/>
            <w:tcBorders>
              <w:top w:val="single" w:sz="12" w:space="0" w:color="auto"/>
              <w:left w:val="single" w:sz="12" w:space="0" w:color="auto"/>
              <w:bottom w:val="single" w:sz="12" w:space="0" w:color="auto"/>
              <w:right w:val="single" w:sz="12" w:space="0" w:color="auto"/>
            </w:tcBorders>
            <w:shd w:val="clear" w:color="auto" w:fill="DAE9F7"/>
          </w:tcPr>
          <w:p w14:paraId="58B74F70"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B) CAPITAL NIVEL 2 (5 - 6)</w:t>
            </w:r>
          </w:p>
        </w:tc>
      </w:tr>
      <w:tr w:rsidR="00E35433" w:rsidRPr="00E35433" w14:paraId="10DEF128" w14:textId="77777777" w:rsidTr="00E35433">
        <w:trPr>
          <w:jc w:val="center"/>
        </w:trPr>
        <w:tc>
          <w:tcPr>
            <w:tcW w:w="1135" w:type="dxa"/>
            <w:tcBorders>
              <w:top w:val="single" w:sz="12" w:space="0" w:color="auto"/>
              <w:left w:val="single" w:sz="12" w:space="0" w:color="auto"/>
              <w:bottom w:val="single" w:sz="12" w:space="0" w:color="auto"/>
              <w:right w:val="single" w:sz="12" w:space="0" w:color="auto"/>
            </w:tcBorders>
            <w:shd w:val="clear" w:color="auto" w:fill="DAE9F7"/>
          </w:tcPr>
          <w:p w14:paraId="4DBA3977"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Artículo 103</w:t>
            </w:r>
          </w:p>
        </w:tc>
        <w:tc>
          <w:tcPr>
            <w:tcW w:w="10196" w:type="dxa"/>
            <w:gridSpan w:val="5"/>
            <w:tcBorders>
              <w:top w:val="single" w:sz="12" w:space="0" w:color="auto"/>
              <w:left w:val="single" w:sz="12" w:space="0" w:color="auto"/>
              <w:bottom w:val="single" w:sz="12" w:space="0" w:color="auto"/>
              <w:right w:val="single" w:sz="12" w:space="0" w:color="auto"/>
            </w:tcBorders>
            <w:shd w:val="clear" w:color="auto" w:fill="DAE9F7"/>
          </w:tcPr>
          <w:p w14:paraId="7C3B7AB2"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5. Elementos del CN2</w:t>
            </w:r>
          </w:p>
        </w:tc>
      </w:tr>
      <w:tr w:rsidR="00E35433" w:rsidRPr="00E35433" w14:paraId="61AFDA8F" w14:textId="77777777" w:rsidTr="00C55BA7">
        <w:trPr>
          <w:jc w:val="center"/>
        </w:trPr>
        <w:tc>
          <w:tcPr>
            <w:tcW w:w="1135" w:type="dxa"/>
            <w:vMerge w:val="restart"/>
            <w:tcBorders>
              <w:top w:val="single" w:sz="12" w:space="0" w:color="auto"/>
            </w:tcBorders>
            <w:vAlign w:val="center"/>
          </w:tcPr>
          <w:p w14:paraId="53D653F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vMerge w:val="restart"/>
            <w:tcBorders>
              <w:top w:val="single" w:sz="12" w:space="0" w:color="auto"/>
            </w:tcBorders>
            <w:vAlign w:val="center"/>
          </w:tcPr>
          <w:p w14:paraId="6060DD2F"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instrumentos emitidos por la empresa que cumplan con todos y cada uno de los criterios de admisibilidad para formar parte del CN2, dispuestos en el Anexo XVI de este reglamento.</w:t>
            </w:r>
          </w:p>
        </w:tc>
        <w:tc>
          <w:tcPr>
            <w:tcW w:w="1128" w:type="dxa"/>
            <w:tcBorders>
              <w:top w:val="single" w:sz="12" w:space="0" w:color="auto"/>
            </w:tcBorders>
            <w:vAlign w:val="center"/>
          </w:tcPr>
          <w:p w14:paraId="7F1250D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20180101</w:t>
            </w:r>
          </w:p>
        </w:tc>
        <w:tc>
          <w:tcPr>
            <w:tcW w:w="2275" w:type="dxa"/>
            <w:tcBorders>
              <w:top w:val="single" w:sz="12" w:space="0" w:color="auto"/>
            </w:tcBorders>
            <w:vAlign w:val="center"/>
          </w:tcPr>
          <w:p w14:paraId="7CB3BF6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preferente que cumpla criterios de admisibilidad para CN2</w:t>
            </w:r>
          </w:p>
        </w:tc>
        <w:tc>
          <w:tcPr>
            <w:tcW w:w="1269" w:type="dxa"/>
            <w:tcBorders>
              <w:top w:val="single" w:sz="12" w:space="0" w:color="auto"/>
            </w:tcBorders>
            <w:vAlign w:val="center"/>
          </w:tcPr>
          <w:p w14:paraId="16C31CA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31102000</w:t>
            </w:r>
          </w:p>
        </w:tc>
        <w:tc>
          <w:tcPr>
            <w:tcW w:w="2132" w:type="dxa"/>
            <w:tcBorders>
              <w:top w:val="single" w:sz="12" w:space="0" w:color="auto"/>
            </w:tcBorders>
            <w:vAlign w:val="center"/>
          </w:tcPr>
          <w:p w14:paraId="562EEFB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 preferente</w:t>
            </w:r>
          </w:p>
        </w:tc>
      </w:tr>
      <w:tr w:rsidR="00E35433" w:rsidRPr="00E35433" w14:paraId="3C957399" w14:textId="77777777" w:rsidTr="00C55BA7">
        <w:trPr>
          <w:jc w:val="center"/>
        </w:trPr>
        <w:tc>
          <w:tcPr>
            <w:tcW w:w="1135" w:type="dxa"/>
            <w:vMerge/>
            <w:vAlign w:val="center"/>
          </w:tcPr>
          <w:p w14:paraId="326082EE"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vAlign w:val="center"/>
          </w:tcPr>
          <w:p w14:paraId="3B8BBC47"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vAlign w:val="center"/>
          </w:tcPr>
          <w:p w14:paraId="7AC2C52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20180103</w:t>
            </w:r>
          </w:p>
        </w:tc>
        <w:tc>
          <w:tcPr>
            <w:tcW w:w="2275" w:type="dxa"/>
          </w:tcPr>
          <w:p w14:paraId="1D11A549"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Instrumento subordinado que cumpla criterios de admisibilidad para CN2</w:t>
            </w:r>
          </w:p>
        </w:tc>
        <w:tc>
          <w:tcPr>
            <w:tcW w:w="1269" w:type="dxa"/>
            <w:vAlign w:val="center"/>
          </w:tcPr>
          <w:p w14:paraId="48FEA5C7"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r w:rsidRPr="00E35433">
              <w:rPr>
                <w:rFonts w:ascii="Roboto" w:eastAsia="Aptos" w:hAnsi="Roboto"/>
                <w:sz w:val="16"/>
                <w:szCs w:val="16"/>
                <w:lang w:val="es-CR"/>
              </w:rPr>
              <w:br/>
              <w:t>26100000</w:t>
            </w:r>
          </w:p>
        </w:tc>
        <w:tc>
          <w:tcPr>
            <w:tcW w:w="2132" w:type="dxa"/>
            <w:vAlign w:val="center"/>
          </w:tcPr>
          <w:p w14:paraId="6C2AAF56"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Obligaciones subordinadas</w:t>
            </w:r>
          </w:p>
        </w:tc>
      </w:tr>
      <w:tr w:rsidR="00E35433" w:rsidRPr="00E35433" w14:paraId="46D337DA" w14:textId="77777777" w:rsidTr="00C55BA7">
        <w:trPr>
          <w:jc w:val="center"/>
        </w:trPr>
        <w:tc>
          <w:tcPr>
            <w:tcW w:w="1135" w:type="dxa"/>
            <w:vMerge/>
            <w:vAlign w:val="center"/>
          </w:tcPr>
          <w:p w14:paraId="4C808A13"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vAlign w:val="center"/>
          </w:tcPr>
          <w:p w14:paraId="7A3DDE67"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vAlign w:val="center"/>
          </w:tcPr>
          <w:p w14:paraId="328A1E0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20180103</w:t>
            </w:r>
          </w:p>
        </w:tc>
        <w:tc>
          <w:tcPr>
            <w:tcW w:w="2275" w:type="dxa"/>
          </w:tcPr>
          <w:p w14:paraId="77AE380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Instrumento subordinado que cumpla criterios de admisibilidad para CN2</w:t>
            </w:r>
          </w:p>
        </w:tc>
        <w:tc>
          <w:tcPr>
            <w:tcW w:w="1269" w:type="dxa"/>
            <w:vAlign w:val="center"/>
          </w:tcPr>
          <w:p w14:paraId="71A81D5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 26200000</w:t>
            </w:r>
          </w:p>
        </w:tc>
        <w:tc>
          <w:tcPr>
            <w:tcW w:w="2132" w:type="dxa"/>
            <w:vAlign w:val="center"/>
          </w:tcPr>
          <w:p w14:paraId="597A6074"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Préstamos subordinados</w:t>
            </w:r>
          </w:p>
        </w:tc>
      </w:tr>
      <w:tr w:rsidR="00E35433" w:rsidRPr="00E35433" w14:paraId="122B3578" w14:textId="77777777" w:rsidTr="00C55BA7">
        <w:trPr>
          <w:jc w:val="center"/>
        </w:trPr>
        <w:tc>
          <w:tcPr>
            <w:tcW w:w="1135" w:type="dxa"/>
            <w:vMerge/>
            <w:vAlign w:val="center"/>
          </w:tcPr>
          <w:p w14:paraId="30128DBF"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vAlign w:val="center"/>
          </w:tcPr>
          <w:p w14:paraId="52D4B346"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vAlign w:val="center"/>
          </w:tcPr>
          <w:p w14:paraId="44EE6AE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20180105</w:t>
            </w:r>
          </w:p>
        </w:tc>
        <w:tc>
          <w:tcPr>
            <w:tcW w:w="2275" w:type="dxa"/>
          </w:tcPr>
          <w:p w14:paraId="098918E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Obligaciones convertibles en capital que cumpla criterios de admisibilidad para CN2</w:t>
            </w:r>
          </w:p>
        </w:tc>
        <w:tc>
          <w:tcPr>
            <w:tcW w:w="1269" w:type="dxa"/>
            <w:vAlign w:val="center"/>
          </w:tcPr>
          <w:p w14:paraId="6B8C699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 27100000</w:t>
            </w:r>
          </w:p>
        </w:tc>
        <w:tc>
          <w:tcPr>
            <w:tcW w:w="2132" w:type="dxa"/>
            <w:vAlign w:val="center"/>
          </w:tcPr>
          <w:p w14:paraId="04BAED3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Obligaciones convertibles en capital</w:t>
            </w:r>
          </w:p>
        </w:tc>
      </w:tr>
      <w:tr w:rsidR="00E35433" w:rsidRPr="00E35433" w14:paraId="6457DDF0" w14:textId="77777777" w:rsidTr="00E35433">
        <w:trPr>
          <w:jc w:val="center"/>
        </w:trPr>
        <w:tc>
          <w:tcPr>
            <w:tcW w:w="1135" w:type="dxa"/>
            <w:vMerge w:val="restart"/>
            <w:shd w:val="clear" w:color="auto" w:fill="F2F2F2"/>
            <w:vAlign w:val="center"/>
          </w:tcPr>
          <w:p w14:paraId="1EAEF1F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vMerge w:val="restart"/>
            <w:shd w:val="clear" w:color="auto" w:fill="F2F2F2"/>
            <w:vAlign w:val="center"/>
          </w:tcPr>
          <w:p w14:paraId="388490F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Las primas de emisión a los instrumentos a que se refiere el inciso a), netas de los correspondientes descuentos y costos de emisión y colocación.</w:t>
            </w:r>
          </w:p>
        </w:tc>
        <w:tc>
          <w:tcPr>
            <w:tcW w:w="1128" w:type="dxa"/>
            <w:shd w:val="clear" w:color="auto" w:fill="F2F2F2"/>
            <w:vAlign w:val="center"/>
          </w:tcPr>
          <w:p w14:paraId="50BAAC4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20180107</w:t>
            </w:r>
          </w:p>
        </w:tc>
        <w:tc>
          <w:tcPr>
            <w:tcW w:w="2275" w:type="dxa"/>
            <w:shd w:val="clear" w:color="auto" w:fill="F2F2F2"/>
          </w:tcPr>
          <w:p w14:paraId="246FD106" w14:textId="0B200B31" w:rsidR="00E35433" w:rsidRPr="00E35433" w:rsidRDefault="00E35433" w:rsidP="00E35433">
            <w:pPr>
              <w:spacing w:before="0" w:after="0" w:line="240" w:lineRule="auto"/>
              <w:rPr>
                <w:rFonts w:ascii="Roboto" w:eastAsia="Aptos" w:hAnsi="Roboto"/>
                <w:sz w:val="16"/>
                <w:szCs w:val="16"/>
                <w:lang w:val="es-CR"/>
              </w:rPr>
            </w:pPr>
            <w:proofErr w:type="gramStart"/>
            <w:r w:rsidRPr="00E35433">
              <w:rPr>
                <w:rFonts w:ascii="Roboto" w:eastAsia="Aptos" w:hAnsi="Roboto"/>
                <w:sz w:val="16"/>
                <w:szCs w:val="16"/>
                <w:lang w:val="es-CR"/>
              </w:rPr>
              <w:t>Primas</w:t>
            </w:r>
            <w:r w:rsidR="00A64921">
              <w:rPr>
                <w:rFonts w:ascii="Roboto" w:eastAsia="Aptos" w:hAnsi="Roboto"/>
                <w:sz w:val="16"/>
                <w:szCs w:val="16"/>
                <w:lang w:val="es-CR"/>
              </w:rPr>
              <w:t xml:space="preserve"> </w:t>
            </w:r>
            <w:r w:rsidRPr="00E35433">
              <w:rPr>
                <w:rFonts w:ascii="Roboto" w:eastAsia="Aptos" w:hAnsi="Roboto"/>
                <w:sz w:val="16"/>
                <w:szCs w:val="16"/>
                <w:lang w:val="es-CR"/>
              </w:rPr>
              <w:t>capital</w:t>
            </w:r>
            <w:proofErr w:type="gramEnd"/>
            <w:r w:rsidRPr="00E35433">
              <w:rPr>
                <w:rFonts w:ascii="Roboto" w:eastAsia="Aptos" w:hAnsi="Roboto"/>
                <w:sz w:val="16"/>
                <w:szCs w:val="16"/>
                <w:lang w:val="es-CR"/>
              </w:rPr>
              <w:t xml:space="preserve"> preferente que cumpla criterios de admisibilidad para CN2</w:t>
            </w:r>
          </w:p>
        </w:tc>
        <w:tc>
          <w:tcPr>
            <w:tcW w:w="1269" w:type="dxa"/>
            <w:shd w:val="clear" w:color="auto" w:fill="F2F2F2"/>
            <w:vAlign w:val="center"/>
          </w:tcPr>
          <w:p w14:paraId="70B2939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32100000</w:t>
            </w:r>
          </w:p>
        </w:tc>
        <w:tc>
          <w:tcPr>
            <w:tcW w:w="2132" w:type="dxa"/>
            <w:shd w:val="clear" w:color="auto" w:fill="F2F2F2"/>
            <w:vAlign w:val="center"/>
          </w:tcPr>
          <w:p w14:paraId="0DD5F65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 adicional</w:t>
            </w:r>
          </w:p>
        </w:tc>
      </w:tr>
      <w:tr w:rsidR="00E35433" w:rsidRPr="00E35433" w14:paraId="30D0198C" w14:textId="77777777" w:rsidTr="00E35433">
        <w:trPr>
          <w:trHeight w:val="768"/>
          <w:jc w:val="center"/>
        </w:trPr>
        <w:tc>
          <w:tcPr>
            <w:tcW w:w="1135" w:type="dxa"/>
            <w:vMerge/>
            <w:shd w:val="clear" w:color="auto" w:fill="F2F2F2"/>
            <w:vAlign w:val="center"/>
          </w:tcPr>
          <w:p w14:paraId="19EA2FD5"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3392" w:type="dxa"/>
            <w:vMerge/>
            <w:shd w:val="clear" w:color="auto" w:fill="F2F2F2"/>
            <w:vAlign w:val="center"/>
          </w:tcPr>
          <w:p w14:paraId="4839CA95" w14:textId="77777777" w:rsidR="00E35433" w:rsidRPr="00E35433" w:rsidRDefault="00E35433" w:rsidP="00E35433">
            <w:pPr>
              <w:spacing w:before="0" w:after="0" w:line="240" w:lineRule="auto"/>
              <w:rPr>
                <w:rFonts w:ascii="Roboto" w:eastAsia="Aptos" w:hAnsi="Roboto"/>
                <w:sz w:val="16"/>
                <w:szCs w:val="16"/>
                <w:lang w:val="es-CR"/>
              </w:rPr>
            </w:pPr>
          </w:p>
        </w:tc>
        <w:tc>
          <w:tcPr>
            <w:tcW w:w="1128" w:type="dxa"/>
            <w:shd w:val="clear" w:color="auto" w:fill="F2F2F2"/>
            <w:vAlign w:val="center"/>
          </w:tcPr>
          <w:p w14:paraId="6C1D858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20180109</w:t>
            </w:r>
          </w:p>
        </w:tc>
        <w:tc>
          <w:tcPr>
            <w:tcW w:w="2275" w:type="dxa"/>
            <w:shd w:val="clear" w:color="auto" w:fill="F2F2F2"/>
          </w:tcPr>
          <w:p w14:paraId="439960B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Primas instrumento subordinado que cumpla criterios de admisibilidad para CN2</w:t>
            </w:r>
          </w:p>
        </w:tc>
        <w:tc>
          <w:tcPr>
            <w:tcW w:w="1269" w:type="dxa"/>
            <w:shd w:val="clear" w:color="auto" w:fill="F2F2F2"/>
            <w:vAlign w:val="center"/>
          </w:tcPr>
          <w:p w14:paraId="6E212FD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w:t>
            </w:r>
          </w:p>
          <w:p w14:paraId="0A361F2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26100000</w:t>
            </w:r>
          </w:p>
        </w:tc>
        <w:tc>
          <w:tcPr>
            <w:tcW w:w="2132" w:type="dxa"/>
            <w:shd w:val="clear" w:color="auto" w:fill="F2F2F2"/>
            <w:vAlign w:val="center"/>
          </w:tcPr>
          <w:p w14:paraId="595519E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Obligaciones subordinadas</w:t>
            </w:r>
          </w:p>
        </w:tc>
      </w:tr>
      <w:tr w:rsidR="00E35433" w:rsidRPr="00E35433" w14:paraId="4A74D1D5" w14:textId="77777777" w:rsidTr="00C55BA7">
        <w:trPr>
          <w:jc w:val="center"/>
        </w:trPr>
        <w:tc>
          <w:tcPr>
            <w:tcW w:w="1135" w:type="dxa"/>
            <w:vMerge w:val="restart"/>
            <w:vAlign w:val="center"/>
          </w:tcPr>
          <w:p w14:paraId="3A70ED25"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vMerge w:val="restart"/>
            <w:vAlign w:val="center"/>
          </w:tcPr>
          <w:p w14:paraId="194683C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aportes y donaciones para incrementos de capital social, pendientes de autorización por CONASSIF. Los aportes y donaciones podrán corresponder a instrumentos admisibles en el CCN1 o CAN1 según lo dispuesto en este Reglamento. Para su admisión en el CN2, los aportes y donaciones deben encontrarse dentro del plazo máximo de 12 meses contados a partir de la fecha de presentación de la solicitud de autorización.</w:t>
            </w:r>
          </w:p>
        </w:tc>
        <w:tc>
          <w:tcPr>
            <w:tcW w:w="1128" w:type="dxa"/>
            <w:vAlign w:val="center"/>
          </w:tcPr>
          <w:p w14:paraId="41393863"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20180113</w:t>
            </w:r>
          </w:p>
        </w:tc>
        <w:tc>
          <w:tcPr>
            <w:tcW w:w="2275" w:type="dxa"/>
          </w:tcPr>
          <w:p w14:paraId="4B350D6C"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y donaciones por capitalizar, pendientes de autorización por el CONASSIF para CN2</w:t>
            </w:r>
          </w:p>
        </w:tc>
        <w:tc>
          <w:tcPr>
            <w:tcW w:w="1269" w:type="dxa"/>
            <w:vAlign w:val="center"/>
          </w:tcPr>
          <w:p w14:paraId="4D50D1CF"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32201M02</w:t>
            </w:r>
          </w:p>
        </w:tc>
        <w:tc>
          <w:tcPr>
            <w:tcW w:w="2132" w:type="dxa"/>
            <w:vAlign w:val="center"/>
          </w:tcPr>
          <w:p w14:paraId="308DC96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por capitalizar pendientes de autorizar</w:t>
            </w:r>
          </w:p>
        </w:tc>
      </w:tr>
      <w:tr w:rsidR="00E35433" w:rsidRPr="00E35433" w14:paraId="72C7F328" w14:textId="77777777" w:rsidTr="00C55BA7">
        <w:trPr>
          <w:jc w:val="center"/>
        </w:trPr>
        <w:tc>
          <w:tcPr>
            <w:tcW w:w="1135" w:type="dxa"/>
            <w:vMerge/>
          </w:tcPr>
          <w:p w14:paraId="7EA2A88C"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tcPr>
          <w:p w14:paraId="412910B3"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vAlign w:val="center"/>
          </w:tcPr>
          <w:p w14:paraId="5F727705"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20180113</w:t>
            </w:r>
          </w:p>
        </w:tc>
        <w:tc>
          <w:tcPr>
            <w:tcW w:w="2275" w:type="dxa"/>
          </w:tcPr>
          <w:p w14:paraId="454CEC6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Aportes y donaciones por capitalizar, pendientes de autorización por el CONASSIF para CN2</w:t>
            </w:r>
          </w:p>
        </w:tc>
        <w:tc>
          <w:tcPr>
            <w:tcW w:w="1269" w:type="dxa"/>
            <w:vAlign w:val="center"/>
          </w:tcPr>
          <w:p w14:paraId="331639B5"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MÁS 32202M02</w:t>
            </w:r>
          </w:p>
        </w:tc>
        <w:tc>
          <w:tcPr>
            <w:tcW w:w="2132" w:type="dxa"/>
            <w:vAlign w:val="center"/>
          </w:tcPr>
          <w:p w14:paraId="76B0AC1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Donaciones por capitalizar pendientes de autorizar</w:t>
            </w:r>
          </w:p>
        </w:tc>
      </w:tr>
      <w:tr w:rsidR="00E35433" w:rsidRPr="00E35433" w14:paraId="659D87E3" w14:textId="77777777" w:rsidTr="00E35433">
        <w:trPr>
          <w:trHeight w:val="980"/>
          <w:jc w:val="center"/>
        </w:trPr>
        <w:tc>
          <w:tcPr>
            <w:tcW w:w="1135" w:type="dxa"/>
            <w:shd w:val="clear" w:color="auto" w:fill="F2F2F2"/>
            <w:vAlign w:val="center"/>
          </w:tcPr>
          <w:p w14:paraId="7BC833E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d)</w:t>
            </w:r>
          </w:p>
        </w:tc>
        <w:tc>
          <w:tcPr>
            <w:tcW w:w="3392" w:type="dxa"/>
            <w:shd w:val="clear" w:color="auto" w:fill="F2F2F2"/>
            <w:vAlign w:val="center"/>
          </w:tcPr>
          <w:p w14:paraId="4A7BEDD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superávits por revaluación de terrenos, edificios e instalaciones bienes inmuebles; hasta por una suma no mayor al 75% del saldo de la cuenta patrimonial correspondiente.</w:t>
            </w:r>
          </w:p>
        </w:tc>
        <w:tc>
          <w:tcPr>
            <w:tcW w:w="3403" w:type="dxa"/>
            <w:gridSpan w:val="2"/>
            <w:shd w:val="clear" w:color="auto" w:fill="F2F2F2"/>
            <w:vAlign w:val="center"/>
          </w:tcPr>
          <w:p w14:paraId="0F5F877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shd w:val="clear" w:color="auto" w:fill="F2F2F2"/>
            <w:vAlign w:val="center"/>
          </w:tcPr>
          <w:p w14:paraId="5EDC31C6"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(33101100+ 33101200) *75%</w:t>
            </w:r>
          </w:p>
        </w:tc>
        <w:tc>
          <w:tcPr>
            <w:tcW w:w="2132" w:type="dxa"/>
            <w:shd w:val="clear" w:color="auto" w:fill="F2F2F2"/>
            <w:vAlign w:val="center"/>
          </w:tcPr>
          <w:p w14:paraId="406E6174"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Superávit por revaluación de propiedades inmobiliarias</w:t>
            </w:r>
          </w:p>
        </w:tc>
      </w:tr>
      <w:tr w:rsidR="00E35433" w:rsidRPr="00E35433" w14:paraId="1608277F" w14:textId="77777777" w:rsidTr="00C55BA7">
        <w:trPr>
          <w:jc w:val="center"/>
        </w:trPr>
        <w:tc>
          <w:tcPr>
            <w:tcW w:w="1135" w:type="dxa"/>
            <w:vMerge w:val="restart"/>
            <w:vAlign w:val="center"/>
          </w:tcPr>
          <w:p w14:paraId="67730D1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e)</w:t>
            </w:r>
          </w:p>
        </w:tc>
        <w:tc>
          <w:tcPr>
            <w:tcW w:w="3392" w:type="dxa"/>
            <w:vMerge w:val="restart"/>
            <w:vAlign w:val="center"/>
          </w:tcPr>
          <w:p w14:paraId="43CB2931"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Los superávits por valuación de participaciones en otras empresas.</w:t>
            </w:r>
          </w:p>
        </w:tc>
        <w:tc>
          <w:tcPr>
            <w:tcW w:w="3403" w:type="dxa"/>
            <w:gridSpan w:val="2"/>
            <w:vMerge w:val="restart"/>
            <w:vAlign w:val="center"/>
          </w:tcPr>
          <w:p w14:paraId="63F808D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No procede</w:t>
            </w:r>
          </w:p>
        </w:tc>
        <w:tc>
          <w:tcPr>
            <w:tcW w:w="1269" w:type="dxa"/>
            <w:vAlign w:val="center"/>
          </w:tcPr>
          <w:p w14:paraId="3D787B0C"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33201000</w:t>
            </w:r>
          </w:p>
        </w:tc>
        <w:tc>
          <w:tcPr>
            <w:tcW w:w="2132" w:type="dxa"/>
            <w:vAlign w:val="center"/>
          </w:tcPr>
          <w:p w14:paraId="52154BC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Superávit por revaluación propiedades, mobiliario y equipo</w:t>
            </w:r>
          </w:p>
        </w:tc>
      </w:tr>
      <w:tr w:rsidR="00E35433" w:rsidRPr="00E35433" w14:paraId="7DC3CB46" w14:textId="77777777" w:rsidTr="00C55BA7">
        <w:trPr>
          <w:jc w:val="center"/>
        </w:trPr>
        <w:tc>
          <w:tcPr>
            <w:tcW w:w="1135" w:type="dxa"/>
            <w:vMerge/>
          </w:tcPr>
          <w:p w14:paraId="51DFFAB1"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vMerge/>
            <w:vAlign w:val="center"/>
          </w:tcPr>
          <w:p w14:paraId="18A1440D" w14:textId="77777777" w:rsidR="00E35433" w:rsidRPr="00E35433" w:rsidRDefault="00E35433" w:rsidP="00E35433">
            <w:pPr>
              <w:spacing w:before="0" w:after="0" w:line="240" w:lineRule="auto"/>
              <w:rPr>
                <w:rFonts w:ascii="Roboto" w:eastAsia="Aptos" w:hAnsi="Roboto"/>
                <w:sz w:val="16"/>
                <w:szCs w:val="16"/>
                <w:lang w:val="es-CR"/>
              </w:rPr>
            </w:pPr>
          </w:p>
        </w:tc>
        <w:tc>
          <w:tcPr>
            <w:tcW w:w="3403" w:type="dxa"/>
            <w:gridSpan w:val="2"/>
            <w:vMerge/>
            <w:vAlign w:val="center"/>
          </w:tcPr>
          <w:p w14:paraId="7DBC61D6"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1269" w:type="dxa"/>
            <w:vAlign w:val="center"/>
          </w:tcPr>
          <w:p w14:paraId="3F025B0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 xml:space="preserve">MÁS </w:t>
            </w:r>
            <w:r w:rsidRPr="00E35433">
              <w:rPr>
                <w:rFonts w:ascii="Roboto" w:eastAsia="Aptos" w:hAnsi="Roboto"/>
                <w:sz w:val="16"/>
                <w:szCs w:val="16"/>
                <w:lang w:val="es-CR"/>
              </w:rPr>
              <w:br/>
              <w:t>33202000</w:t>
            </w:r>
          </w:p>
        </w:tc>
        <w:tc>
          <w:tcPr>
            <w:tcW w:w="2132" w:type="dxa"/>
            <w:vAlign w:val="center"/>
          </w:tcPr>
          <w:p w14:paraId="586A36C3"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 Superávit por revaluación de otros activos en empresas participadas</w:t>
            </w:r>
          </w:p>
        </w:tc>
      </w:tr>
      <w:tr w:rsidR="00E35433" w:rsidRPr="00E35433" w14:paraId="22A66C4A" w14:textId="77777777" w:rsidTr="00C55BA7">
        <w:trPr>
          <w:jc w:val="center"/>
        </w:trPr>
        <w:tc>
          <w:tcPr>
            <w:tcW w:w="1135" w:type="dxa"/>
            <w:tcBorders>
              <w:bottom w:val="single" w:sz="12" w:space="0" w:color="auto"/>
              <w:right w:val="nil"/>
            </w:tcBorders>
          </w:tcPr>
          <w:p w14:paraId="5B5A46F9"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392" w:type="dxa"/>
            <w:tcBorders>
              <w:left w:val="nil"/>
              <w:bottom w:val="single" w:sz="12" w:space="0" w:color="auto"/>
              <w:right w:val="nil"/>
            </w:tcBorders>
          </w:tcPr>
          <w:p w14:paraId="316192C1"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128" w:type="dxa"/>
            <w:tcBorders>
              <w:left w:val="nil"/>
              <w:bottom w:val="single" w:sz="12" w:space="0" w:color="auto"/>
              <w:right w:val="nil"/>
            </w:tcBorders>
          </w:tcPr>
          <w:p w14:paraId="0747B6DB"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275" w:type="dxa"/>
            <w:tcBorders>
              <w:left w:val="nil"/>
              <w:bottom w:val="single" w:sz="12" w:space="0" w:color="auto"/>
              <w:right w:val="nil"/>
            </w:tcBorders>
          </w:tcPr>
          <w:p w14:paraId="653EA0A2"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1269" w:type="dxa"/>
            <w:tcBorders>
              <w:left w:val="nil"/>
              <w:bottom w:val="single" w:sz="12" w:space="0" w:color="auto"/>
              <w:right w:val="nil"/>
            </w:tcBorders>
          </w:tcPr>
          <w:p w14:paraId="2EA56615"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2132" w:type="dxa"/>
            <w:tcBorders>
              <w:left w:val="nil"/>
              <w:bottom w:val="single" w:sz="12" w:space="0" w:color="auto"/>
            </w:tcBorders>
          </w:tcPr>
          <w:p w14:paraId="1A49F771" w14:textId="77777777" w:rsidR="00E35433" w:rsidRPr="00E35433" w:rsidRDefault="00E35433" w:rsidP="00E35433">
            <w:pPr>
              <w:spacing w:before="0" w:after="0" w:line="240" w:lineRule="auto"/>
              <w:jc w:val="left"/>
              <w:rPr>
                <w:rFonts w:ascii="Roboto" w:eastAsia="Aptos" w:hAnsi="Roboto"/>
                <w:sz w:val="16"/>
                <w:szCs w:val="16"/>
                <w:lang w:val="es-CR"/>
              </w:rPr>
            </w:pPr>
          </w:p>
        </w:tc>
      </w:tr>
      <w:tr w:rsidR="00E35433" w:rsidRPr="00E35433" w14:paraId="1C2AB8DC" w14:textId="77777777" w:rsidTr="00E35433">
        <w:trPr>
          <w:jc w:val="center"/>
        </w:trPr>
        <w:tc>
          <w:tcPr>
            <w:tcW w:w="1135" w:type="dxa"/>
            <w:tcBorders>
              <w:top w:val="single" w:sz="12" w:space="0" w:color="auto"/>
              <w:left w:val="single" w:sz="12" w:space="0" w:color="auto"/>
              <w:bottom w:val="single" w:sz="12" w:space="0" w:color="auto"/>
            </w:tcBorders>
            <w:shd w:val="clear" w:color="auto" w:fill="DAE9F7"/>
          </w:tcPr>
          <w:p w14:paraId="65951C3C"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Artículo 105</w:t>
            </w:r>
          </w:p>
        </w:tc>
        <w:tc>
          <w:tcPr>
            <w:tcW w:w="3392" w:type="dxa"/>
            <w:tcBorders>
              <w:top w:val="single" w:sz="12" w:space="0" w:color="auto"/>
              <w:bottom w:val="single" w:sz="12" w:space="0" w:color="auto"/>
            </w:tcBorders>
            <w:shd w:val="clear" w:color="auto" w:fill="DAE9F7"/>
          </w:tcPr>
          <w:p w14:paraId="24692355"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b/>
                <w:sz w:val="16"/>
                <w:szCs w:val="16"/>
                <w:lang w:val="es-CR"/>
              </w:rPr>
              <w:t>6. Deducciones a los elementos del CN2</w:t>
            </w:r>
          </w:p>
        </w:tc>
        <w:tc>
          <w:tcPr>
            <w:tcW w:w="1128" w:type="dxa"/>
            <w:tcBorders>
              <w:top w:val="single" w:sz="12" w:space="0" w:color="auto"/>
              <w:bottom w:val="single" w:sz="12" w:space="0" w:color="auto"/>
            </w:tcBorders>
            <w:shd w:val="clear" w:color="auto" w:fill="DAE9F7"/>
            <w:vAlign w:val="center"/>
          </w:tcPr>
          <w:p w14:paraId="707D3F2E" w14:textId="77777777" w:rsidR="00E35433" w:rsidRPr="00E35433" w:rsidRDefault="00E35433" w:rsidP="00E35433">
            <w:pPr>
              <w:spacing w:before="0" w:after="0" w:line="240" w:lineRule="auto"/>
              <w:jc w:val="center"/>
              <w:rPr>
                <w:rFonts w:ascii="Roboto" w:eastAsia="Aptos" w:hAnsi="Roboto"/>
                <w:sz w:val="16"/>
                <w:szCs w:val="16"/>
                <w:lang w:val="es-CR"/>
              </w:rPr>
            </w:pPr>
          </w:p>
        </w:tc>
        <w:tc>
          <w:tcPr>
            <w:tcW w:w="2275" w:type="dxa"/>
            <w:tcBorders>
              <w:top w:val="single" w:sz="12" w:space="0" w:color="auto"/>
              <w:bottom w:val="single" w:sz="12" w:space="0" w:color="auto"/>
            </w:tcBorders>
            <w:shd w:val="clear" w:color="auto" w:fill="DAE9F7"/>
          </w:tcPr>
          <w:p w14:paraId="0FEDB69C" w14:textId="77777777" w:rsidR="00E35433" w:rsidRPr="00E35433" w:rsidRDefault="00E35433" w:rsidP="00E35433">
            <w:pPr>
              <w:spacing w:before="0" w:after="0" w:line="240" w:lineRule="auto"/>
              <w:jc w:val="left"/>
              <w:rPr>
                <w:rFonts w:ascii="Roboto" w:eastAsia="Aptos" w:hAnsi="Roboto"/>
                <w:sz w:val="16"/>
                <w:szCs w:val="16"/>
                <w:lang w:val="es-CR"/>
              </w:rPr>
            </w:pPr>
          </w:p>
        </w:tc>
        <w:tc>
          <w:tcPr>
            <w:tcW w:w="3401" w:type="dxa"/>
            <w:gridSpan w:val="2"/>
            <w:tcBorders>
              <w:top w:val="single" w:sz="12" w:space="0" w:color="auto"/>
              <w:bottom w:val="single" w:sz="12" w:space="0" w:color="auto"/>
              <w:right w:val="single" w:sz="12" w:space="0" w:color="auto"/>
            </w:tcBorders>
            <w:shd w:val="clear" w:color="auto" w:fill="DAE9F7"/>
          </w:tcPr>
          <w:p w14:paraId="2D832B8E" w14:textId="77777777" w:rsidR="00E35433" w:rsidRPr="00E35433" w:rsidRDefault="00E35433" w:rsidP="00E35433">
            <w:pPr>
              <w:spacing w:before="0" w:after="0" w:line="240" w:lineRule="auto"/>
              <w:jc w:val="left"/>
              <w:rPr>
                <w:rFonts w:ascii="Roboto" w:eastAsia="Aptos" w:hAnsi="Roboto"/>
                <w:sz w:val="16"/>
                <w:szCs w:val="16"/>
                <w:lang w:val="es-CR"/>
              </w:rPr>
            </w:pPr>
            <w:r w:rsidRPr="00E35433">
              <w:rPr>
                <w:rFonts w:ascii="Roboto" w:eastAsia="Aptos" w:hAnsi="Roboto"/>
                <w:sz w:val="16"/>
                <w:szCs w:val="16"/>
                <w:lang w:val="es-CR"/>
              </w:rPr>
              <w:t>No procede</w:t>
            </w:r>
          </w:p>
        </w:tc>
      </w:tr>
      <w:tr w:rsidR="00E35433" w:rsidRPr="00E35433" w14:paraId="6924601D" w14:textId="77777777" w:rsidTr="00C55BA7">
        <w:trPr>
          <w:jc w:val="center"/>
        </w:trPr>
        <w:tc>
          <w:tcPr>
            <w:tcW w:w="1135" w:type="dxa"/>
            <w:tcBorders>
              <w:top w:val="single" w:sz="12" w:space="0" w:color="auto"/>
            </w:tcBorders>
            <w:vAlign w:val="center"/>
          </w:tcPr>
          <w:p w14:paraId="2E029455"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a)</w:t>
            </w:r>
          </w:p>
        </w:tc>
        <w:tc>
          <w:tcPr>
            <w:tcW w:w="3392" w:type="dxa"/>
            <w:tcBorders>
              <w:top w:val="single" w:sz="12" w:space="0" w:color="auto"/>
            </w:tcBorders>
            <w:vAlign w:val="center"/>
          </w:tcPr>
          <w:p w14:paraId="34015480"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CN2 adquiridos por la propia empresa.</w:t>
            </w:r>
          </w:p>
        </w:tc>
        <w:tc>
          <w:tcPr>
            <w:tcW w:w="1128" w:type="dxa"/>
            <w:tcBorders>
              <w:top w:val="single" w:sz="12" w:space="0" w:color="auto"/>
            </w:tcBorders>
            <w:vAlign w:val="center"/>
          </w:tcPr>
          <w:p w14:paraId="32138140"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20190100</w:t>
            </w:r>
          </w:p>
        </w:tc>
        <w:tc>
          <w:tcPr>
            <w:tcW w:w="2275" w:type="dxa"/>
            <w:tcBorders>
              <w:top w:val="single" w:sz="12" w:space="0" w:color="auto"/>
            </w:tcBorders>
            <w:vAlign w:val="center"/>
          </w:tcPr>
          <w:p w14:paraId="31524A6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los instrumentos del CN2 en tesorería</w:t>
            </w:r>
          </w:p>
        </w:tc>
        <w:tc>
          <w:tcPr>
            <w:tcW w:w="1269" w:type="dxa"/>
            <w:tcBorders>
              <w:top w:val="single" w:sz="12" w:space="0" w:color="auto"/>
            </w:tcBorders>
            <w:vAlign w:val="center"/>
          </w:tcPr>
          <w:p w14:paraId="3CFDC05D"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31502000</w:t>
            </w:r>
          </w:p>
        </w:tc>
        <w:tc>
          <w:tcPr>
            <w:tcW w:w="2132" w:type="dxa"/>
            <w:tcBorders>
              <w:top w:val="single" w:sz="12" w:space="0" w:color="auto"/>
            </w:tcBorders>
            <w:vAlign w:val="center"/>
          </w:tcPr>
          <w:p w14:paraId="6DC9934A"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preferente - Acciones en tesorería</w:t>
            </w:r>
          </w:p>
        </w:tc>
      </w:tr>
      <w:tr w:rsidR="00E35433" w:rsidRPr="00E35433" w14:paraId="006DDE21" w14:textId="77777777" w:rsidTr="00E35433">
        <w:trPr>
          <w:jc w:val="center"/>
        </w:trPr>
        <w:tc>
          <w:tcPr>
            <w:tcW w:w="1135" w:type="dxa"/>
            <w:shd w:val="clear" w:color="auto" w:fill="F2F2F2"/>
            <w:vAlign w:val="center"/>
          </w:tcPr>
          <w:p w14:paraId="33881778"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b)</w:t>
            </w:r>
          </w:p>
        </w:tc>
        <w:tc>
          <w:tcPr>
            <w:tcW w:w="3392" w:type="dxa"/>
            <w:shd w:val="clear" w:color="auto" w:fill="F2F2F2"/>
            <w:vAlign w:val="center"/>
          </w:tcPr>
          <w:p w14:paraId="06F935C2"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los instrumentos del CN2 emitidos por la propia empresa que se encuentran dados en garantía de operaciones crediticias otorgadas por ella misma.</w:t>
            </w:r>
          </w:p>
        </w:tc>
        <w:tc>
          <w:tcPr>
            <w:tcW w:w="1128" w:type="dxa"/>
            <w:shd w:val="clear" w:color="auto" w:fill="F2F2F2"/>
            <w:vAlign w:val="center"/>
          </w:tcPr>
          <w:p w14:paraId="218FFAD1"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20190300</w:t>
            </w:r>
          </w:p>
        </w:tc>
        <w:tc>
          <w:tcPr>
            <w:tcW w:w="2275" w:type="dxa"/>
            <w:shd w:val="clear" w:color="auto" w:fill="F2F2F2"/>
            <w:vAlign w:val="center"/>
          </w:tcPr>
          <w:p w14:paraId="2B95E544"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los instrumentos del CN2 emitidos por la empresa y dados en garantía de operaciones crediticias.</w:t>
            </w:r>
          </w:p>
        </w:tc>
        <w:tc>
          <w:tcPr>
            <w:tcW w:w="1269" w:type="dxa"/>
            <w:shd w:val="clear" w:color="auto" w:fill="F2F2F2"/>
            <w:vAlign w:val="center"/>
          </w:tcPr>
          <w:p w14:paraId="3089242A"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31100000</w:t>
            </w:r>
          </w:p>
        </w:tc>
        <w:tc>
          <w:tcPr>
            <w:tcW w:w="2132" w:type="dxa"/>
            <w:shd w:val="clear" w:color="auto" w:fill="F2F2F2"/>
            <w:vAlign w:val="center"/>
          </w:tcPr>
          <w:p w14:paraId="183D3D85"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Capital pagado</w:t>
            </w:r>
          </w:p>
        </w:tc>
      </w:tr>
      <w:tr w:rsidR="00E35433" w:rsidRPr="00E35433" w14:paraId="4C43DE66" w14:textId="77777777" w:rsidTr="00C55BA7">
        <w:trPr>
          <w:jc w:val="center"/>
        </w:trPr>
        <w:tc>
          <w:tcPr>
            <w:tcW w:w="1135" w:type="dxa"/>
            <w:vAlign w:val="center"/>
          </w:tcPr>
          <w:p w14:paraId="11EF3E0E"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Inciso c)</w:t>
            </w:r>
          </w:p>
        </w:tc>
        <w:tc>
          <w:tcPr>
            <w:tcW w:w="3392" w:type="dxa"/>
            <w:vAlign w:val="center"/>
          </w:tcPr>
          <w:p w14:paraId="222C5D0E"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El valor en libros de las participaciones en instrumentos homólogos al CN2, que calificarían como tales bajo los criterios establecidos en el Anexo XVI de este reglamento. Esta deducción se efectúa con independencia del porcentaje de participación de la empresa supervisada en el capital social y de la naturaleza de la empresa de que se trate.</w:t>
            </w:r>
          </w:p>
        </w:tc>
        <w:tc>
          <w:tcPr>
            <w:tcW w:w="1128" w:type="dxa"/>
            <w:vAlign w:val="center"/>
          </w:tcPr>
          <w:p w14:paraId="1AFAA962"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20190500</w:t>
            </w:r>
          </w:p>
        </w:tc>
        <w:tc>
          <w:tcPr>
            <w:tcW w:w="2275" w:type="dxa"/>
            <w:vAlign w:val="center"/>
          </w:tcPr>
          <w:p w14:paraId="1D40D4C8"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Valor en libros de las inversiones en instrumentos homólogos al CN2 de otras empresas.</w:t>
            </w:r>
          </w:p>
        </w:tc>
        <w:tc>
          <w:tcPr>
            <w:tcW w:w="1269" w:type="dxa"/>
            <w:vAlign w:val="center"/>
          </w:tcPr>
          <w:p w14:paraId="5B2FB304" w14:textId="77777777" w:rsidR="00E35433" w:rsidRPr="00E35433" w:rsidRDefault="00E35433" w:rsidP="00E35433">
            <w:pPr>
              <w:spacing w:before="0" w:after="0" w:line="240" w:lineRule="auto"/>
              <w:jc w:val="center"/>
              <w:rPr>
                <w:rFonts w:ascii="Roboto" w:eastAsia="Aptos" w:hAnsi="Roboto"/>
                <w:sz w:val="16"/>
                <w:szCs w:val="16"/>
                <w:lang w:val="es-CR"/>
              </w:rPr>
            </w:pPr>
            <w:r w:rsidRPr="00E35433">
              <w:rPr>
                <w:rFonts w:ascii="Roboto" w:eastAsia="Aptos" w:hAnsi="Roboto"/>
                <w:sz w:val="16"/>
                <w:szCs w:val="16"/>
                <w:lang w:val="es-CR"/>
              </w:rPr>
              <w:t>16000000</w:t>
            </w:r>
          </w:p>
        </w:tc>
        <w:tc>
          <w:tcPr>
            <w:tcW w:w="2132" w:type="dxa"/>
            <w:vAlign w:val="center"/>
          </w:tcPr>
          <w:p w14:paraId="4FF3850B" w14:textId="77777777" w:rsidR="00E35433" w:rsidRPr="00E35433" w:rsidRDefault="00E35433" w:rsidP="00E35433">
            <w:pPr>
              <w:spacing w:before="0" w:after="0" w:line="240" w:lineRule="auto"/>
              <w:rPr>
                <w:rFonts w:ascii="Roboto" w:eastAsia="Aptos" w:hAnsi="Roboto"/>
                <w:sz w:val="16"/>
                <w:szCs w:val="16"/>
                <w:lang w:val="es-CR"/>
              </w:rPr>
            </w:pPr>
            <w:r w:rsidRPr="00E35433">
              <w:rPr>
                <w:rFonts w:ascii="Roboto" w:eastAsia="Aptos" w:hAnsi="Roboto"/>
                <w:sz w:val="16"/>
                <w:szCs w:val="16"/>
                <w:lang w:val="es-CR"/>
              </w:rPr>
              <w:t>Participaciones en el capital de otras empresas</w:t>
            </w:r>
          </w:p>
        </w:tc>
      </w:tr>
    </w:tbl>
    <w:p w14:paraId="62B7BC01" w14:textId="77777777" w:rsidR="00E35433" w:rsidRDefault="00E35433" w:rsidP="00E35433">
      <w:pPr>
        <w:spacing w:after="120" w:line="240" w:lineRule="auto"/>
        <w:ind w:left="1701" w:hanging="567"/>
        <w:rPr>
          <w:rFonts w:asciiTheme="majorHAnsi" w:eastAsia="Aptos" w:hAnsiTheme="majorHAnsi" w:cstheme="majorHAnsi"/>
          <w:b/>
          <w:bCs/>
          <w:kern w:val="2"/>
          <w:szCs w:val="22"/>
          <w:lang w:val="es-CR"/>
          <w14:ligatures w14:val="standardContextual"/>
        </w:rPr>
      </w:pPr>
      <w:r w:rsidRPr="00A64921">
        <w:rPr>
          <w:rFonts w:asciiTheme="majorHAnsi" w:eastAsia="Aptos" w:hAnsiTheme="majorHAnsi" w:cstheme="majorHAnsi"/>
          <w:b/>
          <w:bCs/>
          <w:kern w:val="2"/>
          <w:szCs w:val="22"/>
          <w:lang w:val="es-CR"/>
          <w14:ligatures w14:val="standardContextual"/>
        </w:rPr>
        <w:t>3)</w:t>
      </w:r>
      <w:r w:rsidRPr="00A64921">
        <w:rPr>
          <w:rFonts w:asciiTheme="majorHAnsi" w:eastAsia="Aptos" w:hAnsiTheme="majorHAnsi" w:cstheme="majorHAnsi"/>
          <w:b/>
          <w:bCs/>
          <w:kern w:val="2"/>
          <w:szCs w:val="22"/>
          <w:lang w:val="es-CR"/>
          <w14:ligatures w14:val="standardContextual"/>
        </w:rPr>
        <w:tab/>
        <w:t>CÁLCULO DEL CAPITAL BASE DE EMPRESAS CUYO SUPERVISOR PRINCIPAL ES SUGESE</w:t>
      </w:r>
    </w:p>
    <w:p w14:paraId="677B2D4D" w14:textId="77777777" w:rsidR="00A64921" w:rsidRPr="00A64921" w:rsidRDefault="00A64921" w:rsidP="00E35433">
      <w:pPr>
        <w:spacing w:after="120" w:line="240" w:lineRule="auto"/>
        <w:ind w:left="1701" w:hanging="567"/>
        <w:rPr>
          <w:rFonts w:asciiTheme="majorHAnsi" w:eastAsia="Aptos" w:hAnsiTheme="majorHAnsi" w:cstheme="majorHAnsi"/>
          <w:b/>
          <w:bCs/>
          <w:kern w:val="2"/>
          <w:szCs w:val="22"/>
          <w:lang w:val="es-CR"/>
          <w14:ligatures w14:val="standardContextual"/>
        </w:rPr>
      </w:pPr>
    </w:p>
    <w:p w14:paraId="3DB4611C" w14:textId="77777777" w:rsidR="00E35433" w:rsidRPr="00A64921" w:rsidRDefault="00E35433" w:rsidP="00E35433">
      <w:pPr>
        <w:spacing w:before="0" w:after="120" w:line="240" w:lineRule="auto"/>
        <w:jc w:val="center"/>
        <w:textAlignment w:val="baseline"/>
        <w:rPr>
          <w:rFonts w:asciiTheme="majorHAnsi" w:eastAsia="Cambria" w:hAnsiTheme="majorHAnsi" w:cstheme="majorHAnsi"/>
          <w:b/>
          <w:bCs/>
          <w:color w:val="000000"/>
          <w:kern w:val="2"/>
          <w:sz w:val="16"/>
          <w:szCs w:val="16"/>
          <w:lang w:val="es-CR"/>
          <w14:ligatures w14:val="standardContextual"/>
        </w:rPr>
      </w:pPr>
      <w:r w:rsidRPr="00A64921">
        <w:rPr>
          <w:rFonts w:asciiTheme="majorHAnsi" w:eastAsia="Cambria" w:hAnsiTheme="majorHAnsi" w:cstheme="majorHAnsi"/>
          <w:b/>
          <w:bCs/>
          <w:color w:val="000000"/>
          <w:kern w:val="2"/>
          <w:sz w:val="16"/>
          <w:szCs w:val="16"/>
          <w:lang w:val="es-CR"/>
          <w14:ligatures w14:val="standardContextual"/>
        </w:rPr>
        <w:t>CAPITAL BASE DE EMPRESAS</w:t>
      </w:r>
    </w:p>
    <w:p w14:paraId="4BFE347B" w14:textId="77777777" w:rsidR="00E35433" w:rsidRPr="00A64921" w:rsidRDefault="00E35433" w:rsidP="00E35433">
      <w:pPr>
        <w:spacing w:before="0" w:after="120" w:line="240" w:lineRule="auto"/>
        <w:jc w:val="center"/>
        <w:textAlignment w:val="baseline"/>
        <w:rPr>
          <w:rFonts w:asciiTheme="majorHAnsi" w:eastAsia="Cambria" w:hAnsiTheme="majorHAnsi" w:cstheme="majorHAnsi"/>
          <w:kern w:val="2"/>
          <w:sz w:val="16"/>
          <w:szCs w:val="16"/>
          <w:lang w:val="es-CR"/>
          <w14:ligatures w14:val="standardContextual"/>
        </w:rPr>
      </w:pPr>
      <w:r w:rsidRPr="00A64921">
        <w:rPr>
          <w:rFonts w:asciiTheme="majorHAnsi" w:eastAsia="Cambria" w:hAnsiTheme="majorHAnsi" w:cstheme="majorHAnsi"/>
          <w:kern w:val="2"/>
          <w:sz w:val="16"/>
          <w:szCs w:val="16"/>
          <w:lang w:val="es-CR"/>
          <w14:ligatures w14:val="standardContextual"/>
        </w:rPr>
        <w:t>Nombre de la sociedad empresa: ______________________</w:t>
      </w:r>
    </w:p>
    <w:p w14:paraId="72302D32" w14:textId="77777777" w:rsidR="00E35433" w:rsidRPr="00E35433" w:rsidRDefault="00E35433" w:rsidP="00E35433">
      <w:pPr>
        <w:spacing w:before="0" w:after="120" w:line="240" w:lineRule="auto"/>
        <w:jc w:val="center"/>
        <w:textAlignment w:val="baseline"/>
        <w:rPr>
          <w:rFonts w:ascii="Cambria" w:eastAsia="Cambria" w:hAnsi="Cambria"/>
          <w:kern w:val="2"/>
          <w:sz w:val="16"/>
          <w:szCs w:val="16"/>
          <w:lang w:val="es-CR"/>
          <w14:ligatures w14:val="standardContextual"/>
        </w:rPr>
      </w:pPr>
      <w:r w:rsidRPr="00E35433">
        <w:rPr>
          <w:rFonts w:ascii="Cambria" w:eastAsia="Cambria" w:hAnsi="Cambria"/>
          <w:kern w:val="2"/>
          <w:sz w:val="16"/>
          <w:szCs w:val="16"/>
          <w:lang w:val="es-CR"/>
          <w14:ligatures w14:val="standardContextual"/>
        </w:rPr>
        <w:t>Al _________</w:t>
      </w:r>
    </w:p>
    <w:tbl>
      <w:tblPr>
        <w:tblStyle w:val="Tablaconcuadrcula2"/>
        <w:tblW w:w="11347" w:type="dxa"/>
        <w:jc w:val="center"/>
        <w:tblLayout w:type="fixed"/>
        <w:tblLook w:val="04A0" w:firstRow="1" w:lastRow="0" w:firstColumn="1" w:lastColumn="0" w:noHBand="0" w:noVBand="1"/>
      </w:tblPr>
      <w:tblGrid>
        <w:gridCol w:w="1206"/>
        <w:gridCol w:w="3032"/>
        <w:gridCol w:w="992"/>
        <w:gridCol w:w="2126"/>
        <w:gridCol w:w="1843"/>
        <w:gridCol w:w="2142"/>
        <w:gridCol w:w="6"/>
      </w:tblGrid>
      <w:tr w:rsidR="00E35433" w:rsidRPr="00A64921" w14:paraId="49408E4F" w14:textId="77777777" w:rsidTr="00E35433">
        <w:trPr>
          <w:jc w:val="center"/>
        </w:trPr>
        <w:tc>
          <w:tcPr>
            <w:tcW w:w="4238" w:type="dxa"/>
            <w:gridSpan w:val="2"/>
            <w:vMerge w:val="restart"/>
            <w:tcBorders>
              <w:top w:val="single" w:sz="12" w:space="0" w:color="auto"/>
              <w:left w:val="single" w:sz="12" w:space="0" w:color="auto"/>
              <w:bottom w:val="single" w:sz="12" w:space="0" w:color="auto"/>
              <w:right w:val="single" w:sz="12" w:space="0" w:color="auto"/>
            </w:tcBorders>
            <w:shd w:val="clear" w:color="auto" w:fill="DAE9F7"/>
            <w:vAlign w:val="center"/>
          </w:tcPr>
          <w:p w14:paraId="3D42C13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Reglamento sobre Supervisión Consolidada</w:t>
            </w:r>
          </w:p>
        </w:tc>
        <w:tc>
          <w:tcPr>
            <w:tcW w:w="3118"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44FA292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Dato adicional</w:t>
            </w:r>
          </w:p>
        </w:tc>
        <w:tc>
          <w:tcPr>
            <w:tcW w:w="3991" w:type="dxa"/>
            <w:gridSpan w:val="3"/>
            <w:tcBorders>
              <w:top w:val="single" w:sz="12" w:space="0" w:color="auto"/>
              <w:left w:val="single" w:sz="12" w:space="0" w:color="auto"/>
              <w:bottom w:val="single" w:sz="12" w:space="0" w:color="auto"/>
              <w:right w:val="single" w:sz="12" w:space="0" w:color="auto"/>
            </w:tcBorders>
            <w:shd w:val="clear" w:color="auto" w:fill="DAE9F7"/>
            <w:vAlign w:val="center"/>
          </w:tcPr>
          <w:p w14:paraId="4C0A7BEA" w14:textId="77777777" w:rsidR="00E35433" w:rsidRPr="00A64921" w:rsidRDefault="00E35433" w:rsidP="00E35433">
            <w:pPr>
              <w:spacing w:before="0" w:after="0" w:line="240" w:lineRule="auto"/>
              <w:jc w:val="center"/>
              <w:rPr>
                <w:rFonts w:asciiTheme="majorHAnsi" w:eastAsia="Aptos" w:hAnsiTheme="majorHAnsi" w:cstheme="majorHAnsi"/>
                <w:b/>
                <w:sz w:val="16"/>
                <w:szCs w:val="16"/>
                <w:lang w:val="es-CR"/>
              </w:rPr>
            </w:pPr>
            <w:r w:rsidRPr="00A64921">
              <w:rPr>
                <w:rFonts w:asciiTheme="majorHAnsi" w:eastAsia="Aptos" w:hAnsiTheme="majorHAnsi" w:cstheme="majorHAnsi"/>
                <w:b/>
                <w:sz w:val="16"/>
                <w:szCs w:val="16"/>
                <w:lang w:val="es-CR"/>
              </w:rPr>
              <w:t>Cuenta contable</w:t>
            </w:r>
          </w:p>
        </w:tc>
      </w:tr>
      <w:tr w:rsidR="00E35433" w:rsidRPr="00A64921" w14:paraId="3C1F7F4F" w14:textId="77777777" w:rsidTr="00E35433">
        <w:trPr>
          <w:gridAfter w:val="1"/>
          <w:wAfter w:w="6" w:type="dxa"/>
          <w:jc w:val="center"/>
        </w:trPr>
        <w:tc>
          <w:tcPr>
            <w:tcW w:w="4238" w:type="dxa"/>
            <w:gridSpan w:val="2"/>
            <w:vMerge/>
            <w:tcBorders>
              <w:top w:val="single" w:sz="12" w:space="0" w:color="auto"/>
              <w:left w:val="single" w:sz="12" w:space="0" w:color="auto"/>
              <w:bottom w:val="single" w:sz="12" w:space="0" w:color="auto"/>
              <w:right w:val="single" w:sz="12" w:space="0" w:color="auto"/>
            </w:tcBorders>
            <w:shd w:val="clear" w:color="auto" w:fill="DAE9F7"/>
          </w:tcPr>
          <w:p w14:paraId="4CA03F6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tcBorders>
              <w:top w:val="single" w:sz="12" w:space="0" w:color="auto"/>
              <w:left w:val="single" w:sz="12" w:space="0" w:color="auto"/>
              <w:bottom w:val="single" w:sz="12" w:space="0" w:color="auto"/>
              <w:right w:val="single" w:sz="12" w:space="0" w:color="auto"/>
            </w:tcBorders>
            <w:shd w:val="clear" w:color="auto" w:fill="DAE9F7"/>
            <w:vAlign w:val="center"/>
          </w:tcPr>
          <w:p w14:paraId="3AADDA1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Descripción</w:t>
            </w:r>
          </w:p>
        </w:tc>
        <w:tc>
          <w:tcPr>
            <w:tcW w:w="1843" w:type="dxa"/>
            <w:tcBorders>
              <w:top w:val="single" w:sz="12" w:space="0" w:color="auto"/>
              <w:left w:val="single" w:sz="12" w:space="0" w:color="auto"/>
              <w:bottom w:val="single" w:sz="12" w:space="0" w:color="auto"/>
              <w:right w:val="single" w:sz="12" w:space="0" w:color="auto"/>
            </w:tcBorders>
            <w:shd w:val="clear" w:color="auto" w:fill="DAE9F7"/>
            <w:vAlign w:val="center"/>
          </w:tcPr>
          <w:p w14:paraId="3A94859D" w14:textId="77777777" w:rsidR="00E35433" w:rsidRPr="00A64921" w:rsidRDefault="00E35433" w:rsidP="00E35433">
            <w:pPr>
              <w:spacing w:before="0" w:after="0" w:line="240" w:lineRule="auto"/>
              <w:jc w:val="center"/>
              <w:rPr>
                <w:rFonts w:asciiTheme="majorHAnsi" w:eastAsia="Aptos" w:hAnsiTheme="majorHAnsi" w:cstheme="majorHAnsi"/>
                <w:b/>
                <w:sz w:val="16"/>
                <w:szCs w:val="16"/>
                <w:lang w:val="es-CR"/>
              </w:rPr>
            </w:pPr>
            <w:r w:rsidRPr="00A64921">
              <w:rPr>
                <w:rFonts w:asciiTheme="majorHAnsi" w:eastAsia="Aptos" w:hAnsiTheme="majorHAnsi" w:cstheme="majorHAnsi"/>
                <w:b/>
                <w:sz w:val="16"/>
                <w:szCs w:val="16"/>
                <w:lang w:val="es-CR"/>
              </w:rPr>
              <w:t>Número</w:t>
            </w:r>
          </w:p>
        </w:tc>
        <w:tc>
          <w:tcPr>
            <w:tcW w:w="2142" w:type="dxa"/>
            <w:tcBorders>
              <w:top w:val="single" w:sz="12" w:space="0" w:color="auto"/>
              <w:left w:val="single" w:sz="12" w:space="0" w:color="auto"/>
              <w:bottom w:val="single" w:sz="12" w:space="0" w:color="auto"/>
              <w:right w:val="single" w:sz="12" w:space="0" w:color="auto"/>
            </w:tcBorders>
            <w:shd w:val="clear" w:color="auto" w:fill="DAE9F7"/>
            <w:vAlign w:val="center"/>
          </w:tcPr>
          <w:p w14:paraId="6ED6A908" w14:textId="77777777" w:rsidR="00E35433" w:rsidRPr="00A64921" w:rsidRDefault="00E35433" w:rsidP="00E35433">
            <w:pPr>
              <w:spacing w:before="0" w:after="0" w:line="240" w:lineRule="auto"/>
              <w:jc w:val="center"/>
              <w:rPr>
                <w:rFonts w:asciiTheme="majorHAnsi" w:eastAsia="Aptos" w:hAnsiTheme="majorHAnsi" w:cstheme="majorHAnsi"/>
                <w:b/>
                <w:sz w:val="16"/>
                <w:szCs w:val="16"/>
                <w:lang w:val="es-CR"/>
              </w:rPr>
            </w:pPr>
            <w:r w:rsidRPr="00A64921">
              <w:rPr>
                <w:rFonts w:asciiTheme="majorHAnsi" w:eastAsia="Aptos" w:hAnsiTheme="majorHAnsi" w:cstheme="majorHAnsi"/>
                <w:b/>
                <w:sz w:val="16"/>
                <w:szCs w:val="16"/>
                <w:lang w:val="es-CR"/>
              </w:rPr>
              <w:t>Descripción</w:t>
            </w:r>
          </w:p>
        </w:tc>
      </w:tr>
      <w:tr w:rsidR="00E35433" w:rsidRPr="00A64921" w14:paraId="51C8BD0C" w14:textId="77777777" w:rsidTr="00E35433">
        <w:trPr>
          <w:jc w:val="center"/>
        </w:trPr>
        <w:tc>
          <w:tcPr>
            <w:tcW w:w="11347" w:type="dxa"/>
            <w:gridSpan w:val="7"/>
            <w:tcBorders>
              <w:top w:val="single" w:sz="12" w:space="0" w:color="auto"/>
              <w:left w:val="single" w:sz="12" w:space="0" w:color="auto"/>
              <w:bottom w:val="single" w:sz="12" w:space="0" w:color="auto"/>
              <w:right w:val="single" w:sz="12" w:space="0" w:color="auto"/>
            </w:tcBorders>
            <w:shd w:val="clear" w:color="auto" w:fill="DAE9F7"/>
          </w:tcPr>
          <w:p w14:paraId="1F63C6A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CAPITAL BASE (A+B)</w:t>
            </w:r>
          </w:p>
        </w:tc>
      </w:tr>
      <w:tr w:rsidR="00E35433" w:rsidRPr="00A64921" w14:paraId="0BDC4A6C" w14:textId="77777777" w:rsidTr="00E35433">
        <w:trPr>
          <w:jc w:val="center"/>
        </w:trPr>
        <w:tc>
          <w:tcPr>
            <w:tcW w:w="11347" w:type="dxa"/>
            <w:gridSpan w:val="7"/>
            <w:tcBorders>
              <w:top w:val="single" w:sz="12" w:space="0" w:color="auto"/>
              <w:left w:val="single" w:sz="12" w:space="0" w:color="auto"/>
              <w:bottom w:val="single" w:sz="12" w:space="0" w:color="auto"/>
              <w:right w:val="single" w:sz="12" w:space="0" w:color="auto"/>
            </w:tcBorders>
            <w:shd w:val="clear" w:color="auto" w:fill="DAE9F7"/>
          </w:tcPr>
          <w:p w14:paraId="1D09610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 CAPITAL NIVEL 1 (I+II)</w:t>
            </w:r>
          </w:p>
        </w:tc>
      </w:tr>
      <w:tr w:rsidR="00E35433" w:rsidRPr="00A64921" w14:paraId="69372FDA" w14:textId="77777777" w:rsidTr="00E35433">
        <w:trPr>
          <w:jc w:val="center"/>
        </w:trPr>
        <w:tc>
          <w:tcPr>
            <w:tcW w:w="11347" w:type="dxa"/>
            <w:gridSpan w:val="7"/>
            <w:tcBorders>
              <w:top w:val="single" w:sz="12" w:space="0" w:color="auto"/>
              <w:left w:val="single" w:sz="12" w:space="0" w:color="auto"/>
              <w:bottom w:val="single" w:sz="12" w:space="0" w:color="auto"/>
              <w:right w:val="single" w:sz="12" w:space="0" w:color="auto"/>
            </w:tcBorders>
            <w:shd w:val="clear" w:color="auto" w:fill="DAE9F7"/>
          </w:tcPr>
          <w:p w14:paraId="1D1FD4E6"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I) CAPITAL COMÚN NIVEL 1 (1 - 2)</w:t>
            </w:r>
          </w:p>
        </w:tc>
      </w:tr>
      <w:tr w:rsidR="00E35433" w:rsidRPr="00A64921" w14:paraId="48DED8FD" w14:textId="77777777" w:rsidTr="00E35433">
        <w:trPr>
          <w:jc w:val="center"/>
        </w:trPr>
        <w:tc>
          <w:tcPr>
            <w:tcW w:w="1206" w:type="dxa"/>
            <w:tcBorders>
              <w:top w:val="single" w:sz="12" w:space="0" w:color="auto"/>
              <w:left w:val="single" w:sz="12" w:space="0" w:color="auto"/>
              <w:bottom w:val="single" w:sz="12" w:space="0" w:color="auto"/>
            </w:tcBorders>
            <w:shd w:val="clear" w:color="auto" w:fill="DAE9F7"/>
          </w:tcPr>
          <w:p w14:paraId="0533B62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97</w:t>
            </w:r>
          </w:p>
        </w:tc>
        <w:tc>
          <w:tcPr>
            <w:tcW w:w="10141" w:type="dxa"/>
            <w:gridSpan w:val="6"/>
            <w:tcBorders>
              <w:top w:val="single" w:sz="12" w:space="0" w:color="auto"/>
              <w:bottom w:val="single" w:sz="12" w:space="0" w:color="auto"/>
              <w:right w:val="single" w:sz="12" w:space="0" w:color="auto"/>
            </w:tcBorders>
            <w:shd w:val="clear" w:color="auto" w:fill="DAE9F7"/>
          </w:tcPr>
          <w:p w14:paraId="2BDFEEF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1) Elementos del CCN1</w:t>
            </w:r>
          </w:p>
        </w:tc>
      </w:tr>
      <w:tr w:rsidR="00E35433" w:rsidRPr="00A64921" w14:paraId="6FC6D4CF" w14:textId="77777777" w:rsidTr="00C55BA7">
        <w:trPr>
          <w:gridAfter w:val="1"/>
          <w:wAfter w:w="6" w:type="dxa"/>
          <w:jc w:val="center"/>
        </w:trPr>
        <w:tc>
          <w:tcPr>
            <w:tcW w:w="1206" w:type="dxa"/>
            <w:tcBorders>
              <w:top w:val="single" w:sz="12" w:space="0" w:color="auto"/>
            </w:tcBorders>
            <w:vAlign w:val="center"/>
          </w:tcPr>
          <w:p w14:paraId="28372D4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bottom w:val="single" w:sz="4" w:space="0" w:color="auto"/>
            </w:tcBorders>
          </w:tcPr>
          <w:p w14:paraId="67D13F6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Las acciones comunes que cumplan con todos y cada uno de los criterios de admisibilidad para formar parte del </w:t>
            </w:r>
            <w:r w:rsidRPr="00A64921">
              <w:rPr>
                <w:rFonts w:asciiTheme="majorHAnsi" w:eastAsia="Aptos" w:hAnsiTheme="majorHAnsi" w:cstheme="majorHAnsi"/>
                <w:sz w:val="16"/>
                <w:szCs w:val="16"/>
                <w:lang w:val="es-CR"/>
              </w:rPr>
              <w:lastRenderedPageBreak/>
              <w:t>CCN1, dispuestos en el Anexo XVI de este reglamento.</w:t>
            </w:r>
          </w:p>
        </w:tc>
        <w:tc>
          <w:tcPr>
            <w:tcW w:w="3118" w:type="dxa"/>
            <w:gridSpan w:val="2"/>
            <w:tcBorders>
              <w:top w:val="single" w:sz="12" w:space="0" w:color="auto"/>
              <w:bottom w:val="single" w:sz="4" w:space="0" w:color="auto"/>
            </w:tcBorders>
            <w:vAlign w:val="center"/>
          </w:tcPr>
          <w:p w14:paraId="617961B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No procede</w:t>
            </w:r>
          </w:p>
        </w:tc>
        <w:tc>
          <w:tcPr>
            <w:tcW w:w="1843" w:type="dxa"/>
            <w:tcBorders>
              <w:top w:val="single" w:sz="12" w:space="0" w:color="auto"/>
            </w:tcBorders>
            <w:vAlign w:val="center"/>
          </w:tcPr>
          <w:p w14:paraId="08A6EF3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3.010.010.010</w:t>
            </w:r>
          </w:p>
        </w:tc>
        <w:tc>
          <w:tcPr>
            <w:tcW w:w="2142" w:type="dxa"/>
            <w:tcBorders>
              <w:top w:val="single" w:sz="12" w:space="0" w:color="auto"/>
            </w:tcBorders>
            <w:vAlign w:val="center"/>
          </w:tcPr>
          <w:p w14:paraId="0733F83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ordinario</w:t>
            </w:r>
          </w:p>
        </w:tc>
      </w:tr>
      <w:tr w:rsidR="00E35433" w:rsidRPr="00A64921" w14:paraId="7DA207BC" w14:textId="77777777" w:rsidTr="00E35433">
        <w:trPr>
          <w:gridAfter w:val="1"/>
          <w:wAfter w:w="6" w:type="dxa"/>
          <w:jc w:val="center"/>
        </w:trPr>
        <w:tc>
          <w:tcPr>
            <w:tcW w:w="1206" w:type="dxa"/>
            <w:shd w:val="clear" w:color="auto" w:fill="F2F2F2"/>
            <w:vAlign w:val="center"/>
          </w:tcPr>
          <w:p w14:paraId="39DF003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tcBorders>
              <w:bottom w:val="single" w:sz="4" w:space="0" w:color="auto"/>
            </w:tcBorders>
            <w:shd w:val="clear" w:color="auto" w:fill="F2F2F2"/>
          </w:tcPr>
          <w:p w14:paraId="3B16F5F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primas relacionadas con los instrumentos del inciso anterior, netas de los descuentos, y costos de emisión y de colocación.</w:t>
            </w:r>
          </w:p>
        </w:tc>
        <w:tc>
          <w:tcPr>
            <w:tcW w:w="3118" w:type="dxa"/>
            <w:gridSpan w:val="2"/>
            <w:tcBorders>
              <w:bottom w:val="single" w:sz="4" w:space="0" w:color="auto"/>
            </w:tcBorders>
            <w:shd w:val="clear" w:color="auto" w:fill="F2F2F2"/>
            <w:vAlign w:val="center"/>
          </w:tcPr>
          <w:p w14:paraId="7AE8193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por emisión de instrumentos incluidos en el CCN1, netas de descuentos y costos de emisión y colocación</w:t>
            </w:r>
          </w:p>
        </w:tc>
        <w:tc>
          <w:tcPr>
            <w:tcW w:w="1843" w:type="dxa"/>
            <w:shd w:val="clear" w:color="auto" w:fill="F2F2F2"/>
            <w:vAlign w:val="center"/>
          </w:tcPr>
          <w:p w14:paraId="351B59A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3.020.010.000</w:t>
            </w:r>
          </w:p>
        </w:tc>
        <w:tc>
          <w:tcPr>
            <w:tcW w:w="2142" w:type="dxa"/>
            <w:shd w:val="clear" w:color="auto" w:fill="F2F2F2"/>
            <w:vAlign w:val="center"/>
          </w:tcPr>
          <w:p w14:paraId="754BF27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adicional</w:t>
            </w:r>
          </w:p>
        </w:tc>
      </w:tr>
      <w:tr w:rsidR="00E35433" w:rsidRPr="00A64921" w14:paraId="40AD1681" w14:textId="77777777" w:rsidTr="00C55BA7">
        <w:trPr>
          <w:gridAfter w:val="1"/>
          <w:wAfter w:w="6" w:type="dxa"/>
          <w:jc w:val="center"/>
        </w:trPr>
        <w:tc>
          <w:tcPr>
            <w:tcW w:w="1206" w:type="dxa"/>
            <w:vAlign w:val="center"/>
          </w:tcPr>
          <w:p w14:paraId="4C0FBA3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tcBorders>
              <w:top w:val="single" w:sz="4" w:space="0" w:color="auto"/>
            </w:tcBorders>
            <w:vAlign w:val="center"/>
          </w:tcPr>
          <w:p w14:paraId="1266F69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 reserva legal.</w:t>
            </w:r>
          </w:p>
        </w:tc>
        <w:tc>
          <w:tcPr>
            <w:tcW w:w="3118" w:type="dxa"/>
            <w:gridSpan w:val="2"/>
            <w:tcBorders>
              <w:top w:val="single" w:sz="4" w:space="0" w:color="auto"/>
            </w:tcBorders>
            <w:vAlign w:val="center"/>
          </w:tcPr>
          <w:p w14:paraId="130EE450"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vAlign w:val="center"/>
          </w:tcPr>
          <w:p w14:paraId="3D59824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3.040.010.000</w:t>
            </w:r>
          </w:p>
        </w:tc>
        <w:tc>
          <w:tcPr>
            <w:tcW w:w="2142" w:type="dxa"/>
          </w:tcPr>
          <w:p w14:paraId="2DE837B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Reserva Legal</w:t>
            </w:r>
          </w:p>
        </w:tc>
      </w:tr>
      <w:tr w:rsidR="00E35433" w:rsidRPr="00A64921" w14:paraId="7A42A146" w14:textId="77777777" w:rsidTr="00E35433">
        <w:trPr>
          <w:gridAfter w:val="1"/>
          <w:wAfter w:w="6" w:type="dxa"/>
          <w:jc w:val="center"/>
        </w:trPr>
        <w:tc>
          <w:tcPr>
            <w:tcW w:w="1206" w:type="dxa"/>
            <w:shd w:val="clear" w:color="auto" w:fill="F2F2F2"/>
            <w:vAlign w:val="center"/>
          </w:tcPr>
          <w:p w14:paraId="4B453C3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shd w:val="clear" w:color="auto" w:fill="F2F2F2"/>
            <w:vAlign w:val="center"/>
          </w:tcPr>
          <w:p w14:paraId="3A23CC4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utilidades o excedentes acumulados de ejercicios anteriores.</w:t>
            </w:r>
          </w:p>
        </w:tc>
        <w:tc>
          <w:tcPr>
            <w:tcW w:w="3118" w:type="dxa"/>
            <w:gridSpan w:val="2"/>
            <w:shd w:val="clear" w:color="auto" w:fill="F2F2F2"/>
            <w:vAlign w:val="center"/>
          </w:tcPr>
          <w:p w14:paraId="0A61299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shd w:val="clear" w:color="auto" w:fill="F2F2F2"/>
            <w:vAlign w:val="center"/>
          </w:tcPr>
          <w:p w14:paraId="4C84951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3.050.000.000</w:t>
            </w:r>
          </w:p>
        </w:tc>
        <w:tc>
          <w:tcPr>
            <w:tcW w:w="2142" w:type="dxa"/>
            <w:shd w:val="clear" w:color="auto" w:fill="F2F2F2"/>
          </w:tcPr>
          <w:p w14:paraId="15585F0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Resultados acumulados de ejercicios anteriores</w:t>
            </w:r>
          </w:p>
        </w:tc>
      </w:tr>
      <w:tr w:rsidR="00E35433" w:rsidRPr="00A64921" w14:paraId="1450E60B" w14:textId="77777777" w:rsidTr="00C55BA7">
        <w:trPr>
          <w:gridAfter w:val="1"/>
          <w:wAfter w:w="6" w:type="dxa"/>
          <w:jc w:val="center"/>
        </w:trPr>
        <w:tc>
          <w:tcPr>
            <w:tcW w:w="1206" w:type="dxa"/>
            <w:vMerge w:val="restart"/>
            <w:vAlign w:val="center"/>
          </w:tcPr>
          <w:p w14:paraId="693205C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e)</w:t>
            </w:r>
          </w:p>
        </w:tc>
        <w:tc>
          <w:tcPr>
            <w:tcW w:w="3032" w:type="dxa"/>
            <w:vMerge w:val="restart"/>
            <w:vAlign w:val="center"/>
          </w:tcPr>
          <w:p w14:paraId="3F15374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 utilidad o excedente del periodo, neto de las deducciones que por ley correspondan.</w:t>
            </w:r>
          </w:p>
        </w:tc>
        <w:tc>
          <w:tcPr>
            <w:tcW w:w="3118" w:type="dxa"/>
            <w:gridSpan w:val="2"/>
            <w:vMerge w:val="restart"/>
            <w:vAlign w:val="center"/>
          </w:tcPr>
          <w:p w14:paraId="2BF591C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vAlign w:val="center"/>
          </w:tcPr>
          <w:p w14:paraId="06E65EF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5.000.000.000</w:t>
            </w:r>
          </w:p>
        </w:tc>
        <w:tc>
          <w:tcPr>
            <w:tcW w:w="2142" w:type="dxa"/>
          </w:tcPr>
          <w:p w14:paraId="4ED674E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Ingresos</w:t>
            </w:r>
          </w:p>
        </w:tc>
      </w:tr>
      <w:tr w:rsidR="00E35433" w:rsidRPr="00A64921" w14:paraId="05132EBB" w14:textId="77777777" w:rsidTr="00C55BA7">
        <w:trPr>
          <w:gridAfter w:val="1"/>
          <w:wAfter w:w="6" w:type="dxa"/>
          <w:jc w:val="center"/>
        </w:trPr>
        <w:tc>
          <w:tcPr>
            <w:tcW w:w="1206" w:type="dxa"/>
            <w:vMerge/>
            <w:vAlign w:val="center"/>
          </w:tcPr>
          <w:p w14:paraId="7E95F91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vAlign w:val="center"/>
          </w:tcPr>
          <w:p w14:paraId="5A81603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tcPr>
          <w:p w14:paraId="3055D44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843" w:type="dxa"/>
            <w:vAlign w:val="center"/>
          </w:tcPr>
          <w:p w14:paraId="67BCC87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p>
          <w:p w14:paraId="5064151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4.000.000.000</w:t>
            </w:r>
          </w:p>
        </w:tc>
        <w:tc>
          <w:tcPr>
            <w:tcW w:w="2142" w:type="dxa"/>
          </w:tcPr>
          <w:p w14:paraId="2A89D73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- 1/Gastos</w:t>
            </w:r>
          </w:p>
        </w:tc>
      </w:tr>
      <w:tr w:rsidR="00E35433" w:rsidRPr="00A64921" w14:paraId="3792BE83" w14:textId="77777777" w:rsidTr="00C55BA7">
        <w:trPr>
          <w:gridAfter w:val="1"/>
          <w:wAfter w:w="6" w:type="dxa"/>
          <w:jc w:val="center"/>
        </w:trPr>
        <w:tc>
          <w:tcPr>
            <w:tcW w:w="1206" w:type="dxa"/>
            <w:vMerge/>
            <w:vAlign w:val="center"/>
          </w:tcPr>
          <w:p w14:paraId="4BF4812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vAlign w:val="center"/>
          </w:tcPr>
          <w:p w14:paraId="7E0C222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tcPr>
          <w:p w14:paraId="32879367"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843" w:type="dxa"/>
            <w:vAlign w:val="center"/>
          </w:tcPr>
          <w:p w14:paraId="162EB0D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p>
          <w:p w14:paraId="1843A49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3.060.010.000</w:t>
            </w:r>
          </w:p>
        </w:tc>
        <w:tc>
          <w:tcPr>
            <w:tcW w:w="2142" w:type="dxa"/>
          </w:tcPr>
          <w:p w14:paraId="760EF9D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+ 2/Utilidad o excedente del periodo</w:t>
            </w:r>
          </w:p>
        </w:tc>
      </w:tr>
      <w:tr w:rsidR="00E35433" w:rsidRPr="00A64921" w14:paraId="4DF89351" w14:textId="77777777" w:rsidTr="00C55BA7">
        <w:trPr>
          <w:jc w:val="center"/>
        </w:trPr>
        <w:tc>
          <w:tcPr>
            <w:tcW w:w="1206" w:type="dxa"/>
            <w:vMerge/>
            <w:vAlign w:val="center"/>
          </w:tcPr>
          <w:p w14:paraId="13A37D8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vAlign w:val="center"/>
          </w:tcPr>
          <w:p w14:paraId="0213B15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tcPr>
          <w:p w14:paraId="4887DFE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991" w:type="dxa"/>
            <w:gridSpan w:val="3"/>
          </w:tcPr>
          <w:p w14:paraId="1FA66836" w14:textId="77777777" w:rsidR="00E35433" w:rsidRPr="00A64921" w:rsidRDefault="00E35433" w:rsidP="00E35433">
            <w:pPr>
              <w:spacing w:before="0" w:after="0" w:line="240" w:lineRule="auto"/>
              <w:rPr>
                <w:rFonts w:asciiTheme="majorHAnsi" w:eastAsia="Aptos" w:hAnsiTheme="majorHAnsi" w:cstheme="majorHAnsi"/>
                <w:sz w:val="12"/>
                <w:szCs w:val="12"/>
                <w:lang w:val="es-CR"/>
              </w:rPr>
            </w:pPr>
            <w:r w:rsidRPr="00A64921">
              <w:rPr>
                <w:rFonts w:asciiTheme="majorHAnsi" w:eastAsia="Aptos" w:hAnsiTheme="majorHAnsi" w:cstheme="majorHAnsi"/>
                <w:sz w:val="12"/>
                <w:szCs w:val="12"/>
                <w:lang w:val="es-CR"/>
              </w:rPr>
              <w:t>1/ Incluye todas las cuentas de gastos y las de Participaciones legales sobre la utilidad.</w:t>
            </w:r>
          </w:p>
        </w:tc>
      </w:tr>
      <w:tr w:rsidR="00E35433" w:rsidRPr="00A64921" w14:paraId="04048B19" w14:textId="77777777" w:rsidTr="00C55BA7">
        <w:trPr>
          <w:jc w:val="center"/>
        </w:trPr>
        <w:tc>
          <w:tcPr>
            <w:tcW w:w="1206" w:type="dxa"/>
            <w:vMerge/>
            <w:vAlign w:val="center"/>
          </w:tcPr>
          <w:p w14:paraId="5438710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vAlign w:val="center"/>
          </w:tcPr>
          <w:p w14:paraId="1454006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tcPr>
          <w:p w14:paraId="759FCBAD"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991" w:type="dxa"/>
            <w:gridSpan w:val="3"/>
          </w:tcPr>
          <w:p w14:paraId="0E559367" w14:textId="77777777" w:rsidR="00E35433" w:rsidRPr="00A64921" w:rsidRDefault="00E35433" w:rsidP="00E35433">
            <w:pPr>
              <w:spacing w:before="0" w:after="0" w:line="240" w:lineRule="auto"/>
              <w:rPr>
                <w:rFonts w:asciiTheme="majorHAnsi" w:eastAsia="Aptos" w:hAnsiTheme="majorHAnsi" w:cstheme="majorHAnsi"/>
                <w:sz w:val="12"/>
                <w:szCs w:val="12"/>
                <w:lang w:val="es-CR"/>
              </w:rPr>
            </w:pPr>
            <w:r w:rsidRPr="00A64921">
              <w:rPr>
                <w:rFonts w:asciiTheme="majorHAnsi" w:eastAsia="Aptos" w:hAnsiTheme="majorHAnsi" w:cstheme="majorHAnsi"/>
                <w:sz w:val="12"/>
                <w:szCs w:val="12"/>
                <w:lang w:val="es-CR"/>
              </w:rPr>
              <w:t>2/ Esta cuenta se utiliza en el caso de que la entidad realice el cierre semestral.</w:t>
            </w:r>
          </w:p>
        </w:tc>
      </w:tr>
      <w:tr w:rsidR="00E35433" w:rsidRPr="00A64921" w14:paraId="11939215" w14:textId="77777777" w:rsidTr="00E35433">
        <w:trPr>
          <w:gridAfter w:val="1"/>
          <w:wAfter w:w="6" w:type="dxa"/>
          <w:jc w:val="center"/>
        </w:trPr>
        <w:tc>
          <w:tcPr>
            <w:tcW w:w="1206" w:type="dxa"/>
            <w:vMerge w:val="restart"/>
            <w:shd w:val="clear" w:color="auto" w:fill="F2F2F2"/>
            <w:vAlign w:val="center"/>
          </w:tcPr>
          <w:p w14:paraId="3D58E5C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f)</w:t>
            </w:r>
          </w:p>
        </w:tc>
        <w:tc>
          <w:tcPr>
            <w:tcW w:w="3032" w:type="dxa"/>
            <w:vMerge w:val="restart"/>
            <w:shd w:val="clear" w:color="auto" w:fill="F2F2F2"/>
            <w:vAlign w:val="center"/>
          </w:tcPr>
          <w:p w14:paraId="167480E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Los otros resultados integrales acumulados totales, excluyendo: i) los superávits por revaluación de terrenos, edificios e instalaciones, </w:t>
            </w:r>
            <w:proofErr w:type="spellStart"/>
            <w:r w:rsidRPr="00A64921">
              <w:rPr>
                <w:rFonts w:asciiTheme="majorHAnsi" w:eastAsia="Aptos" w:hAnsiTheme="majorHAnsi" w:cstheme="majorHAnsi"/>
                <w:sz w:val="16"/>
                <w:szCs w:val="16"/>
                <w:lang w:val="es-CR"/>
              </w:rPr>
              <w:t>ii</w:t>
            </w:r>
            <w:proofErr w:type="spellEnd"/>
            <w:r w:rsidRPr="00A64921">
              <w:rPr>
                <w:rFonts w:asciiTheme="majorHAnsi" w:eastAsia="Aptos" w:hAnsiTheme="majorHAnsi" w:cstheme="majorHAnsi"/>
                <w:sz w:val="16"/>
                <w:szCs w:val="16"/>
                <w:lang w:val="es-CR"/>
              </w:rPr>
              <w:t xml:space="preserve">) los superávits por revaluación de otros activos diferentes de instrumentos financieros, y </w:t>
            </w:r>
            <w:proofErr w:type="spellStart"/>
            <w:r w:rsidRPr="00A64921">
              <w:rPr>
                <w:rFonts w:asciiTheme="majorHAnsi" w:eastAsia="Aptos" w:hAnsiTheme="majorHAnsi" w:cstheme="majorHAnsi"/>
                <w:sz w:val="16"/>
                <w:szCs w:val="16"/>
                <w:lang w:val="es-CR"/>
              </w:rPr>
              <w:t>iii</w:t>
            </w:r>
            <w:proofErr w:type="spellEnd"/>
            <w:r w:rsidRPr="00A64921">
              <w:rPr>
                <w:rFonts w:asciiTheme="majorHAnsi" w:eastAsia="Aptos" w:hAnsiTheme="majorHAnsi" w:cstheme="majorHAnsi"/>
                <w:sz w:val="16"/>
                <w:szCs w:val="16"/>
                <w:lang w:val="es-CR"/>
              </w:rPr>
              <w:t>) los superávits por valuación de participaciones en otras empresas.</w:t>
            </w:r>
          </w:p>
        </w:tc>
        <w:tc>
          <w:tcPr>
            <w:tcW w:w="3118" w:type="dxa"/>
            <w:gridSpan w:val="2"/>
            <w:vMerge w:val="restart"/>
            <w:shd w:val="clear" w:color="auto" w:fill="F2F2F2"/>
            <w:vAlign w:val="center"/>
          </w:tcPr>
          <w:p w14:paraId="0E82D85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shd w:val="clear" w:color="auto" w:fill="F2F2F2"/>
            <w:vAlign w:val="center"/>
          </w:tcPr>
          <w:p w14:paraId="4CB17B8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3.030.000.000</w:t>
            </w:r>
          </w:p>
        </w:tc>
        <w:tc>
          <w:tcPr>
            <w:tcW w:w="2142" w:type="dxa"/>
            <w:shd w:val="clear" w:color="auto" w:fill="F2F2F2"/>
          </w:tcPr>
          <w:p w14:paraId="4FDDF88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Ajustes al patrimonio - otros resultados integrales</w:t>
            </w:r>
          </w:p>
        </w:tc>
      </w:tr>
      <w:tr w:rsidR="00E35433" w:rsidRPr="00A64921" w14:paraId="6A08AF37" w14:textId="77777777" w:rsidTr="00E35433">
        <w:trPr>
          <w:gridAfter w:val="1"/>
          <w:wAfter w:w="6" w:type="dxa"/>
          <w:jc w:val="center"/>
        </w:trPr>
        <w:tc>
          <w:tcPr>
            <w:tcW w:w="1206" w:type="dxa"/>
            <w:vMerge/>
            <w:shd w:val="clear" w:color="auto" w:fill="F2F2F2"/>
          </w:tcPr>
          <w:p w14:paraId="6557F6F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shd w:val="clear" w:color="auto" w:fill="F2F2F2"/>
          </w:tcPr>
          <w:p w14:paraId="7AAA123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Merge/>
            <w:shd w:val="clear" w:color="auto" w:fill="F2F2F2"/>
          </w:tcPr>
          <w:p w14:paraId="69896919"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843" w:type="dxa"/>
            <w:shd w:val="clear" w:color="auto" w:fill="F2F2F2"/>
            <w:vAlign w:val="center"/>
          </w:tcPr>
          <w:p w14:paraId="5791C90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p>
          <w:p w14:paraId="0ED9454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3.030.010.010</w:t>
            </w:r>
          </w:p>
        </w:tc>
        <w:tc>
          <w:tcPr>
            <w:tcW w:w="2142" w:type="dxa"/>
            <w:shd w:val="clear" w:color="auto" w:fill="F2F2F2"/>
          </w:tcPr>
          <w:p w14:paraId="40431EF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-Superávit por revaluación de propiedades inmobiliarias</w:t>
            </w:r>
          </w:p>
        </w:tc>
      </w:tr>
      <w:tr w:rsidR="00E35433" w:rsidRPr="00A64921" w14:paraId="5A426745" w14:textId="77777777" w:rsidTr="00E35433">
        <w:trPr>
          <w:gridAfter w:val="1"/>
          <w:wAfter w:w="6" w:type="dxa"/>
          <w:jc w:val="center"/>
        </w:trPr>
        <w:tc>
          <w:tcPr>
            <w:tcW w:w="1206" w:type="dxa"/>
            <w:vMerge/>
            <w:shd w:val="clear" w:color="auto" w:fill="F2F2F2"/>
          </w:tcPr>
          <w:p w14:paraId="6A36D2F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shd w:val="clear" w:color="auto" w:fill="F2F2F2"/>
          </w:tcPr>
          <w:p w14:paraId="5448C6A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Merge/>
            <w:shd w:val="clear" w:color="auto" w:fill="F2F2F2"/>
          </w:tcPr>
          <w:p w14:paraId="06F96B28"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843" w:type="dxa"/>
            <w:shd w:val="clear" w:color="auto" w:fill="F2F2F2"/>
            <w:vAlign w:val="center"/>
          </w:tcPr>
          <w:p w14:paraId="29908E6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3.030.010.060</w:t>
            </w:r>
          </w:p>
        </w:tc>
        <w:tc>
          <w:tcPr>
            <w:tcW w:w="2142" w:type="dxa"/>
            <w:shd w:val="clear" w:color="auto" w:fill="F2F2F2"/>
          </w:tcPr>
          <w:p w14:paraId="29B32FE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Superávit por revaluación de otros activos</w:t>
            </w:r>
          </w:p>
        </w:tc>
      </w:tr>
      <w:tr w:rsidR="00E35433" w:rsidRPr="00A64921" w14:paraId="5F4E3BC2" w14:textId="77777777" w:rsidTr="00E35433">
        <w:trPr>
          <w:gridAfter w:val="1"/>
          <w:wAfter w:w="6" w:type="dxa"/>
          <w:jc w:val="center"/>
        </w:trPr>
        <w:tc>
          <w:tcPr>
            <w:tcW w:w="1206" w:type="dxa"/>
            <w:vMerge/>
            <w:shd w:val="clear" w:color="auto" w:fill="F2F2F2"/>
          </w:tcPr>
          <w:p w14:paraId="4080A98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shd w:val="clear" w:color="auto" w:fill="F2F2F2"/>
          </w:tcPr>
          <w:p w14:paraId="22F50D6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Merge/>
            <w:shd w:val="clear" w:color="auto" w:fill="F2F2F2"/>
          </w:tcPr>
          <w:p w14:paraId="2E10862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843" w:type="dxa"/>
            <w:tcBorders>
              <w:bottom w:val="single" w:sz="4" w:space="0" w:color="auto"/>
            </w:tcBorders>
            <w:shd w:val="clear" w:color="auto" w:fill="F2F2F2"/>
            <w:vAlign w:val="center"/>
          </w:tcPr>
          <w:p w14:paraId="4AF68C0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MENOS </w:t>
            </w:r>
            <w:r w:rsidRPr="00A64921">
              <w:rPr>
                <w:rFonts w:asciiTheme="majorHAnsi" w:eastAsia="Aptos" w:hAnsiTheme="majorHAnsi" w:cstheme="majorHAnsi"/>
                <w:sz w:val="16"/>
                <w:szCs w:val="16"/>
                <w:lang w:val="es-CR"/>
              </w:rPr>
              <w:br/>
              <w:t>3.030.020.010</w:t>
            </w:r>
          </w:p>
        </w:tc>
        <w:tc>
          <w:tcPr>
            <w:tcW w:w="2142" w:type="dxa"/>
            <w:shd w:val="clear" w:color="auto" w:fill="F2F2F2"/>
          </w:tcPr>
          <w:p w14:paraId="6F670C4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Superávit por revaluación propiedades, mobiliario y equipo en empresas participadas</w:t>
            </w:r>
          </w:p>
        </w:tc>
      </w:tr>
      <w:tr w:rsidR="00E35433" w:rsidRPr="00A64921" w14:paraId="30BA63A0" w14:textId="77777777" w:rsidTr="00E35433">
        <w:trPr>
          <w:gridAfter w:val="1"/>
          <w:wAfter w:w="6" w:type="dxa"/>
          <w:trHeight w:val="467"/>
          <w:jc w:val="center"/>
        </w:trPr>
        <w:tc>
          <w:tcPr>
            <w:tcW w:w="1206" w:type="dxa"/>
            <w:vMerge/>
            <w:shd w:val="clear" w:color="auto" w:fill="F2F2F2"/>
          </w:tcPr>
          <w:p w14:paraId="57575E0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shd w:val="clear" w:color="auto" w:fill="F2F2F2"/>
          </w:tcPr>
          <w:p w14:paraId="4DBE7F7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Merge/>
            <w:shd w:val="clear" w:color="auto" w:fill="F2F2F2"/>
          </w:tcPr>
          <w:p w14:paraId="202BF08A"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843" w:type="dxa"/>
            <w:shd w:val="clear" w:color="auto" w:fill="F2F2F2"/>
            <w:vAlign w:val="center"/>
          </w:tcPr>
          <w:p w14:paraId="50B7937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3.030.020.020</w:t>
            </w:r>
          </w:p>
        </w:tc>
        <w:tc>
          <w:tcPr>
            <w:tcW w:w="2142" w:type="dxa"/>
            <w:shd w:val="clear" w:color="auto" w:fill="F2F2F2"/>
            <w:vAlign w:val="center"/>
          </w:tcPr>
          <w:p w14:paraId="2DA1BC1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Superávit por revaluación de otros activos en empresas participadas</w:t>
            </w:r>
          </w:p>
        </w:tc>
      </w:tr>
      <w:tr w:rsidR="00E35433" w:rsidRPr="00A64921" w14:paraId="78A7687A" w14:textId="77777777" w:rsidTr="00C55BA7">
        <w:trPr>
          <w:gridAfter w:val="1"/>
          <w:wAfter w:w="6" w:type="dxa"/>
          <w:jc w:val="center"/>
        </w:trPr>
        <w:tc>
          <w:tcPr>
            <w:tcW w:w="1206" w:type="dxa"/>
            <w:vMerge w:val="restart"/>
            <w:vAlign w:val="center"/>
          </w:tcPr>
          <w:p w14:paraId="798CC8B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g)</w:t>
            </w:r>
          </w:p>
        </w:tc>
        <w:tc>
          <w:tcPr>
            <w:tcW w:w="3032" w:type="dxa"/>
            <w:vMerge w:val="restart"/>
          </w:tcPr>
          <w:p w14:paraId="28FCFB4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aportes y donaciones para incrementos de capital social, en trámite de inscripción en el Registro Público. Los aportes y donaciones deben corresponder a instrumentos admisibles en el CCN1, según el inciso a) del artículo 96.</w:t>
            </w:r>
          </w:p>
        </w:tc>
        <w:tc>
          <w:tcPr>
            <w:tcW w:w="3118" w:type="dxa"/>
            <w:gridSpan w:val="2"/>
            <w:vAlign w:val="center"/>
          </w:tcPr>
          <w:p w14:paraId="0C40DB1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 en instrumentos admisibles en el CCN1</w:t>
            </w:r>
          </w:p>
        </w:tc>
        <w:tc>
          <w:tcPr>
            <w:tcW w:w="1843" w:type="dxa"/>
            <w:tcBorders>
              <w:top w:val="single" w:sz="4" w:space="0" w:color="auto"/>
            </w:tcBorders>
            <w:vAlign w:val="center"/>
          </w:tcPr>
          <w:p w14:paraId="2F21C458" w14:textId="30ACE1F1"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3.020.020.</w:t>
            </w:r>
            <w:r w:rsidR="00140705" w:rsidRPr="00A64921">
              <w:rPr>
                <w:rFonts w:asciiTheme="majorHAnsi" w:eastAsia="Aptos" w:hAnsiTheme="majorHAnsi" w:cstheme="majorHAnsi"/>
                <w:sz w:val="16"/>
                <w:szCs w:val="16"/>
                <w:lang w:val="es-CR"/>
              </w:rPr>
              <w:t>010. M.</w:t>
            </w:r>
            <w:r w:rsidRPr="00A64921">
              <w:rPr>
                <w:rFonts w:asciiTheme="majorHAnsi" w:eastAsia="Aptos" w:hAnsiTheme="majorHAnsi" w:cstheme="majorHAnsi"/>
                <w:sz w:val="16"/>
                <w:szCs w:val="16"/>
                <w:lang w:val="es-CR"/>
              </w:rPr>
              <w:t>010</w:t>
            </w:r>
          </w:p>
        </w:tc>
        <w:tc>
          <w:tcPr>
            <w:tcW w:w="2142" w:type="dxa"/>
            <w:tcBorders>
              <w:top w:val="single" w:sz="4" w:space="0" w:color="auto"/>
            </w:tcBorders>
          </w:tcPr>
          <w:p w14:paraId="3D76264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w:t>
            </w:r>
          </w:p>
        </w:tc>
      </w:tr>
      <w:tr w:rsidR="00E35433" w:rsidRPr="00A64921" w14:paraId="659CDDE6" w14:textId="77777777" w:rsidTr="00C55BA7">
        <w:trPr>
          <w:gridAfter w:val="1"/>
          <w:wAfter w:w="6" w:type="dxa"/>
          <w:jc w:val="center"/>
        </w:trPr>
        <w:tc>
          <w:tcPr>
            <w:tcW w:w="1206" w:type="dxa"/>
            <w:vMerge/>
            <w:tcBorders>
              <w:bottom w:val="single" w:sz="4" w:space="0" w:color="auto"/>
            </w:tcBorders>
          </w:tcPr>
          <w:p w14:paraId="496005B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tcBorders>
              <w:bottom w:val="single" w:sz="4" w:space="0" w:color="auto"/>
            </w:tcBorders>
          </w:tcPr>
          <w:p w14:paraId="03C8C90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tcBorders>
              <w:bottom w:val="single" w:sz="4" w:space="0" w:color="auto"/>
            </w:tcBorders>
            <w:vAlign w:val="center"/>
          </w:tcPr>
          <w:p w14:paraId="48D5C3B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Donaciones por capitalizar autorizadas y por registrar en el Registro Público, en instrumentos admisibles en el CCN1</w:t>
            </w:r>
          </w:p>
        </w:tc>
        <w:tc>
          <w:tcPr>
            <w:tcW w:w="1843" w:type="dxa"/>
            <w:tcBorders>
              <w:bottom w:val="single" w:sz="4" w:space="0" w:color="auto"/>
            </w:tcBorders>
            <w:vAlign w:val="center"/>
          </w:tcPr>
          <w:p w14:paraId="4BC18AE9" w14:textId="524593E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3.020.020.</w:t>
            </w:r>
            <w:r w:rsidR="00140705" w:rsidRPr="00A64921">
              <w:rPr>
                <w:rFonts w:asciiTheme="majorHAnsi" w:eastAsia="Aptos" w:hAnsiTheme="majorHAnsi" w:cstheme="majorHAnsi"/>
                <w:sz w:val="16"/>
                <w:szCs w:val="16"/>
                <w:lang w:val="es-CR"/>
              </w:rPr>
              <w:t>020. M.</w:t>
            </w:r>
            <w:r w:rsidRPr="00A64921">
              <w:rPr>
                <w:rFonts w:asciiTheme="majorHAnsi" w:eastAsia="Aptos" w:hAnsiTheme="majorHAnsi" w:cstheme="majorHAnsi"/>
                <w:sz w:val="16"/>
                <w:szCs w:val="16"/>
                <w:lang w:val="es-CR"/>
              </w:rPr>
              <w:t>010</w:t>
            </w:r>
          </w:p>
        </w:tc>
        <w:tc>
          <w:tcPr>
            <w:tcW w:w="2142" w:type="dxa"/>
            <w:tcBorders>
              <w:bottom w:val="single" w:sz="4" w:space="0" w:color="auto"/>
            </w:tcBorders>
          </w:tcPr>
          <w:p w14:paraId="5AFAE12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Donaciones por capitalizar autorizados y por registrar en el Registro Público</w:t>
            </w:r>
          </w:p>
        </w:tc>
      </w:tr>
      <w:tr w:rsidR="00E35433" w:rsidRPr="00A64921" w14:paraId="3BA69CC3" w14:textId="77777777" w:rsidTr="00C55BA7">
        <w:trPr>
          <w:gridAfter w:val="1"/>
          <w:wAfter w:w="6" w:type="dxa"/>
          <w:jc w:val="center"/>
        </w:trPr>
        <w:tc>
          <w:tcPr>
            <w:tcW w:w="1206" w:type="dxa"/>
            <w:tcBorders>
              <w:bottom w:val="single" w:sz="12" w:space="0" w:color="auto"/>
              <w:right w:val="nil"/>
            </w:tcBorders>
          </w:tcPr>
          <w:p w14:paraId="4DF9B1F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tcBorders>
              <w:left w:val="nil"/>
              <w:bottom w:val="single" w:sz="12" w:space="0" w:color="auto"/>
              <w:right w:val="nil"/>
            </w:tcBorders>
          </w:tcPr>
          <w:p w14:paraId="7F2E5D9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tcBorders>
              <w:left w:val="nil"/>
              <w:bottom w:val="single" w:sz="12" w:space="0" w:color="auto"/>
              <w:right w:val="nil"/>
            </w:tcBorders>
          </w:tcPr>
          <w:p w14:paraId="30CAA2B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left w:val="nil"/>
              <w:bottom w:val="single" w:sz="12" w:space="0" w:color="auto"/>
              <w:right w:val="nil"/>
            </w:tcBorders>
          </w:tcPr>
          <w:p w14:paraId="68D1D77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843" w:type="dxa"/>
            <w:tcBorders>
              <w:left w:val="nil"/>
              <w:bottom w:val="single" w:sz="12" w:space="0" w:color="auto"/>
              <w:right w:val="nil"/>
            </w:tcBorders>
          </w:tcPr>
          <w:p w14:paraId="5542FF63"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42" w:type="dxa"/>
            <w:tcBorders>
              <w:left w:val="nil"/>
              <w:bottom w:val="single" w:sz="12" w:space="0" w:color="auto"/>
            </w:tcBorders>
          </w:tcPr>
          <w:p w14:paraId="064C640B"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60B81933"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01D8C97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99</w:t>
            </w:r>
          </w:p>
        </w:tc>
        <w:tc>
          <w:tcPr>
            <w:tcW w:w="4024" w:type="dxa"/>
            <w:gridSpan w:val="2"/>
            <w:tcBorders>
              <w:top w:val="single" w:sz="12" w:space="0" w:color="auto"/>
              <w:left w:val="single" w:sz="12" w:space="0" w:color="auto"/>
              <w:bottom w:val="single" w:sz="12" w:space="0" w:color="auto"/>
              <w:right w:val="single" w:sz="12" w:space="0" w:color="auto"/>
            </w:tcBorders>
            <w:shd w:val="clear" w:color="auto" w:fill="DAE9F7"/>
          </w:tcPr>
          <w:p w14:paraId="74B5D84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6117" w:type="dxa"/>
            <w:gridSpan w:val="4"/>
            <w:tcBorders>
              <w:top w:val="single" w:sz="12" w:space="0" w:color="auto"/>
              <w:left w:val="single" w:sz="12" w:space="0" w:color="auto"/>
              <w:bottom w:val="single" w:sz="12" w:space="0" w:color="auto"/>
              <w:right w:val="single" w:sz="12" w:space="0" w:color="auto"/>
            </w:tcBorders>
            <w:shd w:val="clear" w:color="auto" w:fill="DAE9F7"/>
          </w:tcPr>
          <w:p w14:paraId="7F3649B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r>
      <w:tr w:rsidR="00E35433" w:rsidRPr="00A64921" w14:paraId="3456E050" w14:textId="77777777" w:rsidTr="00C55BA7">
        <w:trPr>
          <w:gridAfter w:val="1"/>
          <w:wAfter w:w="6" w:type="dxa"/>
          <w:jc w:val="center"/>
        </w:trPr>
        <w:tc>
          <w:tcPr>
            <w:tcW w:w="1206" w:type="dxa"/>
            <w:tcBorders>
              <w:top w:val="single" w:sz="12" w:space="0" w:color="auto"/>
            </w:tcBorders>
            <w:vAlign w:val="center"/>
          </w:tcPr>
          <w:p w14:paraId="11AB9A4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tcBorders>
            <w:vAlign w:val="center"/>
          </w:tcPr>
          <w:p w14:paraId="7F49C2E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CCN1 adquiridos por la propia entidad.</w:t>
            </w:r>
          </w:p>
        </w:tc>
        <w:tc>
          <w:tcPr>
            <w:tcW w:w="3118" w:type="dxa"/>
            <w:gridSpan w:val="2"/>
            <w:tcBorders>
              <w:top w:val="single" w:sz="12" w:space="0" w:color="auto"/>
            </w:tcBorders>
            <w:vAlign w:val="center"/>
          </w:tcPr>
          <w:p w14:paraId="4BC7B59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CCN1 adquiridos por la propia entidad.</w:t>
            </w:r>
          </w:p>
        </w:tc>
        <w:tc>
          <w:tcPr>
            <w:tcW w:w="1843" w:type="dxa"/>
            <w:tcBorders>
              <w:top w:val="single" w:sz="12" w:space="0" w:color="auto"/>
            </w:tcBorders>
            <w:vAlign w:val="center"/>
          </w:tcPr>
          <w:p w14:paraId="478F5F2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3.010.050.010</w:t>
            </w:r>
          </w:p>
        </w:tc>
        <w:tc>
          <w:tcPr>
            <w:tcW w:w="2142" w:type="dxa"/>
            <w:tcBorders>
              <w:top w:val="single" w:sz="12" w:space="0" w:color="auto"/>
            </w:tcBorders>
            <w:vAlign w:val="center"/>
          </w:tcPr>
          <w:p w14:paraId="6242B642"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ordinario (Acciones en tesorería)</w:t>
            </w:r>
          </w:p>
        </w:tc>
      </w:tr>
      <w:tr w:rsidR="00E35433" w:rsidRPr="00A64921" w14:paraId="735D38CA" w14:textId="77777777" w:rsidTr="00E35433">
        <w:trPr>
          <w:gridAfter w:val="1"/>
          <w:wAfter w:w="6" w:type="dxa"/>
          <w:trHeight w:val="837"/>
          <w:jc w:val="center"/>
        </w:trPr>
        <w:tc>
          <w:tcPr>
            <w:tcW w:w="1206" w:type="dxa"/>
            <w:shd w:val="clear" w:color="auto" w:fill="F2F2F2"/>
            <w:vAlign w:val="center"/>
          </w:tcPr>
          <w:p w14:paraId="03E82AD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shd w:val="clear" w:color="auto" w:fill="F2F2F2"/>
            <w:vAlign w:val="center"/>
          </w:tcPr>
          <w:p w14:paraId="7CC0426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CCN1 emitidos por la propia entidad que se encuentran dados en garantía de operaciones crediticias otorgadas por ella.</w:t>
            </w:r>
          </w:p>
        </w:tc>
        <w:tc>
          <w:tcPr>
            <w:tcW w:w="3118" w:type="dxa"/>
            <w:gridSpan w:val="2"/>
            <w:shd w:val="clear" w:color="auto" w:fill="F2F2F2"/>
            <w:vAlign w:val="center"/>
          </w:tcPr>
          <w:p w14:paraId="76C09AD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 la entidad que califican en CCN1 que hayan sido objeto de gravámenes por operaciones efectuadas por ella misma</w:t>
            </w:r>
          </w:p>
        </w:tc>
        <w:tc>
          <w:tcPr>
            <w:tcW w:w="1843" w:type="dxa"/>
            <w:shd w:val="clear" w:color="auto" w:fill="F2F2F2"/>
            <w:vAlign w:val="center"/>
          </w:tcPr>
          <w:p w14:paraId="5601557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3.010.010.000</w:t>
            </w:r>
          </w:p>
        </w:tc>
        <w:tc>
          <w:tcPr>
            <w:tcW w:w="2142" w:type="dxa"/>
            <w:shd w:val="clear" w:color="auto" w:fill="F2F2F2"/>
            <w:vAlign w:val="center"/>
          </w:tcPr>
          <w:p w14:paraId="0C389FF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w:t>
            </w:r>
          </w:p>
        </w:tc>
      </w:tr>
      <w:tr w:rsidR="00E35433" w:rsidRPr="00A64921" w14:paraId="69A597F2" w14:textId="77777777" w:rsidTr="00C55BA7">
        <w:trPr>
          <w:gridAfter w:val="1"/>
          <w:wAfter w:w="6" w:type="dxa"/>
          <w:jc w:val="center"/>
        </w:trPr>
        <w:tc>
          <w:tcPr>
            <w:tcW w:w="1206" w:type="dxa"/>
            <w:vAlign w:val="center"/>
          </w:tcPr>
          <w:p w14:paraId="5A58A5D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Inciso c)</w:t>
            </w:r>
          </w:p>
        </w:tc>
        <w:tc>
          <w:tcPr>
            <w:tcW w:w="3032" w:type="dxa"/>
            <w:vAlign w:val="center"/>
          </w:tcPr>
          <w:p w14:paraId="15DE870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El valor en libros de las participaciones en instrumentos homólogos al CCN1, que califican como tales bajo los criterios establecidos en el Anexo XVI de este Reglamento. Esta deducción se efectúa con independencia del porcentaje de participación y de la naturaleza de la empresa que se trate. </w:t>
            </w:r>
          </w:p>
        </w:tc>
        <w:tc>
          <w:tcPr>
            <w:tcW w:w="3118" w:type="dxa"/>
            <w:gridSpan w:val="2"/>
            <w:vAlign w:val="center"/>
          </w:tcPr>
          <w:p w14:paraId="14EE657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el capital de otras entidades o empresas en instrumentos homólogos al CCN1</w:t>
            </w:r>
          </w:p>
        </w:tc>
        <w:tc>
          <w:tcPr>
            <w:tcW w:w="1843" w:type="dxa"/>
            <w:vAlign w:val="center"/>
          </w:tcPr>
          <w:p w14:paraId="18B85FB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1.110.000.000</w:t>
            </w:r>
          </w:p>
        </w:tc>
        <w:tc>
          <w:tcPr>
            <w:tcW w:w="2142" w:type="dxa"/>
            <w:vAlign w:val="center"/>
          </w:tcPr>
          <w:p w14:paraId="743D2AF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r w:rsidR="00E35433" w:rsidRPr="00A64921" w14:paraId="453C68D8" w14:textId="77777777" w:rsidTr="00E35433">
        <w:trPr>
          <w:gridAfter w:val="1"/>
          <w:wAfter w:w="6" w:type="dxa"/>
          <w:jc w:val="center"/>
        </w:trPr>
        <w:tc>
          <w:tcPr>
            <w:tcW w:w="1206" w:type="dxa"/>
            <w:shd w:val="clear" w:color="auto" w:fill="F2F2F2"/>
            <w:vAlign w:val="center"/>
          </w:tcPr>
          <w:p w14:paraId="10C31FD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shd w:val="clear" w:color="auto" w:fill="F2F2F2"/>
            <w:vAlign w:val="center"/>
          </w:tcPr>
          <w:p w14:paraId="28AA524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de capital, deuda subordinada o deuda convertible que no sean homólogos a instrumentos del CCN1, CAN1 o CN2.</w:t>
            </w:r>
          </w:p>
        </w:tc>
        <w:tc>
          <w:tcPr>
            <w:tcW w:w="3118" w:type="dxa"/>
            <w:gridSpan w:val="2"/>
            <w:shd w:val="clear" w:color="auto" w:fill="F2F2F2"/>
          </w:tcPr>
          <w:p w14:paraId="2923445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instrumentos de capital, deuda subordinada o deuda convertible que no sean homólogos a instrumentos del CCN1, CAN1 o CN2</w:t>
            </w:r>
          </w:p>
        </w:tc>
        <w:tc>
          <w:tcPr>
            <w:tcW w:w="1843" w:type="dxa"/>
            <w:shd w:val="clear" w:color="auto" w:fill="F2F2F2"/>
            <w:vAlign w:val="center"/>
          </w:tcPr>
          <w:p w14:paraId="4901693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1.110.000.000</w:t>
            </w:r>
          </w:p>
        </w:tc>
        <w:tc>
          <w:tcPr>
            <w:tcW w:w="2142" w:type="dxa"/>
            <w:shd w:val="clear" w:color="auto" w:fill="F2F2F2"/>
            <w:vAlign w:val="center"/>
          </w:tcPr>
          <w:p w14:paraId="562E31E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r w:rsidR="00E35433" w:rsidRPr="00A64921" w14:paraId="6C8F70DC" w14:textId="77777777" w:rsidTr="00C55BA7">
        <w:trPr>
          <w:gridAfter w:val="1"/>
          <w:wAfter w:w="6" w:type="dxa"/>
          <w:jc w:val="center"/>
        </w:trPr>
        <w:tc>
          <w:tcPr>
            <w:tcW w:w="1206" w:type="dxa"/>
            <w:vMerge w:val="restart"/>
            <w:vAlign w:val="center"/>
          </w:tcPr>
          <w:p w14:paraId="398EF3B8"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e)</w:t>
            </w:r>
          </w:p>
        </w:tc>
        <w:tc>
          <w:tcPr>
            <w:tcW w:w="3032" w:type="dxa"/>
            <w:vMerge w:val="restart"/>
          </w:tcPr>
          <w:p w14:paraId="3C28BE19"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El valor en libros de los activos intangibles clasificados como tales de conformidad con las Normas Internacionales de Información Financiera (NIIF), incluyendo los derechos de uso por arrendamiento financieros sobre activos intangibles. Para este efecto, la deducción corresponderá al costo del activo, menos la </w:t>
            </w:r>
            <w:proofErr w:type="gramStart"/>
            <w:r w:rsidRPr="00A64921">
              <w:rPr>
                <w:rFonts w:asciiTheme="majorHAnsi" w:eastAsia="Aptos" w:hAnsiTheme="majorHAnsi" w:cstheme="majorHAnsi"/>
                <w:sz w:val="16"/>
                <w:szCs w:val="16"/>
                <w:lang w:val="es-CR"/>
              </w:rPr>
              <w:t>amortización acumulada y la pérdida acumulada</w:t>
            </w:r>
            <w:proofErr w:type="gramEnd"/>
            <w:r w:rsidRPr="00A64921">
              <w:rPr>
                <w:rFonts w:asciiTheme="majorHAnsi" w:eastAsia="Aptos" w:hAnsiTheme="majorHAnsi" w:cstheme="majorHAnsi"/>
                <w:sz w:val="16"/>
                <w:szCs w:val="16"/>
                <w:lang w:val="es-CR"/>
              </w:rPr>
              <w:t xml:space="preserve"> por deterioro en su valor.</w:t>
            </w:r>
          </w:p>
        </w:tc>
        <w:tc>
          <w:tcPr>
            <w:tcW w:w="3118" w:type="dxa"/>
            <w:gridSpan w:val="2"/>
            <w:vAlign w:val="center"/>
          </w:tcPr>
          <w:p w14:paraId="0211A04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vAlign w:val="center"/>
          </w:tcPr>
          <w:p w14:paraId="793E531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1.090.060.000</w:t>
            </w:r>
          </w:p>
        </w:tc>
        <w:tc>
          <w:tcPr>
            <w:tcW w:w="2142" w:type="dxa"/>
          </w:tcPr>
          <w:p w14:paraId="6706023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Activos intangibles</w:t>
            </w:r>
          </w:p>
        </w:tc>
      </w:tr>
      <w:tr w:rsidR="00E35433" w:rsidRPr="00A64921" w14:paraId="341F919D" w14:textId="77777777" w:rsidTr="00C55BA7">
        <w:trPr>
          <w:gridAfter w:val="1"/>
          <w:wAfter w:w="6" w:type="dxa"/>
          <w:jc w:val="center"/>
        </w:trPr>
        <w:tc>
          <w:tcPr>
            <w:tcW w:w="1206" w:type="dxa"/>
            <w:vMerge/>
          </w:tcPr>
          <w:p w14:paraId="55E99E4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tcPr>
          <w:p w14:paraId="7E6B163C"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Align w:val="center"/>
          </w:tcPr>
          <w:p w14:paraId="6D40FE5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vAlign w:val="center"/>
          </w:tcPr>
          <w:p w14:paraId="716979C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1.090.030.080</w:t>
            </w:r>
          </w:p>
        </w:tc>
        <w:tc>
          <w:tcPr>
            <w:tcW w:w="2142" w:type="dxa"/>
          </w:tcPr>
          <w:p w14:paraId="7672FB4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Aplicaciones automatizadas en desarrollo</w:t>
            </w:r>
          </w:p>
        </w:tc>
      </w:tr>
      <w:tr w:rsidR="00E35433" w:rsidRPr="00A64921" w14:paraId="075BAA76" w14:textId="77777777" w:rsidTr="00C55BA7">
        <w:trPr>
          <w:gridAfter w:val="1"/>
          <w:wAfter w:w="6" w:type="dxa"/>
          <w:jc w:val="center"/>
        </w:trPr>
        <w:tc>
          <w:tcPr>
            <w:tcW w:w="1206" w:type="dxa"/>
            <w:vMerge/>
          </w:tcPr>
          <w:p w14:paraId="3A22096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vMerge/>
          </w:tcPr>
          <w:p w14:paraId="46CEA3C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118" w:type="dxa"/>
            <w:gridSpan w:val="2"/>
            <w:vAlign w:val="center"/>
          </w:tcPr>
          <w:p w14:paraId="006F005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Activos por derecho de uso sobre activos intangibles</w:t>
            </w:r>
          </w:p>
        </w:tc>
        <w:tc>
          <w:tcPr>
            <w:tcW w:w="1843" w:type="dxa"/>
            <w:vAlign w:val="center"/>
          </w:tcPr>
          <w:p w14:paraId="3D6BB4C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1.080.050.240</w:t>
            </w:r>
          </w:p>
        </w:tc>
        <w:tc>
          <w:tcPr>
            <w:tcW w:w="2142" w:type="dxa"/>
            <w:vAlign w:val="center"/>
          </w:tcPr>
          <w:p w14:paraId="6804486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Activos por derecho de uso - equipo de cómputo</w:t>
            </w:r>
          </w:p>
        </w:tc>
      </w:tr>
      <w:tr w:rsidR="00E35433" w:rsidRPr="00A64921" w14:paraId="7DCC1D30" w14:textId="77777777" w:rsidTr="00C55BA7">
        <w:trPr>
          <w:gridAfter w:val="1"/>
          <w:wAfter w:w="6" w:type="dxa"/>
          <w:jc w:val="center"/>
        </w:trPr>
        <w:tc>
          <w:tcPr>
            <w:tcW w:w="1206" w:type="dxa"/>
            <w:vAlign w:val="center"/>
          </w:tcPr>
          <w:p w14:paraId="62A72611"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f)</w:t>
            </w:r>
          </w:p>
        </w:tc>
        <w:tc>
          <w:tcPr>
            <w:tcW w:w="3032" w:type="dxa"/>
            <w:vAlign w:val="center"/>
          </w:tcPr>
          <w:p w14:paraId="416C32A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créditos otorgados a la sociedad controladora de su mismo grupo o conglomerado financiero.</w:t>
            </w:r>
          </w:p>
        </w:tc>
        <w:tc>
          <w:tcPr>
            <w:tcW w:w="3118" w:type="dxa"/>
            <w:gridSpan w:val="2"/>
            <w:vAlign w:val="center"/>
          </w:tcPr>
          <w:p w14:paraId="6EE0917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créditos otorgados a la sociedad controladora</w:t>
            </w:r>
          </w:p>
        </w:tc>
        <w:tc>
          <w:tcPr>
            <w:tcW w:w="1843" w:type="dxa"/>
            <w:vAlign w:val="center"/>
          </w:tcPr>
          <w:p w14:paraId="3838E5F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1.030.000.000</w:t>
            </w:r>
          </w:p>
        </w:tc>
        <w:tc>
          <w:tcPr>
            <w:tcW w:w="2142" w:type="dxa"/>
            <w:vAlign w:val="center"/>
          </w:tcPr>
          <w:p w14:paraId="79DBBC1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Cartera de créditos</w:t>
            </w:r>
          </w:p>
        </w:tc>
      </w:tr>
      <w:tr w:rsidR="00E35433" w:rsidRPr="00A64921" w14:paraId="46A53479" w14:textId="77777777" w:rsidTr="00E35433">
        <w:trPr>
          <w:gridAfter w:val="1"/>
          <w:wAfter w:w="6" w:type="dxa"/>
          <w:jc w:val="center"/>
        </w:trPr>
        <w:tc>
          <w:tcPr>
            <w:tcW w:w="1206" w:type="dxa"/>
            <w:vMerge w:val="restart"/>
            <w:shd w:val="clear" w:color="auto" w:fill="F2F2F2"/>
            <w:vAlign w:val="center"/>
          </w:tcPr>
          <w:p w14:paraId="1A88C26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g)</w:t>
            </w:r>
          </w:p>
        </w:tc>
        <w:tc>
          <w:tcPr>
            <w:tcW w:w="3032" w:type="dxa"/>
            <w:vMerge w:val="restart"/>
            <w:shd w:val="clear" w:color="auto" w:fill="F2F2F2"/>
            <w:vAlign w:val="center"/>
          </w:tcPr>
          <w:p w14:paraId="0B97E9E1"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Pérdida del periodo.</w:t>
            </w:r>
          </w:p>
        </w:tc>
        <w:tc>
          <w:tcPr>
            <w:tcW w:w="3118" w:type="dxa"/>
            <w:gridSpan w:val="2"/>
            <w:vMerge w:val="restart"/>
            <w:shd w:val="clear" w:color="auto" w:fill="F2F2F2"/>
            <w:vAlign w:val="center"/>
          </w:tcPr>
          <w:p w14:paraId="5DF4102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shd w:val="clear" w:color="auto" w:fill="F2F2F2"/>
          </w:tcPr>
          <w:p w14:paraId="771BFFC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5.000.000.000</w:t>
            </w:r>
          </w:p>
        </w:tc>
        <w:tc>
          <w:tcPr>
            <w:tcW w:w="2142" w:type="dxa"/>
            <w:shd w:val="clear" w:color="auto" w:fill="F2F2F2"/>
          </w:tcPr>
          <w:p w14:paraId="0830792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Ingresos</w:t>
            </w:r>
          </w:p>
        </w:tc>
      </w:tr>
      <w:tr w:rsidR="00E35433" w:rsidRPr="00A64921" w14:paraId="49E01726" w14:textId="77777777" w:rsidTr="00E35433">
        <w:trPr>
          <w:gridAfter w:val="1"/>
          <w:wAfter w:w="6" w:type="dxa"/>
          <w:jc w:val="center"/>
        </w:trPr>
        <w:tc>
          <w:tcPr>
            <w:tcW w:w="1206" w:type="dxa"/>
            <w:vMerge/>
            <w:shd w:val="clear" w:color="auto" w:fill="F2F2F2"/>
            <w:vAlign w:val="center"/>
          </w:tcPr>
          <w:p w14:paraId="4ADAD53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48331904"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shd w:val="clear" w:color="auto" w:fill="F2F2F2"/>
            <w:vAlign w:val="center"/>
          </w:tcPr>
          <w:p w14:paraId="6B538D7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1843" w:type="dxa"/>
            <w:shd w:val="clear" w:color="auto" w:fill="F2F2F2"/>
          </w:tcPr>
          <w:p w14:paraId="7F66CDF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p>
          <w:p w14:paraId="25F9794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4.000.000.000</w:t>
            </w:r>
          </w:p>
        </w:tc>
        <w:tc>
          <w:tcPr>
            <w:tcW w:w="2142" w:type="dxa"/>
            <w:shd w:val="clear" w:color="auto" w:fill="F2F2F2"/>
          </w:tcPr>
          <w:p w14:paraId="6EAEFB00"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- 1/Gastos</w:t>
            </w:r>
          </w:p>
        </w:tc>
      </w:tr>
      <w:tr w:rsidR="00E35433" w:rsidRPr="00A64921" w14:paraId="5D66C4D0" w14:textId="77777777" w:rsidTr="00E35433">
        <w:trPr>
          <w:gridAfter w:val="1"/>
          <w:wAfter w:w="6" w:type="dxa"/>
          <w:jc w:val="center"/>
        </w:trPr>
        <w:tc>
          <w:tcPr>
            <w:tcW w:w="1206" w:type="dxa"/>
            <w:vMerge/>
            <w:shd w:val="clear" w:color="auto" w:fill="F2F2F2"/>
            <w:vAlign w:val="center"/>
          </w:tcPr>
          <w:p w14:paraId="34E4F93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4F39F98A"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shd w:val="clear" w:color="auto" w:fill="F2F2F2"/>
            <w:vAlign w:val="center"/>
          </w:tcPr>
          <w:p w14:paraId="7E270A4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1843" w:type="dxa"/>
            <w:shd w:val="clear" w:color="auto" w:fill="F2F2F2"/>
          </w:tcPr>
          <w:p w14:paraId="3AC3571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p>
          <w:p w14:paraId="72F1A1E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3.060.020.000</w:t>
            </w:r>
          </w:p>
        </w:tc>
        <w:tc>
          <w:tcPr>
            <w:tcW w:w="2142" w:type="dxa"/>
            <w:shd w:val="clear" w:color="auto" w:fill="F2F2F2"/>
          </w:tcPr>
          <w:p w14:paraId="3ADD788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+ 2/ (Pérdida del periodo)</w:t>
            </w:r>
          </w:p>
        </w:tc>
      </w:tr>
      <w:tr w:rsidR="00E35433" w:rsidRPr="00A64921" w14:paraId="776F64B1" w14:textId="77777777" w:rsidTr="00E35433">
        <w:trPr>
          <w:jc w:val="center"/>
        </w:trPr>
        <w:tc>
          <w:tcPr>
            <w:tcW w:w="1206" w:type="dxa"/>
            <w:vMerge/>
            <w:shd w:val="clear" w:color="auto" w:fill="F2F2F2"/>
            <w:vAlign w:val="center"/>
          </w:tcPr>
          <w:p w14:paraId="4A99489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75837BD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val="restart"/>
            <w:shd w:val="clear" w:color="auto" w:fill="F2F2F2"/>
            <w:vAlign w:val="center"/>
          </w:tcPr>
          <w:p w14:paraId="5032A18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3991" w:type="dxa"/>
            <w:gridSpan w:val="3"/>
            <w:shd w:val="clear" w:color="auto" w:fill="F2F2F2"/>
          </w:tcPr>
          <w:p w14:paraId="416C6BC6" w14:textId="77777777" w:rsidR="00E35433" w:rsidRPr="00A64921" w:rsidRDefault="00E35433" w:rsidP="00E35433">
            <w:pPr>
              <w:spacing w:before="0" w:after="0" w:line="240" w:lineRule="auto"/>
              <w:rPr>
                <w:rFonts w:asciiTheme="majorHAnsi" w:eastAsia="Aptos" w:hAnsiTheme="majorHAnsi" w:cstheme="majorHAnsi"/>
                <w:sz w:val="12"/>
                <w:szCs w:val="12"/>
                <w:lang w:val="es-CR"/>
              </w:rPr>
            </w:pPr>
            <w:r w:rsidRPr="00A64921">
              <w:rPr>
                <w:rFonts w:asciiTheme="majorHAnsi" w:eastAsia="Aptos" w:hAnsiTheme="majorHAnsi" w:cstheme="majorHAnsi"/>
                <w:sz w:val="12"/>
                <w:szCs w:val="12"/>
                <w:lang w:val="es-CR"/>
              </w:rPr>
              <w:t>1/ Incluye todas las cuentas de gastos y las de Participaciones legales sobre la utilidad.</w:t>
            </w:r>
          </w:p>
        </w:tc>
      </w:tr>
      <w:tr w:rsidR="00E35433" w:rsidRPr="00A64921" w14:paraId="7B48F8C0" w14:textId="77777777" w:rsidTr="00E35433">
        <w:trPr>
          <w:jc w:val="center"/>
        </w:trPr>
        <w:tc>
          <w:tcPr>
            <w:tcW w:w="1206" w:type="dxa"/>
            <w:vMerge/>
            <w:shd w:val="clear" w:color="auto" w:fill="F2F2F2"/>
            <w:vAlign w:val="center"/>
          </w:tcPr>
          <w:p w14:paraId="0776CB5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7364B2BB"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Merge/>
            <w:shd w:val="clear" w:color="auto" w:fill="F2F2F2"/>
            <w:vAlign w:val="center"/>
          </w:tcPr>
          <w:p w14:paraId="7929AB1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991" w:type="dxa"/>
            <w:gridSpan w:val="3"/>
            <w:shd w:val="clear" w:color="auto" w:fill="F2F2F2"/>
          </w:tcPr>
          <w:p w14:paraId="4E96690D" w14:textId="77777777" w:rsidR="00E35433" w:rsidRPr="00A64921" w:rsidRDefault="00E35433" w:rsidP="00E35433">
            <w:pPr>
              <w:spacing w:before="0" w:after="0" w:line="240" w:lineRule="auto"/>
              <w:rPr>
                <w:rFonts w:asciiTheme="majorHAnsi" w:eastAsia="Aptos" w:hAnsiTheme="majorHAnsi" w:cstheme="majorHAnsi"/>
                <w:sz w:val="12"/>
                <w:szCs w:val="12"/>
                <w:lang w:val="es-CR"/>
              </w:rPr>
            </w:pPr>
            <w:r w:rsidRPr="00A64921">
              <w:rPr>
                <w:rFonts w:asciiTheme="majorHAnsi" w:eastAsia="Aptos" w:hAnsiTheme="majorHAnsi" w:cstheme="majorHAnsi"/>
                <w:sz w:val="12"/>
                <w:szCs w:val="12"/>
                <w:lang w:val="es-CR"/>
              </w:rPr>
              <w:t>2/ Esta cuenta se utiliza en el caso de que la entidad realice el cierre semestral.</w:t>
            </w:r>
          </w:p>
        </w:tc>
      </w:tr>
      <w:tr w:rsidR="00E35433" w:rsidRPr="00A64921" w14:paraId="6F115CDF" w14:textId="77777777" w:rsidTr="00C55BA7">
        <w:trPr>
          <w:gridAfter w:val="1"/>
          <w:wAfter w:w="6" w:type="dxa"/>
          <w:jc w:val="center"/>
        </w:trPr>
        <w:tc>
          <w:tcPr>
            <w:tcW w:w="1206" w:type="dxa"/>
            <w:vAlign w:val="center"/>
          </w:tcPr>
          <w:p w14:paraId="397BE69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h)</w:t>
            </w:r>
          </w:p>
        </w:tc>
        <w:tc>
          <w:tcPr>
            <w:tcW w:w="3032" w:type="dxa"/>
            <w:vAlign w:val="center"/>
          </w:tcPr>
          <w:p w14:paraId="61493C9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pérdidas acumuladas de ejercicios anteriores.</w:t>
            </w:r>
          </w:p>
        </w:tc>
        <w:tc>
          <w:tcPr>
            <w:tcW w:w="3118" w:type="dxa"/>
            <w:gridSpan w:val="2"/>
            <w:vAlign w:val="center"/>
          </w:tcPr>
          <w:p w14:paraId="51A6469E"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vAlign w:val="center"/>
          </w:tcPr>
          <w:p w14:paraId="72F00C7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3.050.020.000</w:t>
            </w:r>
          </w:p>
        </w:tc>
        <w:tc>
          <w:tcPr>
            <w:tcW w:w="2142" w:type="dxa"/>
          </w:tcPr>
          <w:p w14:paraId="7E1B0EBD"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(Pérdidas acumuladas de ejercicios anteriores)</w:t>
            </w:r>
          </w:p>
        </w:tc>
      </w:tr>
      <w:tr w:rsidR="00E35433" w:rsidRPr="00A64921" w14:paraId="2299D764" w14:textId="77777777" w:rsidTr="00E35433">
        <w:trPr>
          <w:gridAfter w:val="1"/>
          <w:wAfter w:w="6" w:type="dxa"/>
          <w:jc w:val="center"/>
        </w:trPr>
        <w:tc>
          <w:tcPr>
            <w:tcW w:w="1206" w:type="dxa"/>
            <w:vMerge w:val="restart"/>
            <w:shd w:val="clear" w:color="auto" w:fill="F2F2F2"/>
            <w:vAlign w:val="center"/>
          </w:tcPr>
          <w:p w14:paraId="0824CCBA"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i)</w:t>
            </w:r>
          </w:p>
        </w:tc>
        <w:tc>
          <w:tcPr>
            <w:tcW w:w="3032" w:type="dxa"/>
            <w:shd w:val="clear" w:color="auto" w:fill="F2F2F2"/>
            <w:vAlign w:val="center"/>
          </w:tcPr>
          <w:p w14:paraId="06CEBCD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importe neto positivo de restar al saldo de los activos por impuestos diferidos (AID), el saldo de los pasivos por impuestos diferidos (PID).</w:t>
            </w:r>
          </w:p>
        </w:tc>
        <w:tc>
          <w:tcPr>
            <w:tcW w:w="3118" w:type="dxa"/>
            <w:gridSpan w:val="2"/>
            <w:shd w:val="clear" w:color="auto" w:fill="F2F2F2"/>
            <w:vAlign w:val="center"/>
          </w:tcPr>
          <w:p w14:paraId="442F193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shd w:val="clear" w:color="auto" w:fill="F2F2F2"/>
            <w:vAlign w:val="center"/>
          </w:tcPr>
          <w:p w14:paraId="5DE7F52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1.040.070.010</w:t>
            </w:r>
          </w:p>
        </w:tc>
        <w:tc>
          <w:tcPr>
            <w:tcW w:w="2142" w:type="dxa"/>
            <w:shd w:val="clear" w:color="auto" w:fill="F2F2F2"/>
          </w:tcPr>
          <w:p w14:paraId="26B5AC25"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Impuesto sobre la renta diferido</w:t>
            </w:r>
          </w:p>
        </w:tc>
      </w:tr>
      <w:tr w:rsidR="00E35433" w:rsidRPr="00A64921" w14:paraId="460A7066" w14:textId="77777777" w:rsidTr="00E35433">
        <w:trPr>
          <w:gridAfter w:val="1"/>
          <w:wAfter w:w="6" w:type="dxa"/>
          <w:jc w:val="center"/>
        </w:trPr>
        <w:tc>
          <w:tcPr>
            <w:tcW w:w="1206" w:type="dxa"/>
            <w:vMerge/>
            <w:shd w:val="clear" w:color="auto" w:fill="F2F2F2"/>
            <w:vAlign w:val="center"/>
          </w:tcPr>
          <w:p w14:paraId="02E8E9E7"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shd w:val="clear" w:color="auto" w:fill="F2F2F2"/>
            <w:vAlign w:val="center"/>
          </w:tcPr>
          <w:p w14:paraId="3C61FCD7"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shd w:val="clear" w:color="auto" w:fill="F2F2F2"/>
            <w:vAlign w:val="center"/>
          </w:tcPr>
          <w:p w14:paraId="162D873F"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shd w:val="clear" w:color="auto" w:fill="F2F2F2"/>
            <w:vAlign w:val="center"/>
          </w:tcPr>
          <w:p w14:paraId="6BAA3CC6"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Menos </w:t>
            </w:r>
            <w:r w:rsidRPr="00A64921">
              <w:rPr>
                <w:rFonts w:asciiTheme="majorHAnsi" w:eastAsia="Aptos" w:hAnsiTheme="majorHAnsi" w:cstheme="majorHAnsi"/>
                <w:sz w:val="16"/>
                <w:szCs w:val="16"/>
                <w:lang w:val="es-CR"/>
              </w:rPr>
              <w:br/>
              <w:t>2.040.060.020</w:t>
            </w:r>
          </w:p>
        </w:tc>
        <w:tc>
          <w:tcPr>
            <w:tcW w:w="2142" w:type="dxa"/>
            <w:shd w:val="clear" w:color="auto" w:fill="F2F2F2"/>
          </w:tcPr>
          <w:p w14:paraId="7CEA5D4E"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Impuesto sobre la renta diferido</w:t>
            </w:r>
          </w:p>
        </w:tc>
      </w:tr>
      <w:tr w:rsidR="00E35433" w:rsidRPr="00A64921" w14:paraId="42CDB6C9" w14:textId="77777777" w:rsidTr="00C55BA7">
        <w:trPr>
          <w:gridAfter w:val="1"/>
          <w:wAfter w:w="6" w:type="dxa"/>
          <w:jc w:val="center"/>
        </w:trPr>
        <w:tc>
          <w:tcPr>
            <w:tcW w:w="1206" w:type="dxa"/>
            <w:vMerge w:val="restart"/>
            <w:vAlign w:val="center"/>
          </w:tcPr>
          <w:p w14:paraId="1986C4A9"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j)</w:t>
            </w:r>
          </w:p>
        </w:tc>
        <w:tc>
          <w:tcPr>
            <w:tcW w:w="3032" w:type="dxa"/>
            <w:vMerge w:val="restart"/>
            <w:vAlign w:val="center"/>
          </w:tcPr>
          <w:p w14:paraId="6233456F"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Importe neto positivo de restar al saldo de los activos por impuestos al valor agregado, el saldo de los pasivos por impuestos al valor agregado.</w:t>
            </w:r>
          </w:p>
        </w:tc>
        <w:tc>
          <w:tcPr>
            <w:tcW w:w="3118" w:type="dxa"/>
            <w:gridSpan w:val="2"/>
            <w:vAlign w:val="center"/>
          </w:tcPr>
          <w:p w14:paraId="63FB9C72"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vAlign w:val="center"/>
          </w:tcPr>
          <w:p w14:paraId="46ADBB8C"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1.040.070.030</w:t>
            </w:r>
          </w:p>
        </w:tc>
        <w:tc>
          <w:tcPr>
            <w:tcW w:w="2142" w:type="dxa"/>
          </w:tcPr>
          <w:p w14:paraId="1200C68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Impuesto al Valor Agregado Soportado</w:t>
            </w:r>
          </w:p>
        </w:tc>
      </w:tr>
      <w:tr w:rsidR="00E35433" w:rsidRPr="00A64921" w14:paraId="277E8D0F" w14:textId="77777777" w:rsidTr="00C55BA7">
        <w:trPr>
          <w:gridAfter w:val="1"/>
          <w:wAfter w:w="6" w:type="dxa"/>
          <w:jc w:val="center"/>
        </w:trPr>
        <w:tc>
          <w:tcPr>
            <w:tcW w:w="1206" w:type="dxa"/>
            <w:vMerge/>
            <w:vAlign w:val="center"/>
          </w:tcPr>
          <w:p w14:paraId="68EA134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vAlign w:val="center"/>
          </w:tcPr>
          <w:p w14:paraId="76F1CDCC"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Align w:val="center"/>
          </w:tcPr>
          <w:p w14:paraId="357110D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vAlign w:val="center"/>
          </w:tcPr>
          <w:p w14:paraId="4DA0843D"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1.040.070.040</w:t>
            </w:r>
          </w:p>
        </w:tc>
        <w:tc>
          <w:tcPr>
            <w:tcW w:w="2142" w:type="dxa"/>
          </w:tcPr>
          <w:p w14:paraId="21FDFA78"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Impuesto al Valor Agregado Deducible</w:t>
            </w:r>
          </w:p>
        </w:tc>
      </w:tr>
      <w:tr w:rsidR="00E35433" w:rsidRPr="00A64921" w14:paraId="235E5BB8" w14:textId="77777777" w:rsidTr="00C55BA7">
        <w:trPr>
          <w:gridAfter w:val="1"/>
          <w:wAfter w:w="6" w:type="dxa"/>
          <w:jc w:val="center"/>
        </w:trPr>
        <w:tc>
          <w:tcPr>
            <w:tcW w:w="1206" w:type="dxa"/>
            <w:vMerge/>
            <w:vAlign w:val="center"/>
          </w:tcPr>
          <w:p w14:paraId="3CF64C8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c>
          <w:tcPr>
            <w:tcW w:w="3032" w:type="dxa"/>
            <w:vMerge/>
            <w:vAlign w:val="center"/>
          </w:tcPr>
          <w:p w14:paraId="4FE25C8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p>
        </w:tc>
        <w:tc>
          <w:tcPr>
            <w:tcW w:w="3118" w:type="dxa"/>
            <w:gridSpan w:val="2"/>
            <w:vAlign w:val="center"/>
          </w:tcPr>
          <w:p w14:paraId="3A03F165"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vAlign w:val="center"/>
          </w:tcPr>
          <w:p w14:paraId="4450876F" w14:textId="0CD8481C"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MENOS</w:t>
            </w:r>
            <w:r w:rsidRPr="00A64921">
              <w:rPr>
                <w:rFonts w:asciiTheme="majorHAnsi" w:eastAsia="Aptos" w:hAnsiTheme="majorHAnsi" w:cstheme="majorHAnsi"/>
                <w:sz w:val="16"/>
                <w:szCs w:val="16"/>
                <w:lang w:val="es-CR"/>
              </w:rPr>
              <w:br/>
              <w:t>2.040.020.</w:t>
            </w:r>
            <w:r w:rsidR="00A64921" w:rsidRPr="00A64921">
              <w:rPr>
                <w:rFonts w:asciiTheme="majorHAnsi" w:eastAsia="Aptos" w:hAnsiTheme="majorHAnsi" w:cstheme="majorHAnsi"/>
                <w:sz w:val="16"/>
                <w:szCs w:val="16"/>
                <w:lang w:val="es-CR"/>
              </w:rPr>
              <w:t>040. M.</w:t>
            </w:r>
            <w:r w:rsidRPr="00A64921">
              <w:rPr>
                <w:rFonts w:asciiTheme="majorHAnsi" w:eastAsia="Aptos" w:hAnsiTheme="majorHAnsi" w:cstheme="majorHAnsi"/>
                <w:sz w:val="16"/>
                <w:szCs w:val="16"/>
                <w:lang w:val="es-CR"/>
              </w:rPr>
              <w:t>020</w:t>
            </w:r>
          </w:p>
        </w:tc>
        <w:tc>
          <w:tcPr>
            <w:tcW w:w="2142" w:type="dxa"/>
          </w:tcPr>
          <w:p w14:paraId="60687BB3"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 Impuesto al valor agregado por pagar</w:t>
            </w:r>
          </w:p>
        </w:tc>
      </w:tr>
      <w:tr w:rsidR="00E35433" w:rsidRPr="00A64921" w14:paraId="138BED9C" w14:textId="77777777" w:rsidTr="00E35433">
        <w:trPr>
          <w:trHeight w:val="394"/>
          <w:jc w:val="center"/>
        </w:trPr>
        <w:tc>
          <w:tcPr>
            <w:tcW w:w="1206" w:type="dxa"/>
            <w:tcBorders>
              <w:bottom w:val="single" w:sz="4" w:space="0" w:color="auto"/>
            </w:tcBorders>
            <w:shd w:val="clear" w:color="auto" w:fill="F2F2F2"/>
            <w:vAlign w:val="center"/>
          </w:tcPr>
          <w:p w14:paraId="75F1659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k)</w:t>
            </w:r>
          </w:p>
        </w:tc>
        <w:tc>
          <w:tcPr>
            <w:tcW w:w="3032" w:type="dxa"/>
            <w:tcBorders>
              <w:bottom w:val="single" w:sz="4" w:space="0" w:color="auto"/>
            </w:tcBorders>
            <w:shd w:val="clear" w:color="auto" w:fill="F2F2F2"/>
            <w:vAlign w:val="center"/>
          </w:tcPr>
          <w:p w14:paraId="48D2C066" w14:textId="77777777" w:rsidR="00E35433" w:rsidRPr="00A64921" w:rsidRDefault="00E35433" w:rsidP="00E35433">
            <w:pPr>
              <w:spacing w:before="0" w:after="0" w:line="240"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Importe de las deducciones que exceda a los elementos del CAN1 de la empresa</w:t>
            </w:r>
          </w:p>
        </w:tc>
        <w:tc>
          <w:tcPr>
            <w:tcW w:w="3118" w:type="dxa"/>
            <w:gridSpan w:val="2"/>
            <w:tcBorders>
              <w:bottom w:val="single" w:sz="4" w:space="0" w:color="auto"/>
            </w:tcBorders>
            <w:shd w:val="clear" w:color="auto" w:fill="F2F2F2"/>
            <w:vAlign w:val="center"/>
          </w:tcPr>
          <w:p w14:paraId="582BD69B"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3991" w:type="dxa"/>
            <w:gridSpan w:val="3"/>
            <w:tcBorders>
              <w:bottom w:val="single" w:sz="4" w:space="0" w:color="auto"/>
            </w:tcBorders>
            <w:shd w:val="clear" w:color="auto" w:fill="F2F2F2"/>
            <w:vAlign w:val="center"/>
          </w:tcPr>
          <w:p w14:paraId="24D4D213" w14:textId="77777777" w:rsidR="00E35433" w:rsidRPr="00A64921" w:rsidRDefault="00E35433" w:rsidP="00E35433">
            <w:pPr>
              <w:spacing w:before="0" w:after="0" w:line="240" w:lineRule="auto"/>
              <w:jc w:val="center"/>
              <w:rPr>
                <w:rFonts w:asciiTheme="majorHAnsi" w:eastAsia="Aptos" w:hAnsiTheme="majorHAnsi" w:cstheme="majorHAnsi"/>
                <w:sz w:val="16"/>
                <w:szCs w:val="16"/>
                <w:lang w:val="es-CR"/>
              </w:rPr>
            </w:pPr>
          </w:p>
        </w:tc>
      </w:tr>
      <w:tr w:rsidR="00E35433" w:rsidRPr="00A64921" w14:paraId="40AFCFC4" w14:textId="77777777" w:rsidTr="00C55BA7">
        <w:trPr>
          <w:gridAfter w:val="1"/>
          <w:wAfter w:w="6" w:type="dxa"/>
          <w:jc w:val="center"/>
        </w:trPr>
        <w:tc>
          <w:tcPr>
            <w:tcW w:w="1206" w:type="dxa"/>
            <w:tcBorders>
              <w:bottom w:val="single" w:sz="12" w:space="0" w:color="auto"/>
              <w:right w:val="nil"/>
            </w:tcBorders>
          </w:tcPr>
          <w:p w14:paraId="7A2730D1"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3032" w:type="dxa"/>
            <w:tcBorders>
              <w:left w:val="nil"/>
              <w:bottom w:val="single" w:sz="12" w:space="0" w:color="auto"/>
              <w:right w:val="nil"/>
            </w:tcBorders>
          </w:tcPr>
          <w:p w14:paraId="4C88B624"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992" w:type="dxa"/>
            <w:tcBorders>
              <w:left w:val="nil"/>
              <w:bottom w:val="single" w:sz="12" w:space="0" w:color="auto"/>
              <w:right w:val="nil"/>
            </w:tcBorders>
          </w:tcPr>
          <w:p w14:paraId="33C0526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26" w:type="dxa"/>
            <w:tcBorders>
              <w:left w:val="nil"/>
              <w:bottom w:val="single" w:sz="12" w:space="0" w:color="auto"/>
              <w:right w:val="nil"/>
            </w:tcBorders>
          </w:tcPr>
          <w:p w14:paraId="74270725"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1843" w:type="dxa"/>
            <w:tcBorders>
              <w:left w:val="nil"/>
              <w:bottom w:val="single" w:sz="12" w:space="0" w:color="auto"/>
              <w:right w:val="nil"/>
            </w:tcBorders>
          </w:tcPr>
          <w:p w14:paraId="184A17B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c>
          <w:tcPr>
            <w:tcW w:w="2142" w:type="dxa"/>
            <w:tcBorders>
              <w:left w:val="nil"/>
              <w:bottom w:val="single" w:sz="12" w:space="0" w:color="auto"/>
            </w:tcBorders>
          </w:tcPr>
          <w:p w14:paraId="6D7BC7E0"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p>
        </w:tc>
      </w:tr>
      <w:tr w:rsidR="00E35433" w:rsidRPr="00A64921" w14:paraId="432545C6" w14:textId="77777777" w:rsidTr="00E35433">
        <w:trPr>
          <w:jc w:val="center"/>
        </w:trPr>
        <w:tc>
          <w:tcPr>
            <w:tcW w:w="11347" w:type="dxa"/>
            <w:gridSpan w:val="7"/>
            <w:tcBorders>
              <w:top w:val="single" w:sz="12" w:space="0" w:color="auto"/>
              <w:left w:val="single" w:sz="12" w:space="0" w:color="auto"/>
              <w:bottom w:val="single" w:sz="12" w:space="0" w:color="auto"/>
              <w:right w:val="single" w:sz="12" w:space="0" w:color="auto"/>
            </w:tcBorders>
            <w:shd w:val="clear" w:color="auto" w:fill="DAE9F7"/>
          </w:tcPr>
          <w:p w14:paraId="33C2618E"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II) CAPITAL ADICIONAL NIVEL 1 (3 - 4)</w:t>
            </w:r>
          </w:p>
        </w:tc>
      </w:tr>
      <w:tr w:rsidR="00E35433" w:rsidRPr="00A64921" w14:paraId="0A712906"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07F297D2"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100</w:t>
            </w:r>
          </w:p>
        </w:tc>
        <w:tc>
          <w:tcPr>
            <w:tcW w:w="10141" w:type="dxa"/>
            <w:gridSpan w:val="6"/>
            <w:tcBorders>
              <w:top w:val="single" w:sz="12" w:space="0" w:color="auto"/>
              <w:left w:val="single" w:sz="12" w:space="0" w:color="auto"/>
              <w:bottom w:val="single" w:sz="12" w:space="0" w:color="auto"/>
              <w:right w:val="single" w:sz="12" w:space="0" w:color="auto"/>
            </w:tcBorders>
            <w:shd w:val="clear" w:color="auto" w:fill="DAE9F7"/>
          </w:tcPr>
          <w:p w14:paraId="00B7136F" w14:textId="77777777" w:rsidR="00E35433" w:rsidRPr="00A64921" w:rsidRDefault="00E35433" w:rsidP="00E35433">
            <w:pPr>
              <w:spacing w:before="0" w:after="0" w:line="240"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3) Elementos del CAN1</w:t>
            </w:r>
          </w:p>
        </w:tc>
      </w:tr>
      <w:tr w:rsidR="00E35433" w:rsidRPr="00A64921" w14:paraId="79B14DAE" w14:textId="77777777" w:rsidTr="00C55BA7">
        <w:trPr>
          <w:gridAfter w:val="1"/>
          <w:wAfter w:w="6" w:type="dxa"/>
          <w:jc w:val="center"/>
        </w:trPr>
        <w:tc>
          <w:tcPr>
            <w:tcW w:w="1206" w:type="dxa"/>
            <w:tcBorders>
              <w:top w:val="single" w:sz="12" w:space="0" w:color="auto"/>
            </w:tcBorders>
            <w:vAlign w:val="center"/>
          </w:tcPr>
          <w:p w14:paraId="323F784A"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tcBorders>
            <w:vAlign w:val="center"/>
          </w:tcPr>
          <w:p w14:paraId="47F67B32"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instrumentos emitidos por la empresa que cumplan con todos y cada uno de los criterios de admisibilidad para formar parte del CAN1, dispuestos en el Anexo XVI de este reglamento.</w:t>
            </w:r>
          </w:p>
        </w:tc>
        <w:tc>
          <w:tcPr>
            <w:tcW w:w="3118" w:type="dxa"/>
            <w:gridSpan w:val="2"/>
            <w:tcBorders>
              <w:top w:val="single" w:sz="12" w:space="0" w:color="auto"/>
            </w:tcBorders>
            <w:vAlign w:val="center"/>
          </w:tcPr>
          <w:p w14:paraId="55E11A39"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preferente con dividendo no acumulativo que cumpla los criterios de admisibilidad del CAN 1</w:t>
            </w:r>
          </w:p>
        </w:tc>
        <w:tc>
          <w:tcPr>
            <w:tcW w:w="1843" w:type="dxa"/>
            <w:tcBorders>
              <w:top w:val="single" w:sz="12" w:space="0" w:color="auto"/>
            </w:tcBorders>
            <w:vAlign w:val="center"/>
          </w:tcPr>
          <w:p w14:paraId="37B7D1D4"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3.010.010.020</w:t>
            </w:r>
          </w:p>
        </w:tc>
        <w:tc>
          <w:tcPr>
            <w:tcW w:w="2142" w:type="dxa"/>
            <w:tcBorders>
              <w:top w:val="single" w:sz="12" w:space="0" w:color="auto"/>
            </w:tcBorders>
            <w:vAlign w:val="center"/>
          </w:tcPr>
          <w:p w14:paraId="21F972AE"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w:t>
            </w:r>
          </w:p>
        </w:tc>
      </w:tr>
      <w:tr w:rsidR="00E35433" w:rsidRPr="00A64921" w14:paraId="281F3395" w14:textId="77777777" w:rsidTr="00E35433">
        <w:trPr>
          <w:gridAfter w:val="1"/>
          <w:wAfter w:w="6" w:type="dxa"/>
          <w:jc w:val="center"/>
        </w:trPr>
        <w:tc>
          <w:tcPr>
            <w:tcW w:w="1206" w:type="dxa"/>
            <w:shd w:val="clear" w:color="auto" w:fill="F2F2F2"/>
            <w:vAlign w:val="center"/>
          </w:tcPr>
          <w:p w14:paraId="21FE0F90"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shd w:val="clear" w:color="auto" w:fill="F2F2F2"/>
            <w:vAlign w:val="center"/>
          </w:tcPr>
          <w:p w14:paraId="2AA7CAD3"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primas de emisión conexas a los instrumentos a que se refiere el inciso a), netas de los correspondientes descuentos y costos de emisión y colocación.</w:t>
            </w:r>
          </w:p>
        </w:tc>
        <w:tc>
          <w:tcPr>
            <w:tcW w:w="3118" w:type="dxa"/>
            <w:gridSpan w:val="2"/>
            <w:shd w:val="clear" w:color="auto" w:fill="F2F2F2"/>
            <w:vAlign w:val="center"/>
          </w:tcPr>
          <w:p w14:paraId="021CCD62"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por emisión de instrumentos incluidos en el CAN1, netas de descuentos y costos de emisión y colocación</w:t>
            </w:r>
          </w:p>
        </w:tc>
        <w:tc>
          <w:tcPr>
            <w:tcW w:w="1843" w:type="dxa"/>
            <w:shd w:val="clear" w:color="auto" w:fill="F2F2F2"/>
            <w:vAlign w:val="center"/>
          </w:tcPr>
          <w:p w14:paraId="25FFDC14"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3.020.010.000</w:t>
            </w:r>
          </w:p>
        </w:tc>
        <w:tc>
          <w:tcPr>
            <w:tcW w:w="2142" w:type="dxa"/>
            <w:shd w:val="clear" w:color="auto" w:fill="F2F2F2"/>
            <w:vAlign w:val="center"/>
          </w:tcPr>
          <w:p w14:paraId="63AABCF0"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adicional</w:t>
            </w:r>
          </w:p>
        </w:tc>
      </w:tr>
      <w:tr w:rsidR="00E35433" w:rsidRPr="00A64921" w14:paraId="3E7B7C7F" w14:textId="77777777" w:rsidTr="00C55BA7">
        <w:trPr>
          <w:gridAfter w:val="1"/>
          <w:wAfter w:w="6" w:type="dxa"/>
          <w:trHeight w:val="960"/>
          <w:jc w:val="center"/>
        </w:trPr>
        <w:tc>
          <w:tcPr>
            <w:tcW w:w="1206" w:type="dxa"/>
            <w:vMerge w:val="restart"/>
            <w:vAlign w:val="center"/>
          </w:tcPr>
          <w:p w14:paraId="500AA049"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vMerge w:val="restart"/>
            <w:vAlign w:val="center"/>
          </w:tcPr>
          <w:p w14:paraId="42B40376"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aportes y donaciones para incrementos de capital social, autorizados por CONASSIF y en trámite de inscripción en el Registro Público. Los aportes y donaciones deben corresponder a instrumentos admisibles en el CAN1, según el inciso a) de este Artículo.</w:t>
            </w:r>
          </w:p>
        </w:tc>
        <w:tc>
          <w:tcPr>
            <w:tcW w:w="3118" w:type="dxa"/>
            <w:gridSpan w:val="2"/>
            <w:vAlign w:val="center"/>
          </w:tcPr>
          <w:p w14:paraId="0EF591C6"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 en instrumentos admisibles en el CAN1</w:t>
            </w:r>
          </w:p>
        </w:tc>
        <w:tc>
          <w:tcPr>
            <w:tcW w:w="1843" w:type="dxa"/>
            <w:vAlign w:val="center"/>
          </w:tcPr>
          <w:p w14:paraId="7DE60C7A" w14:textId="685CCD94"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3.020.020.</w:t>
            </w:r>
            <w:r w:rsidR="00A64921" w:rsidRPr="00A64921">
              <w:rPr>
                <w:rFonts w:asciiTheme="majorHAnsi" w:eastAsia="Aptos" w:hAnsiTheme="majorHAnsi" w:cstheme="majorHAnsi"/>
                <w:sz w:val="16"/>
                <w:szCs w:val="16"/>
                <w:lang w:val="es-CR"/>
              </w:rPr>
              <w:t>010. M.</w:t>
            </w:r>
            <w:r w:rsidRPr="00A64921">
              <w:rPr>
                <w:rFonts w:asciiTheme="majorHAnsi" w:eastAsia="Aptos" w:hAnsiTheme="majorHAnsi" w:cstheme="majorHAnsi"/>
                <w:sz w:val="16"/>
                <w:szCs w:val="16"/>
                <w:lang w:val="es-CR"/>
              </w:rPr>
              <w:t>010</w:t>
            </w:r>
          </w:p>
        </w:tc>
        <w:tc>
          <w:tcPr>
            <w:tcW w:w="2142" w:type="dxa"/>
            <w:vAlign w:val="center"/>
          </w:tcPr>
          <w:p w14:paraId="7D79A352"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autorizados y por registrar en el Registro Público</w:t>
            </w:r>
          </w:p>
        </w:tc>
      </w:tr>
      <w:tr w:rsidR="00E35433" w:rsidRPr="00A64921" w14:paraId="68798473" w14:textId="77777777" w:rsidTr="00C55BA7">
        <w:trPr>
          <w:gridAfter w:val="1"/>
          <w:wAfter w:w="6" w:type="dxa"/>
          <w:jc w:val="center"/>
        </w:trPr>
        <w:tc>
          <w:tcPr>
            <w:tcW w:w="1206" w:type="dxa"/>
            <w:vMerge/>
          </w:tcPr>
          <w:p w14:paraId="2263E9C8"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3032" w:type="dxa"/>
            <w:vMerge/>
            <w:vAlign w:val="center"/>
          </w:tcPr>
          <w:p w14:paraId="6E0C68BB"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p>
        </w:tc>
        <w:tc>
          <w:tcPr>
            <w:tcW w:w="3118" w:type="dxa"/>
            <w:gridSpan w:val="2"/>
            <w:vAlign w:val="center"/>
          </w:tcPr>
          <w:p w14:paraId="6D1ACE49"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Donaciones por capitalizar autorizadas y por registrar en el Registro Público, en instrumentos admisibles en el CAN1</w:t>
            </w:r>
          </w:p>
        </w:tc>
        <w:tc>
          <w:tcPr>
            <w:tcW w:w="1843" w:type="dxa"/>
            <w:vAlign w:val="center"/>
          </w:tcPr>
          <w:p w14:paraId="3868A634" w14:textId="79D4BB4D"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3.020.020.</w:t>
            </w:r>
            <w:r w:rsidR="00A64921" w:rsidRPr="00A64921">
              <w:rPr>
                <w:rFonts w:asciiTheme="majorHAnsi" w:eastAsia="Aptos" w:hAnsiTheme="majorHAnsi" w:cstheme="majorHAnsi"/>
                <w:sz w:val="16"/>
                <w:szCs w:val="16"/>
                <w:lang w:val="es-CR"/>
              </w:rPr>
              <w:t>020. M.</w:t>
            </w:r>
            <w:r w:rsidRPr="00A64921">
              <w:rPr>
                <w:rFonts w:asciiTheme="majorHAnsi" w:eastAsia="Aptos" w:hAnsiTheme="majorHAnsi" w:cstheme="majorHAnsi"/>
                <w:sz w:val="16"/>
                <w:szCs w:val="16"/>
                <w:lang w:val="es-CR"/>
              </w:rPr>
              <w:t>010</w:t>
            </w:r>
          </w:p>
        </w:tc>
        <w:tc>
          <w:tcPr>
            <w:tcW w:w="2142" w:type="dxa"/>
            <w:vAlign w:val="center"/>
          </w:tcPr>
          <w:p w14:paraId="21BCF115"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Donaciones autorizadas por capitalizar pendientes de registrar en el Registro Público</w:t>
            </w:r>
          </w:p>
        </w:tc>
      </w:tr>
      <w:tr w:rsidR="00E35433" w:rsidRPr="00A64921" w14:paraId="4A7EEF70" w14:textId="77777777" w:rsidTr="00E35433">
        <w:trPr>
          <w:gridAfter w:val="1"/>
          <w:wAfter w:w="6" w:type="dxa"/>
          <w:jc w:val="center"/>
        </w:trPr>
        <w:tc>
          <w:tcPr>
            <w:tcW w:w="1206" w:type="dxa"/>
            <w:tcBorders>
              <w:bottom w:val="single" w:sz="4" w:space="0" w:color="auto"/>
            </w:tcBorders>
            <w:shd w:val="clear" w:color="auto" w:fill="F2F2F2"/>
            <w:vAlign w:val="center"/>
          </w:tcPr>
          <w:p w14:paraId="18DB171B"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tcBorders>
              <w:bottom w:val="single" w:sz="4" w:space="0" w:color="auto"/>
            </w:tcBorders>
            <w:shd w:val="clear" w:color="auto" w:fill="F2F2F2"/>
            <w:vAlign w:val="center"/>
          </w:tcPr>
          <w:p w14:paraId="28122CCB"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reservas patrimoniales reveladas, constituidas voluntariamente con el fin específico de absorber pérdidas patrimoniales durante la marcha de la empresa. De previo a su admisión dentro del CAN1, dichas reservas deben declararse como no redimibles, mediante acuerdo del máximo órgano directivo de la empresa.</w:t>
            </w:r>
          </w:p>
        </w:tc>
        <w:tc>
          <w:tcPr>
            <w:tcW w:w="3118" w:type="dxa"/>
            <w:gridSpan w:val="2"/>
            <w:tcBorders>
              <w:bottom w:val="single" w:sz="4" w:space="0" w:color="auto"/>
            </w:tcBorders>
            <w:shd w:val="clear" w:color="auto" w:fill="F2F2F2"/>
            <w:vAlign w:val="center"/>
          </w:tcPr>
          <w:p w14:paraId="5C4D343F"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Reservas voluntarias constituidas para absorber pérdidas patrimoniales durante la marcha de la entidad</w:t>
            </w:r>
          </w:p>
        </w:tc>
        <w:tc>
          <w:tcPr>
            <w:tcW w:w="1843" w:type="dxa"/>
            <w:tcBorders>
              <w:bottom w:val="single" w:sz="4" w:space="0" w:color="auto"/>
            </w:tcBorders>
            <w:shd w:val="clear" w:color="auto" w:fill="F2F2F2"/>
            <w:vAlign w:val="center"/>
          </w:tcPr>
          <w:p w14:paraId="18DA4030" w14:textId="512F1192"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3.040.030.</w:t>
            </w:r>
            <w:r w:rsidR="00A64921" w:rsidRPr="00A64921">
              <w:rPr>
                <w:rFonts w:asciiTheme="majorHAnsi" w:eastAsia="Aptos" w:hAnsiTheme="majorHAnsi" w:cstheme="majorHAnsi"/>
                <w:sz w:val="16"/>
                <w:szCs w:val="16"/>
                <w:lang w:val="es-CR"/>
              </w:rPr>
              <w:t>020. M.</w:t>
            </w:r>
            <w:r w:rsidRPr="00A64921">
              <w:rPr>
                <w:rFonts w:asciiTheme="majorHAnsi" w:eastAsia="Aptos" w:hAnsiTheme="majorHAnsi" w:cstheme="majorHAnsi"/>
                <w:sz w:val="16"/>
                <w:szCs w:val="16"/>
                <w:lang w:val="es-CR"/>
              </w:rPr>
              <w:t>010</w:t>
            </w:r>
          </w:p>
        </w:tc>
        <w:tc>
          <w:tcPr>
            <w:tcW w:w="2142" w:type="dxa"/>
            <w:tcBorders>
              <w:bottom w:val="single" w:sz="4" w:space="0" w:color="auto"/>
            </w:tcBorders>
            <w:shd w:val="clear" w:color="auto" w:fill="F2F2F2"/>
            <w:vAlign w:val="center"/>
          </w:tcPr>
          <w:p w14:paraId="07DD291D"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Reservas voluntarias para cobertura de pérdidas</w:t>
            </w:r>
          </w:p>
        </w:tc>
      </w:tr>
      <w:tr w:rsidR="00E35433" w:rsidRPr="00A64921" w14:paraId="59BB4868" w14:textId="77777777" w:rsidTr="00C55BA7">
        <w:trPr>
          <w:gridAfter w:val="1"/>
          <w:wAfter w:w="6" w:type="dxa"/>
          <w:jc w:val="center"/>
        </w:trPr>
        <w:tc>
          <w:tcPr>
            <w:tcW w:w="1206" w:type="dxa"/>
            <w:tcBorders>
              <w:bottom w:val="single" w:sz="12" w:space="0" w:color="auto"/>
              <w:right w:val="nil"/>
            </w:tcBorders>
          </w:tcPr>
          <w:p w14:paraId="02B4747B"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3032" w:type="dxa"/>
            <w:tcBorders>
              <w:left w:val="nil"/>
              <w:bottom w:val="single" w:sz="12" w:space="0" w:color="auto"/>
              <w:right w:val="nil"/>
            </w:tcBorders>
          </w:tcPr>
          <w:p w14:paraId="5FE54F86"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992" w:type="dxa"/>
            <w:tcBorders>
              <w:left w:val="nil"/>
              <w:bottom w:val="single" w:sz="12" w:space="0" w:color="auto"/>
              <w:right w:val="nil"/>
            </w:tcBorders>
          </w:tcPr>
          <w:p w14:paraId="7B28B466"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2126" w:type="dxa"/>
            <w:tcBorders>
              <w:left w:val="nil"/>
              <w:bottom w:val="single" w:sz="12" w:space="0" w:color="auto"/>
              <w:right w:val="nil"/>
            </w:tcBorders>
          </w:tcPr>
          <w:p w14:paraId="639DB366"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1843" w:type="dxa"/>
            <w:tcBorders>
              <w:left w:val="nil"/>
              <w:bottom w:val="single" w:sz="12" w:space="0" w:color="auto"/>
              <w:right w:val="nil"/>
            </w:tcBorders>
          </w:tcPr>
          <w:p w14:paraId="33F8441F"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2142" w:type="dxa"/>
            <w:tcBorders>
              <w:left w:val="nil"/>
              <w:bottom w:val="single" w:sz="12" w:space="0" w:color="auto"/>
            </w:tcBorders>
          </w:tcPr>
          <w:p w14:paraId="565A1A99"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r>
      <w:tr w:rsidR="00E35433" w:rsidRPr="00A64921" w14:paraId="72E0EF76"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00D59C0C"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102</w:t>
            </w:r>
          </w:p>
        </w:tc>
        <w:tc>
          <w:tcPr>
            <w:tcW w:w="4024" w:type="dxa"/>
            <w:gridSpan w:val="2"/>
            <w:tcBorders>
              <w:top w:val="single" w:sz="12" w:space="0" w:color="auto"/>
              <w:left w:val="single" w:sz="12" w:space="0" w:color="auto"/>
              <w:bottom w:val="single" w:sz="12" w:space="0" w:color="auto"/>
              <w:right w:val="single" w:sz="12" w:space="0" w:color="auto"/>
            </w:tcBorders>
            <w:shd w:val="clear" w:color="auto" w:fill="DAE9F7"/>
          </w:tcPr>
          <w:p w14:paraId="1DD018CE"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4. Deducciones a los elementos de CAN1</w:t>
            </w:r>
          </w:p>
        </w:tc>
        <w:tc>
          <w:tcPr>
            <w:tcW w:w="2126" w:type="dxa"/>
            <w:tcBorders>
              <w:top w:val="single" w:sz="12" w:space="0" w:color="auto"/>
              <w:left w:val="single" w:sz="12" w:space="0" w:color="auto"/>
              <w:bottom w:val="single" w:sz="12" w:space="0" w:color="auto"/>
              <w:right w:val="single" w:sz="12" w:space="0" w:color="auto"/>
            </w:tcBorders>
            <w:shd w:val="clear" w:color="auto" w:fill="DAE9F7"/>
          </w:tcPr>
          <w:p w14:paraId="53546343"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3991" w:type="dxa"/>
            <w:gridSpan w:val="3"/>
            <w:tcBorders>
              <w:top w:val="single" w:sz="12" w:space="0" w:color="auto"/>
              <w:left w:val="single" w:sz="12" w:space="0" w:color="auto"/>
              <w:bottom w:val="single" w:sz="12" w:space="0" w:color="auto"/>
              <w:right w:val="single" w:sz="12" w:space="0" w:color="auto"/>
            </w:tcBorders>
            <w:shd w:val="clear" w:color="auto" w:fill="DAE9F7"/>
          </w:tcPr>
          <w:p w14:paraId="6770F12B"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r>
      <w:tr w:rsidR="00E35433" w:rsidRPr="00A64921" w14:paraId="3179528F" w14:textId="77777777" w:rsidTr="00C55BA7">
        <w:trPr>
          <w:gridAfter w:val="1"/>
          <w:wAfter w:w="6" w:type="dxa"/>
          <w:jc w:val="center"/>
        </w:trPr>
        <w:tc>
          <w:tcPr>
            <w:tcW w:w="1206" w:type="dxa"/>
            <w:tcBorders>
              <w:top w:val="single" w:sz="12" w:space="0" w:color="auto"/>
            </w:tcBorders>
            <w:vAlign w:val="center"/>
          </w:tcPr>
          <w:p w14:paraId="3A4F70D6"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tcBorders>
            <w:vAlign w:val="center"/>
          </w:tcPr>
          <w:p w14:paraId="14A89C09"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CAN1 adquiridos por la propia empresa.</w:t>
            </w:r>
          </w:p>
        </w:tc>
        <w:tc>
          <w:tcPr>
            <w:tcW w:w="3118" w:type="dxa"/>
            <w:gridSpan w:val="2"/>
            <w:tcBorders>
              <w:top w:val="single" w:sz="12" w:space="0" w:color="auto"/>
            </w:tcBorders>
          </w:tcPr>
          <w:p w14:paraId="2376B407"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CAN1 adquiridos por la propia entidad</w:t>
            </w:r>
          </w:p>
        </w:tc>
        <w:tc>
          <w:tcPr>
            <w:tcW w:w="1843" w:type="dxa"/>
            <w:tcBorders>
              <w:top w:val="single" w:sz="12" w:space="0" w:color="auto"/>
            </w:tcBorders>
            <w:vAlign w:val="center"/>
          </w:tcPr>
          <w:p w14:paraId="1BE53135"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3.010.050.020</w:t>
            </w:r>
          </w:p>
        </w:tc>
        <w:tc>
          <w:tcPr>
            <w:tcW w:w="2142" w:type="dxa"/>
            <w:tcBorders>
              <w:top w:val="single" w:sz="12" w:space="0" w:color="auto"/>
            </w:tcBorders>
            <w:vAlign w:val="center"/>
          </w:tcPr>
          <w:p w14:paraId="429D8EBA"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 (Acciones en tesorería)</w:t>
            </w:r>
          </w:p>
        </w:tc>
      </w:tr>
      <w:tr w:rsidR="00E35433" w:rsidRPr="00A64921" w14:paraId="30287FDC" w14:textId="77777777" w:rsidTr="00E35433">
        <w:trPr>
          <w:gridAfter w:val="1"/>
          <w:wAfter w:w="6" w:type="dxa"/>
          <w:jc w:val="center"/>
        </w:trPr>
        <w:tc>
          <w:tcPr>
            <w:tcW w:w="1206" w:type="dxa"/>
            <w:shd w:val="clear" w:color="auto" w:fill="F2F2F2"/>
            <w:vAlign w:val="center"/>
          </w:tcPr>
          <w:p w14:paraId="1660FB63"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shd w:val="clear" w:color="auto" w:fill="F2F2F2"/>
            <w:vAlign w:val="center"/>
          </w:tcPr>
          <w:p w14:paraId="2198CABA"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El valor en libros de los instrumentos del CAN1 emitidos por la propia empresa que se encuentran dados en garantía de </w:t>
            </w:r>
            <w:r w:rsidRPr="00A64921">
              <w:rPr>
                <w:rFonts w:asciiTheme="majorHAnsi" w:eastAsia="Aptos" w:hAnsiTheme="majorHAnsi" w:cstheme="majorHAnsi"/>
                <w:sz w:val="16"/>
                <w:szCs w:val="16"/>
                <w:lang w:val="es-CR"/>
              </w:rPr>
              <w:lastRenderedPageBreak/>
              <w:t>operaciones crediticias otorgadas por ella misma.</w:t>
            </w:r>
          </w:p>
        </w:tc>
        <w:tc>
          <w:tcPr>
            <w:tcW w:w="3118" w:type="dxa"/>
            <w:gridSpan w:val="2"/>
            <w:shd w:val="clear" w:color="auto" w:fill="F2F2F2"/>
          </w:tcPr>
          <w:p w14:paraId="7DA5F92A"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 xml:space="preserve">Valor en libros de los instrumentos del CAN1 emitidos por la propia empresa que se encuentran dados en garantía de </w:t>
            </w:r>
            <w:r w:rsidRPr="00A64921">
              <w:rPr>
                <w:rFonts w:asciiTheme="majorHAnsi" w:eastAsia="Aptos" w:hAnsiTheme="majorHAnsi" w:cstheme="majorHAnsi"/>
                <w:sz w:val="16"/>
                <w:szCs w:val="16"/>
                <w:lang w:val="es-CR"/>
              </w:rPr>
              <w:lastRenderedPageBreak/>
              <w:t>operaciones crediticias otorgadas por ella misma.</w:t>
            </w:r>
          </w:p>
        </w:tc>
        <w:tc>
          <w:tcPr>
            <w:tcW w:w="1843" w:type="dxa"/>
            <w:shd w:val="clear" w:color="auto" w:fill="F2F2F2"/>
            <w:vAlign w:val="center"/>
          </w:tcPr>
          <w:p w14:paraId="6354B7EB"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3.010.010.000</w:t>
            </w:r>
          </w:p>
        </w:tc>
        <w:tc>
          <w:tcPr>
            <w:tcW w:w="2142" w:type="dxa"/>
            <w:shd w:val="clear" w:color="auto" w:fill="F2F2F2"/>
            <w:vAlign w:val="center"/>
          </w:tcPr>
          <w:p w14:paraId="44208F5B"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w:t>
            </w:r>
          </w:p>
        </w:tc>
      </w:tr>
      <w:tr w:rsidR="00E35433" w:rsidRPr="00A64921" w14:paraId="0D72B69C" w14:textId="77777777" w:rsidTr="00C55BA7">
        <w:trPr>
          <w:gridAfter w:val="1"/>
          <w:wAfter w:w="6" w:type="dxa"/>
          <w:jc w:val="center"/>
        </w:trPr>
        <w:tc>
          <w:tcPr>
            <w:tcW w:w="1206" w:type="dxa"/>
            <w:vAlign w:val="center"/>
          </w:tcPr>
          <w:p w14:paraId="1CBDE0AF"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vAlign w:val="center"/>
          </w:tcPr>
          <w:p w14:paraId="3B61512C"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homólogos al CAN1, que calificarían como tales bajo los criterios establecidos en el Anexo XVI de este reglamento. Esta deducción se efectuará con independencia del porcentaje de participación de la empresa supervisada en el capital social y de la naturaleza de la empresa de que se trate.</w:t>
            </w:r>
          </w:p>
        </w:tc>
        <w:tc>
          <w:tcPr>
            <w:tcW w:w="3118" w:type="dxa"/>
            <w:gridSpan w:val="2"/>
            <w:vAlign w:val="center"/>
          </w:tcPr>
          <w:p w14:paraId="1F73D649"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instrumentos homólogos al CAN1, que calificarían como tales según Anexo XVI del Acuerdo CONASSIF 16-22.</w:t>
            </w:r>
          </w:p>
        </w:tc>
        <w:tc>
          <w:tcPr>
            <w:tcW w:w="1843" w:type="dxa"/>
            <w:vAlign w:val="center"/>
          </w:tcPr>
          <w:p w14:paraId="39F06511"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1.110.000.000</w:t>
            </w:r>
          </w:p>
        </w:tc>
        <w:tc>
          <w:tcPr>
            <w:tcW w:w="2142" w:type="dxa"/>
            <w:vAlign w:val="center"/>
          </w:tcPr>
          <w:p w14:paraId="56622001"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r w:rsidR="00E35433" w:rsidRPr="00A64921" w14:paraId="24E89A53" w14:textId="77777777" w:rsidTr="00E35433">
        <w:trPr>
          <w:gridAfter w:val="1"/>
          <w:wAfter w:w="6" w:type="dxa"/>
          <w:jc w:val="center"/>
        </w:trPr>
        <w:tc>
          <w:tcPr>
            <w:tcW w:w="1206" w:type="dxa"/>
            <w:shd w:val="clear" w:color="auto" w:fill="F2F2F2"/>
            <w:vAlign w:val="center"/>
          </w:tcPr>
          <w:p w14:paraId="04D435E6"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shd w:val="clear" w:color="auto" w:fill="F2F2F2"/>
            <w:vAlign w:val="center"/>
          </w:tcPr>
          <w:p w14:paraId="5C246702"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importe de las deducciones que excedan el importe de los elementos del CN2 de la entidad o empresa.</w:t>
            </w:r>
          </w:p>
        </w:tc>
        <w:tc>
          <w:tcPr>
            <w:tcW w:w="3118" w:type="dxa"/>
            <w:gridSpan w:val="2"/>
            <w:shd w:val="clear" w:color="auto" w:fill="F2F2F2"/>
            <w:vAlign w:val="center"/>
          </w:tcPr>
          <w:p w14:paraId="7B90A93D"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3985" w:type="dxa"/>
            <w:gridSpan w:val="2"/>
            <w:shd w:val="clear" w:color="auto" w:fill="F2F2F2"/>
            <w:vAlign w:val="center"/>
          </w:tcPr>
          <w:p w14:paraId="77B9907A"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r>
      <w:tr w:rsidR="00E35433" w:rsidRPr="00A64921" w14:paraId="69157900" w14:textId="77777777" w:rsidTr="00C55BA7">
        <w:trPr>
          <w:gridAfter w:val="1"/>
          <w:wAfter w:w="6" w:type="dxa"/>
          <w:jc w:val="center"/>
        </w:trPr>
        <w:tc>
          <w:tcPr>
            <w:tcW w:w="1206" w:type="dxa"/>
            <w:tcBorders>
              <w:bottom w:val="single" w:sz="12" w:space="0" w:color="auto"/>
            </w:tcBorders>
          </w:tcPr>
          <w:p w14:paraId="0A751B54"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3032" w:type="dxa"/>
            <w:tcBorders>
              <w:bottom w:val="single" w:sz="12" w:space="0" w:color="auto"/>
            </w:tcBorders>
          </w:tcPr>
          <w:p w14:paraId="49A60955"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992" w:type="dxa"/>
            <w:tcBorders>
              <w:bottom w:val="single" w:sz="12" w:space="0" w:color="auto"/>
            </w:tcBorders>
          </w:tcPr>
          <w:p w14:paraId="01C0D4FA"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2126" w:type="dxa"/>
            <w:tcBorders>
              <w:bottom w:val="single" w:sz="12" w:space="0" w:color="auto"/>
            </w:tcBorders>
          </w:tcPr>
          <w:p w14:paraId="5DB73F27"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1843" w:type="dxa"/>
            <w:tcBorders>
              <w:bottom w:val="single" w:sz="12" w:space="0" w:color="auto"/>
            </w:tcBorders>
          </w:tcPr>
          <w:p w14:paraId="59FEAE2F"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2142" w:type="dxa"/>
            <w:tcBorders>
              <w:bottom w:val="single" w:sz="12" w:space="0" w:color="auto"/>
            </w:tcBorders>
          </w:tcPr>
          <w:p w14:paraId="1A6D2AF3"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r>
      <w:tr w:rsidR="00E35433" w:rsidRPr="00A64921" w14:paraId="7FFE9D8F" w14:textId="77777777" w:rsidTr="00E35433">
        <w:trPr>
          <w:jc w:val="center"/>
        </w:trPr>
        <w:tc>
          <w:tcPr>
            <w:tcW w:w="11347" w:type="dxa"/>
            <w:gridSpan w:val="7"/>
            <w:tcBorders>
              <w:top w:val="single" w:sz="12" w:space="0" w:color="auto"/>
              <w:left w:val="single" w:sz="12" w:space="0" w:color="auto"/>
              <w:bottom w:val="single" w:sz="12" w:space="0" w:color="auto"/>
              <w:right w:val="single" w:sz="12" w:space="0" w:color="auto"/>
            </w:tcBorders>
            <w:shd w:val="clear" w:color="auto" w:fill="DAE9F7"/>
          </w:tcPr>
          <w:p w14:paraId="77CFF533"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B) CAPITAL NIVEL 2 (5 - 6)</w:t>
            </w:r>
          </w:p>
        </w:tc>
      </w:tr>
      <w:tr w:rsidR="00E35433" w:rsidRPr="00A64921" w14:paraId="19D31DCE"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65EF76DA"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103</w:t>
            </w:r>
          </w:p>
        </w:tc>
        <w:tc>
          <w:tcPr>
            <w:tcW w:w="10141" w:type="dxa"/>
            <w:gridSpan w:val="6"/>
            <w:tcBorders>
              <w:top w:val="single" w:sz="12" w:space="0" w:color="auto"/>
              <w:left w:val="single" w:sz="12" w:space="0" w:color="auto"/>
              <w:bottom w:val="single" w:sz="12" w:space="0" w:color="auto"/>
              <w:right w:val="single" w:sz="12" w:space="0" w:color="auto"/>
            </w:tcBorders>
            <w:shd w:val="clear" w:color="auto" w:fill="DAE9F7"/>
          </w:tcPr>
          <w:p w14:paraId="2EAF656F"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5. Elementos del CN2</w:t>
            </w:r>
          </w:p>
        </w:tc>
      </w:tr>
      <w:tr w:rsidR="00E35433" w:rsidRPr="00A64921" w14:paraId="2558B1AF" w14:textId="77777777" w:rsidTr="00C55BA7">
        <w:trPr>
          <w:gridAfter w:val="1"/>
          <w:wAfter w:w="6" w:type="dxa"/>
          <w:jc w:val="center"/>
        </w:trPr>
        <w:tc>
          <w:tcPr>
            <w:tcW w:w="1206" w:type="dxa"/>
            <w:vMerge w:val="restart"/>
            <w:tcBorders>
              <w:top w:val="single" w:sz="12" w:space="0" w:color="auto"/>
            </w:tcBorders>
            <w:vAlign w:val="center"/>
          </w:tcPr>
          <w:p w14:paraId="532B3071"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vMerge w:val="restart"/>
            <w:tcBorders>
              <w:top w:val="single" w:sz="12" w:space="0" w:color="auto"/>
            </w:tcBorders>
            <w:vAlign w:val="center"/>
          </w:tcPr>
          <w:p w14:paraId="3AEE3944"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instrumentos emitidos por la empresa que cumplan con todos y cada uno de los criterios de admisibilidad para formar parte del CN2, dispuestos en el Anexo XVI de este reglamento.</w:t>
            </w:r>
          </w:p>
        </w:tc>
        <w:tc>
          <w:tcPr>
            <w:tcW w:w="3118" w:type="dxa"/>
            <w:gridSpan w:val="2"/>
            <w:tcBorders>
              <w:top w:val="single" w:sz="12" w:space="0" w:color="auto"/>
            </w:tcBorders>
          </w:tcPr>
          <w:p w14:paraId="6017B3DA"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 con dividendo no acumulativo que cumpla los criterios de admisibilidad del CN2</w:t>
            </w:r>
          </w:p>
        </w:tc>
        <w:tc>
          <w:tcPr>
            <w:tcW w:w="1843" w:type="dxa"/>
            <w:tcBorders>
              <w:top w:val="single" w:sz="12" w:space="0" w:color="auto"/>
            </w:tcBorders>
            <w:vAlign w:val="center"/>
          </w:tcPr>
          <w:p w14:paraId="085B9D59"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3.010.010.020</w:t>
            </w:r>
          </w:p>
        </w:tc>
        <w:tc>
          <w:tcPr>
            <w:tcW w:w="2142" w:type="dxa"/>
            <w:tcBorders>
              <w:top w:val="single" w:sz="12" w:space="0" w:color="auto"/>
            </w:tcBorders>
            <w:vAlign w:val="center"/>
          </w:tcPr>
          <w:p w14:paraId="3DB00911"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preferente</w:t>
            </w:r>
          </w:p>
        </w:tc>
      </w:tr>
      <w:tr w:rsidR="00E35433" w:rsidRPr="00A64921" w14:paraId="2FB9C962" w14:textId="77777777" w:rsidTr="00C55BA7">
        <w:trPr>
          <w:gridAfter w:val="1"/>
          <w:wAfter w:w="6" w:type="dxa"/>
          <w:jc w:val="center"/>
        </w:trPr>
        <w:tc>
          <w:tcPr>
            <w:tcW w:w="1206" w:type="dxa"/>
            <w:vMerge/>
            <w:vAlign w:val="center"/>
          </w:tcPr>
          <w:p w14:paraId="56A55E9D"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c>
          <w:tcPr>
            <w:tcW w:w="3032" w:type="dxa"/>
            <w:vMerge/>
            <w:vAlign w:val="center"/>
          </w:tcPr>
          <w:p w14:paraId="212B9749"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p>
        </w:tc>
        <w:tc>
          <w:tcPr>
            <w:tcW w:w="3118" w:type="dxa"/>
            <w:gridSpan w:val="2"/>
          </w:tcPr>
          <w:p w14:paraId="205794BA"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Instrumentos subordinados que cumplan criterios de admisibilidad para CN2</w:t>
            </w:r>
          </w:p>
        </w:tc>
        <w:tc>
          <w:tcPr>
            <w:tcW w:w="1843" w:type="dxa"/>
            <w:vAlign w:val="center"/>
          </w:tcPr>
          <w:p w14:paraId="5AF168CE"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r w:rsidRPr="00A64921">
              <w:rPr>
                <w:rFonts w:asciiTheme="majorHAnsi" w:eastAsia="Aptos" w:hAnsiTheme="majorHAnsi" w:cstheme="majorHAnsi"/>
                <w:sz w:val="16"/>
                <w:szCs w:val="16"/>
                <w:lang w:val="es-CR"/>
              </w:rPr>
              <w:br/>
              <w:t>2.090.010.000</w:t>
            </w:r>
          </w:p>
        </w:tc>
        <w:tc>
          <w:tcPr>
            <w:tcW w:w="2142" w:type="dxa"/>
            <w:vAlign w:val="center"/>
          </w:tcPr>
          <w:p w14:paraId="7A4E7A61"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Obligaciones subordinadas</w:t>
            </w:r>
          </w:p>
        </w:tc>
      </w:tr>
      <w:tr w:rsidR="00E35433" w:rsidRPr="00A64921" w14:paraId="3CCEC284" w14:textId="77777777" w:rsidTr="00C55BA7">
        <w:trPr>
          <w:gridAfter w:val="1"/>
          <w:wAfter w:w="6" w:type="dxa"/>
          <w:jc w:val="center"/>
        </w:trPr>
        <w:tc>
          <w:tcPr>
            <w:tcW w:w="1206" w:type="dxa"/>
            <w:vMerge/>
            <w:vAlign w:val="center"/>
          </w:tcPr>
          <w:p w14:paraId="056F8F0B"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c>
          <w:tcPr>
            <w:tcW w:w="3032" w:type="dxa"/>
            <w:vMerge/>
            <w:vAlign w:val="center"/>
          </w:tcPr>
          <w:p w14:paraId="23CF55B1"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p>
        </w:tc>
        <w:tc>
          <w:tcPr>
            <w:tcW w:w="3118" w:type="dxa"/>
            <w:gridSpan w:val="2"/>
          </w:tcPr>
          <w:p w14:paraId="64171FB8"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Préstamos subordinados que cumplan criterios de admisibilidad para CN2</w:t>
            </w:r>
          </w:p>
        </w:tc>
        <w:tc>
          <w:tcPr>
            <w:tcW w:w="1843" w:type="dxa"/>
            <w:vAlign w:val="center"/>
          </w:tcPr>
          <w:p w14:paraId="6628CD6D"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MÁS </w:t>
            </w:r>
          </w:p>
          <w:p w14:paraId="465DCAE7"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2.090.020.000</w:t>
            </w:r>
          </w:p>
        </w:tc>
        <w:tc>
          <w:tcPr>
            <w:tcW w:w="2142" w:type="dxa"/>
            <w:vAlign w:val="center"/>
          </w:tcPr>
          <w:p w14:paraId="173DE6DF"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Préstamos subordinados</w:t>
            </w:r>
          </w:p>
        </w:tc>
      </w:tr>
      <w:tr w:rsidR="00E35433" w:rsidRPr="00A64921" w14:paraId="1C381E76" w14:textId="77777777" w:rsidTr="00C55BA7">
        <w:trPr>
          <w:gridAfter w:val="1"/>
          <w:wAfter w:w="6" w:type="dxa"/>
          <w:jc w:val="center"/>
        </w:trPr>
        <w:tc>
          <w:tcPr>
            <w:tcW w:w="1206" w:type="dxa"/>
            <w:vMerge/>
            <w:vAlign w:val="center"/>
          </w:tcPr>
          <w:p w14:paraId="6309230F"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c>
          <w:tcPr>
            <w:tcW w:w="3032" w:type="dxa"/>
            <w:vMerge/>
            <w:vAlign w:val="center"/>
          </w:tcPr>
          <w:p w14:paraId="7092DFDF"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p>
        </w:tc>
        <w:tc>
          <w:tcPr>
            <w:tcW w:w="3118" w:type="dxa"/>
            <w:gridSpan w:val="2"/>
          </w:tcPr>
          <w:p w14:paraId="4DA35DA8"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Obligaciones convertibles en capital que cumplan criterios de admisibilidad para CN2</w:t>
            </w:r>
          </w:p>
        </w:tc>
        <w:tc>
          <w:tcPr>
            <w:tcW w:w="1843" w:type="dxa"/>
            <w:vAlign w:val="center"/>
          </w:tcPr>
          <w:p w14:paraId="0F4CC263"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MÁS </w:t>
            </w:r>
          </w:p>
          <w:p w14:paraId="0ECA06F7"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2.100.010.000</w:t>
            </w:r>
          </w:p>
        </w:tc>
        <w:tc>
          <w:tcPr>
            <w:tcW w:w="2142" w:type="dxa"/>
            <w:vAlign w:val="center"/>
          </w:tcPr>
          <w:p w14:paraId="7779F1A4"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Obligaciones convertibles en capital</w:t>
            </w:r>
          </w:p>
        </w:tc>
      </w:tr>
      <w:tr w:rsidR="00E35433" w:rsidRPr="00A64921" w14:paraId="769BE0E0" w14:textId="77777777" w:rsidTr="00E35433">
        <w:trPr>
          <w:gridAfter w:val="1"/>
          <w:wAfter w:w="6" w:type="dxa"/>
          <w:jc w:val="center"/>
        </w:trPr>
        <w:tc>
          <w:tcPr>
            <w:tcW w:w="1206" w:type="dxa"/>
            <w:vMerge w:val="restart"/>
            <w:shd w:val="clear" w:color="auto" w:fill="F2F2F2"/>
            <w:vAlign w:val="center"/>
          </w:tcPr>
          <w:p w14:paraId="2FF54E57"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vMerge w:val="restart"/>
            <w:shd w:val="clear" w:color="auto" w:fill="F2F2F2"/>
            <w:vAlign w:val="center"/>
          </w:tcPr>
          <w:p w14:paraId="70CB1F4B"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Las primas de emisión a los instrumentos a que se refiere el inciso a), netas de los correspondientes descuentos y costos de emisión y colocación.</w:t>
            </w:r>
          </w:p>
        </w:tc>
        <w:tc>
          <w:tcPr>
            <w:tcW w:w="3118" w:type="dxa"/>
            <w:gridSpan w:val="2"/>
            <w:shd w:val="clear" w:color="auto" w:fill="F2F2F2"/>
          </w:tcPr>
          <w:p w14:paraId="3B7C6939"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por emisión de instrumentos incluidos en el CN2, netas de descuentos y costos de emisión y colocación</w:t>
            </w:r>
          </w:p>
        </w:tc>
        <w:tc>
          <w:tcPr>
            <w:tcW w:w="1843" w:type="dxa"/>
            <w:shd w:val="clear" w:color="auto" w:fill="F2F2F2"/>
            <w:vAlign w:val="center"/>
          </w:tcPr>
          <w:p w14:paraId="2EDD759E"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3.020.010.000</w:t>
            </w:r>
          </w:p>
        </w:tc>
        <w:tc>
          <w:tcPr>
            <w:tcW w:w="2142" w:type="dxa"/>
            <w:shd w:val="clear" w:color="auto" w:fill="F2F2F2"/>
            <w:vAlign w:val="center"/>
          </w:tcPr>
          <w:p w14:paraId="00F5F3F0"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 adicional</w:t>
            </w:r>
          </w:p>
        </w:tc>
      </w:tr>
      <w:tr w:rsidR="00E35433" w:rsidRPr="00A64921" w14:paraId="231B672C" w14:textId="77777777" w:rsidTr="00E35433">
        <w:trPr>
          <w:gridAfter w:val="1"/>
          <w:wAfter w:w="6" w:type="dxa"/>
          <w:trHeight w:val="768"/>
          <w:jc w:val="center"/>
        </w:trPr>
        <w:tc>
          <w:tcPr>
            <w:tcW w:w="1206" w:type="dxa"/>
            <w:vMerge/>
            <w:shd w:val="clear" w:color="auto" w:fill="F2F2F2"/>
            <w:vAlign w:val="center"/>
          </w:tcPr>
          <w:p w14:paraId="550EF566"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c>
          <w:tcPr>
            <w:tcW w:w="3032" w:type="dxa"/>
            <w:vMerge/>
            <w:shd w:val="clear" w:color="auto" w:fill="F2F2F2"/>
            <w:vAlign w:val="center"/>
          </w:tcPr>
          <w:p w14:paraId="39E93162"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p>
        </w:tc>
        <w:tc>
          <w:tcPr>
            <w:tcW w:w="3118" w:type="dxa"/>
            <w:gridSpan w:val="2"/>
            <w:shd w:val="clear" w:color="auto" w:fill="F2F2F2"/>
            <w:vAlign w:val="center"/>
          </w:tcPr>
          <w:p w14:paraId="42184296"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Primas instrumento subordinado que cumpla criterios de admisibilidad para CN2</w:t>
            </w:r>
          </w:p>
        </w:tc>
        <w:tc>
          <w:tcPr>
            <w:tcW w:w="1843" w:type="dxa"/>
            <w:shd w:val="clear" w:color="auto" w:fill="F2F2F2"/>
            <w:vAlign w:val="center"/>
          </w:tcPr>
          <w:p w14:paraId="37BF40FF"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MÁS</w:t>
            </w:r>
          </w:p>
          <w:p w14:paraId="3F2D3B92"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2.090.010.000</w:t>
            </w:r>
          </w:p>
        </w:tc>
        <w:tc>
          <w:tcPr>
            <w:tcW w:w="2142" w:type="dxa"/>
            <w:shd w:val="clear" w:color="auto" w:fill="F2F2F2"/>
            <w:vAlign w:val="center"/>
          </w:tcPr>
          <w:p w14:paraId="45532E13"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Obligaciones subordinadas</w:t>
            </w:r>
          </w:p>
        </w:tc>
      </w:tr>
      <w:tr w:rsidR="00E35433" w:rsidRPr="00A64921" w14:paraId="06E34973" w14:textId="77777777" w:rsidTr="00C55BA7">
        <w:trPr>
          <w:gridAfter w:val="1"/>
          <w:wAfter w:w="6" w:type="dxa"/>
          <w:jc w:val="center"/>
        </w:trPr>
        <w:tc>
          <w:tcPr>
            <w:tcW w:w="1206" w:type="dxa"/>
            <w:vMerge w:val="restart"/>
            <w:vAlign w:val="center"/>
          </w:tcPr>
          <w:p w14:paraId="6D51B569"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vMerge w:val="restart"/>
            <w:vAlign w:val="center"/>
          </w:tcPr>
          <w:p w14:paraId="72A96059"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Los aportes y donaciones para incrementos de capital social, pendientes de autorización por CONASSIF. Los aportes y donaciones podrán corresponder a instrumentos admisibles en el CCN1 o CAN1 según lo dispuesto en este Reglamento. Para su admisión en el CN2, los aportes y </w:t>
            </w:r>
            <w:r w:rsidRPr="00A64921">
              <w:rPr>
                <w:rFonts w:asciiTheme="majorHAnsi" w:eastAsia="Aptos" w:hAnsiTheme="majorHAnsi" w:cstheme="majorHAnsi"/>
                <w:sz w:val="16"/>
                <w:szCs w:val="16"/>
                <w:lang w:val="es-CR"/>
              </w:rPr>
              <w:lastRenderedPageBreak/>
              <w:t>donaciones deben encontrarse dentro del plazo máximo de 12 meses contados a partir de la fecha de presentación de la solicitud de autorización.</w:t>
            </w:r>
          </w:p>
        </w:tc>
        <w:tc>
          <w:tcPr>
            <w:tcW w:w="3118" w:type="dxa"/>
            <w:gridSpan w:val="2"/>
            <w:tcBorders>
              <w:bottom w:val="single" w:sz="4" w:space="0" w:color="auto"/>
            </w:tcBorders>
            <w:vAlign w:val="center"/>
          </w:tcPr>
          <w:p w14:paraId="66E2230D"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lastRenderedPageBreak/>
              <w:t>Aportes por capitalizar pendientes de autorizar por CONASSIF para CN2</w:t>
            </w:r>
          </w:p>
        </w:tc>
        <w:tc>
          <w:tcPr>
            <w:tcW w:w="1843" w:type="dxa"/>
            <w:tcBorders>
              <w:bottom w:val="single" w:sz="4" w:space="0" w:color="auto"/>
            </w:tcBorders>
            <w:vAlign w:val="center"/>
          </w:tcPr>
          <w:p w14:paraId="0C679925" w14:textId="74F89A15"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3.020.020.</w:t>
            </w:r>
            <w:r w:rsidR="00A64921" w:rsidRPr="00A64921">
              <w:rPr>
                <w:rFonts w:asciiTheme="majorHAnsi" w:eastAsia="Aptos" w:hAnsiTheme="majorHAnsi" w:cstheme="majorHAnsi"/>
                <w:sz w:val="16"/>
                <w:szCs w:val="16"/>
                <w:lang w:val="es-CR"/>
              </w:rPr>
              <w:t>010. M.</w:t>
            </w:r>
            <w:r w:rsidRPr="00A64921">
              <w:rPr>
                <w:rFonts w:asciiTheme="majorHAnsi" w:eastAsia="Aptos" w:hAnsiTheme="majorHAnsi" w:cstheme="majorHAnsi"/>
                <w:sz w:val="16"/>
                <w:szCs w:val="16"/>
                <w:lang w:val="es-CR"/>
              </w:rPr>
              <w:t>020</w:t>
            </w:r>
          </w:p>
        </w:tc>
        <w:tc>
          <w:tcPr>
            <w:tcW w:w="2142" w:type="dxa"/>
            <w:vAlign w:val="center"/>
          </w:tcPr>
          <w:p w14:paraId="7D6AD7BC"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Aportes por capitalizar pendientes de autorizar</w:t>
            </w:r>
          </w:p>
        </w:tc>
      </w:tr>
      <w:tr w:rsidR="00E35433" w:rsidRPr="00A64921" w14:paraId="6851DB0F" w14:textId="77777777" w:rsidTr="00C55BA7">
        <w:trPr>
          <w:gridAfter w:val="1"/>
          <w:wAfter w:w="6" w:type="dxa"/>
          <w:jc w:val="center"/>
        </w:trPr>
        <w:tc>
          <w:tcPr>
            <w:tcW w:w="1206" w:type="dxa"/>
            <w:vMerge/>
            <w:vAlign w:val="center"/>
          </w:tcPr>
          <w:p w14:paraId="588587E2"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c>
          <w:tcPr>
            <w:tcW w:w="3032" w:type="dxa"/>
            <w:vMerge/>
            <w:vAlign w:val="center"/>
          </w:tcPr>
          <w:p w14:paraId="15BAD168"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c>
          <w:tcPr>
            <w:tcW w:w="3118" w:type="dxa"/>
            <w:gridSpan w:val="2"/>
            <w:tcBorders>
              <w:top w:val="single" w:sz="4" w:space="0" w:color="auto"/>
            </w:tcBorders>
            <w:vAlign w:val="center"/>
          </w:tcPr>
          <w:p w14:paraId="3B003043"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Donaciones por capitalizar pendientes de autorizar por CONASSIF para CN2</w:t>
            </w:r>
          </w:p>
        </w:tc>
        <w:tc>
          <w:tcPr>
            <w:tcW w:w="1843" w:type="dxa"/>
            <w:tcBorders>
              <w:top w:val="single" w:sz="4" w:space="0" w:color="auto"/>
            </w:tcBorders>
            <w:vAlign w:val="center"/>
          </w:tcPr>
          <w:p w14:paraId="11485DFF"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MÁS </w:t>
            </w:r>
          </w:p>
          <w:p w14:paraId="204AC971" w14:textId="6D3BE1AB"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3.020.020.</w:t>
            </w:r>
            <w:r w:rsidR="00A64921" w:rsidRPr="00A64921">
              <w:rPr>
                <w:rFonts w:asciiTheme="majorHAnsi" w:eastAsia="Aptos" w:hAnsiTheme="majorHAnsi" w:cstheme="majorHAnsi"/>
                <w:sz w:val="16"/>
                <w:szCs w:val="16"/>
                <w:lang w:val="es-CR"/>
              </w:rPr>
              <w:t>020. M.</w:t>
            </w:r>
            <w:r w:rsidRPr="00A64921">
              <w:rPr>
                <w:rFonts w:asciiTheme="majorHAnsi" w:eastAsia="Aptos" w:hAnsiTheme="majorHAnsi" w:cstheme="majorHAnsi"/>
                <w:sz w:val="16"/>
                <w:szCs w:val="16"/>
                <w:lang w:val="es-CR"/>
              </w:rPr>
              <w:t>020</w:t>
            </w:r>
          </w:p>
        </w:tc>
        <w:tc>
          <w:tcPr>
            <w:tcW w:w="2142" w:type="dxa"/>
            <w:vAlign w:val="center"/>
          </w:tcPr>
          <w:p w14:paraId="701ECAAA"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Donaciones por capitalizar pendientes de autorizar</w:t>
            </w:r>
          </w:p>
        </w:tc>
      </w:tr>
      <w:tr w:rsidR="00E35433" w:rsidRPr="00A64921" w14:paraId="1F0DEE29" w14:textId="77777777" w:rsidTr="00E35433">
        <w:trPr>
          <w:gridAfter w:val="1"/>
          <w:wAfter w:w="6" w:type="dxa"/>
          <w:trHeight w:val="980"/>
          <w:jc w:val="center"/>
        </w:trPr>
        <w:tc>
          <w:tcPr>
            <w:tcW w:w="1206" w:type="dxa"/>
            <w:shd w:val="clear" w:color="auto" w:fill="F2F2F2"/>
            <w:vAlign w:val="center"/>
          </w:tcPr>
          <w:p w14:paraId="274DBFAB"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d)</w:t>
            </w:r>
          </w:p>
        </w:tc>
        <w:tc>
          <w:tcPr>
            <w:tcW w:w="3032" w:type="dxa"/>
            <w:shd w:val="clear" w:color="auto" w:fill="F2F2F2"/>
            <w:vAlign w:val="center"/>
          </w:tcPr>
          <w:p w14:paraId="6CBEC834"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superávits por revaluación de terrenos, edificios e instalaciones; hasta por una suma no mayor al 75% del saldo de la cuenta patrimonial correspondiente.</w:t>
            </w:r>
          </w:p>
        </w:tc>
        <w:tc>
          <w:tcPr>
            <w:tcW w:w="3118" w:type="dxa"/>
            <w:gridSpan w:val="2"/>
            <w:shd w:val="clear" w:color="auto" w:fill="F2F2F2"/>
            <w:vAlign w:val="center"/>
          </w:tcPr>
          <w:p w14:paraId="6E135EDC"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shd w:val="clear" w:color="auto" w:fill="F2F2F2"/>
            <w:vAlign w:val="center"/>
          </w:tcPr>
          <w:p w14:paraId="782B1461"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3.030.010.010 * 75%</w:t>
            </w:r>
          </w:p>
        </w:tc>
        <w:tc>
          <w:tcPr>
            <w:tcW w:w="2142" w:type="dxa"/>
            <w:shd w:val="clear" w:color="auto" w:fill="F2F2F2"/>
            <w:vAlign w:val="center"/>
          </w:tcPr>
          <w:p w14:paraId="27B9D430"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 Superávit por revaluación de propiedades inmobiliarias</w:t>
            </w:r>
          </w:p>
        </w:tc>
      </w:tr>
      <w:tr w:rsidR="00E35433" w:rsidRPr="00A64921" w14:paraId="143E2C01" w14:textId="77777777" w:rsidTr="00C55BA7">
        <w:trPr>
          <w:gridAfter w:val="1"/>
          <w:wAfter w:w="6" w:type="dxa"/>
          <w:jc w:val="center"/>
        </w:trPr>
        <w:tc>
          <w:tcPr>
            <w:tcW w:w="1206" w:type="dxa"/>
            <w:vMerge w:val="restart"/>
            <w:vAlign w:val="center"/>
          </w:tcPr>
          <w:p w14:paraId="747661A0"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e)</w:t>
            </w:r>
          </w:p>
        </w:tc>
        <w:tc>
          <w:tcPr>
            <w:tcW w:w="3032" w:type="dxa"/>
            <w:vMerge w:val="restart"/>
            <w:vAlign w:val="center"/>
          </w:tcPr>
          <w:p w14:paraId="7C8C22F2"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Los superávits por valuación de participaciones en otras empresas.</w:t>
            </w:r>
          </w:p>
        </w:tc>
        <w:tc>
          <w:tcPr>
            <w:tcW w:w="3118" w:type="dxa"/>
            <w:gridSpan w:val="2"/>
            <w:vMerge w:val="restart"/>
            <w:vAlign w:val="center"/>
          </w:tcPr>
          <w:p w14:paraId="27258671"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No procede</w:t>
            </w:r>
          </w:p>
        </w:tc>
        <w:tc>
          <w:tcPr>
            <w:tcW w:w="1843" w:type="dxa"/>
            <w:vAlign w:val="center"/>
          </w:tcPr>
          <w:p w14:paraId="65A35F83"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3.030.020.010</w:t>
            </w:r>
          </w:p>
        </w:tc>
        <w:tc>
          <w:tcPr>
            <w:tcW w:w="2142" w:type="dxa"/>
            <w:vAlign w:val="center"/>
          </w:tcPr>
          <w:p w14:paraId="479402D9"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Superávit por revaluación propiedades, mobiliario y equipo en empresas participadas</w:t>
            </w:r>
          </w:p>
        </w:tc>
      </w:tr>
      <w:tr w:rsidR="00E35433" w:rsidRPr="00A64921" w14:paraId="62C48C8B" w14:textId="77777777" w:rsidTr="00C55BA7">
        <w:trPr>
          <w:gridAfter w:val="1"/>
          <w:wAfter w:w="6" w:type="dxa"/>
          <w:jc w:val="center"/>
        </w:trPr>
        <w:tc>
          <w:tcPr>
            <w:tcW w:w="1206" w:type="dxa"/>
            <w:vMerge/>
            <w:vAlign w:val="center"/>
          </w:tcPr>
          <w:p w14:paraId="302AEECB"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c>
          <w:tcPr>
            <w:tcW w:w="3032" w:type="dxa"/>
            <w:vMerge/>
            <w:vAlign w:val="center"/>
          </w:tcPr>
          <w:p w14:paraId="7A179FB5"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c>
          <w:tcPr>
            <w:tcW w:w="3118" w:type="dxa"/>
            <w:gridSpan w:val="2"/>
            <w:vMerge/>
            <w:vAlign w:val="center"/>
          </w:tcPr>
          <w:p w14:paraId="7756EB45"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c>
          <w:tcPr>
            <w:tcW w:w="1843" w:type="dxa"/>
            <w:vAlign w:val="center"/>
          </w:tcPr>
          <w:p w14:paraId="5C8CB478"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xml:space="preserve">MÁS </w:t>
            </w:r>
            <w:r w:rsidRPr="00A64921">
              <w:rPr>
                <w:rFonts w:asciiTheme="majorHAnsi" w:eastAsia="Aptos" w:hAnsiTheme="majorHAnsi" w:cstheme="majorHAnsi"/>
                <w:sz w:val="16"/>
                <w:szCs w:val="16"/>
                <w:lang w:val="es-CR"/>
              </w:rPr>
              <w:br/>
              <w:t>3.030.020.020</w:t>
            </w:r>
          </w:p>
        </w:tc>
        <w:tc>
          <w:tcPr>
            <w:tcW w:w="2142" w:type="dxa"/>
            <w:vAlign w:val="center"/>
          </w:tcPr>
          <w:p w14:paraId="1CF449EB"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 Superávit por revaluación de otros activos en empresas participadas</w:t>
            </w:r>
          </w:p>
        </w:tc>
      </w:tr>
      <w:tr w:rsidR="00E35433" w:rsidRPr="00A64921" w14:paraId="7ED6F610" w14:textId="77777777" w:rsidTr="00E35433">
        <w:trPr>
          <w:jc w:val="center"/>
        </w:trPr>
        <w:tc>
          <w:tcPr>
            <w:tcW w:w="1206" w:type="dxa"/>
            <w:tcBorders>
              <w:top w:val="single" w:sz="12" w:space="0" w:color="auto"/>
              <w:left w:val="single" w:sz="12" w:space="0" w:color="auto"/>
              <w:bottom w:val="single" w:sz="12" w:space="0" w:color="auto"/>
              <w:right w:val="single" w:sz="12" w:space="0" w:color="auto"/>
            </w:tcBorders>
            <w:shd w:val="clear" w:color="auto" w:fill="DAE9F7"/>
          </w:tcPr>
          <w:p w14:paraId="295097F9"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Artículo 105</w:t>
            </w:r>
          </w:p>
        </w:tc>
        <w:tc>
          <w:tcPr>
            <w:tcW w:w="4024" w:type="dxa"/>
            <w:gridSpan w:val="2"/>
            <w:tcBorders>
              <w:top w:val="single" w:sz="12" w:space="0" w:color="auto"/>
              <w:left w:val="single" w:sz="12" w:space="0" w:color="auto"/>
              <w:bottom w:val="single" w:sz="12" w:space="0" w:color="auto"/>
              <w:right w:val="single" w:sz="12" w:space="0" w:color="auto"/>
            </w:tcBorders>
            <w:shd w:val="clear" w:color="auto" w:fill="DAE9F7"/>
          </w:tcPr>
          <w:p w14:paraId="13E2FF61"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r w:rsidRPr="00A64921">
              <w:rPr>
                <w:rFonts w:asciiTheme="majorHAnsi" w:eastAsia="Aptos" w:hAnsiTheme="majorHAnsi" w:cstheme="majorHAnsi"/>
                <w:b/>
                <w:sz w:val="16"/>
                <w:szCs w:val="16"/>
                <w:lang w:val="es-CR"/>
              </w:rPr>
              <w:t>6. Deducciones a los elementos del CN2</w:t>
            </w:r>
          </w:p>
        </w:tc>
        <w:tc>
          <w:tcPr>
            <w:tcW w:w="2126" w:type="dxa"/>
            <w:tcBorders>
              <w:top w:val="single" w:sz="12" w:space="0" w:color="auto"/>
              <w:left w:val="single" w:sz="12" w:space="0" w:color="auto"/>
              <w:bottom w:val="single" w:sz="12" w:space="0" w:color="auto"/>
              <w:right w:val="single" w:sz="12" w:space="0" w:color="auto"/>
            </w:tcBorders>
            <w:shd w:val="clear" w:color="auto" w:fill="DAE9F7"/>
          </w:tcPr>
          <w:p w14:paraId="066BF080" w14:textId="77777777" w:rsidR="00E35433" w:rsidRPr="00A64921" w:rsidRDefault="00E35433" w:rsidP="00363D82">
            <w:pPr>
              <w:spacing w:before="0" w:after="0" w:line="276" w:lineRule="auto"/>
              <w:jc w:val="left"/>
              <w:rPr>
                <w:rFonts w:asciiTheme="majorHAnsi" w:eastAsia="Aptos" w:hAnsiTheme="majorHAnsi" w:cstheme="majorHAnsi"/>
                <w:sz w:val="16"/>
                <w:szCs w:val="16"/>
                <w:lang w:val="es-CR"/>
              </w:rPr>
            </w:pPr>
          </w:p>
        </w:tc>
        <w:tc>
          <w:tcPr>
            <w:tcW w:w="3991" w:type="dxa"/>
            <w:gridSpan w:val="3"/>
            <w:tcBorders>
              <w:top w:val="single" w:sz="12" w:space="0" w:color="auto"/>
              <w:left w:val="single" w:sz="12" w:space="0" w:color="auto"/>
              <w:bottom w:val="single" w:sz="12" w:space="0" w:color="auto"/>
              <w:right w:val="single" w:sz="12" w:space="0" w:color="auto"/>
            </w:tcBorders>
            <w:shd w:val="clear" w:color="auto" w:fill="DAE9F7"/>
          </w:tcPr>
          <w:p w14:paraId="75F6242E"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p>
        </w:tc>
      </w:tr>
      <w:tr w:rsidR="00E35433" w:rsidRPr="00A64921" w14:paraId="0C940B82" w14:textId="77777777" w:rsidTr="00C55BA7">
        <w:trPr>
          <w:gridAfter w:val="1"/>
          <w:wAfter w:w="6" w:type="dxa"/>
          <w:jc w:val="center"/>
        </w:trPr>
        <w:tc>
          <w:tcPr>
            <w:tcW w:w="1206" w:type="dxa"/>
            <w:tcBorders>
              <w:top w:val="single" w:sz="12" w:space="0" w:color="auto"/>
            </w:tcBorders>
            <w:vAlign w:val="center"/>
          </w:tcPr>
          <w:p w14:paraId="17AABFAC"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a)</w:t>
            </w:r>
          </w:p>
        </w:tc>
        <w:tc>
          <w:tcPr>
            <w:tcW w:w="3032" w:type="dxa"/>
            <w:tcBorders>
              <w:top w:val="single" w:sz="12" w:space="0" w:color="auto"/>
            </w:tcBorders>
            <w:vAlign w:val="center"/>
          </w:tcPr>
          <w:p w14:paraId="0C87E6B4"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CN2 adquiridos por la propia empresa.</w:t>
            </w:r>
          </w:p>
        </w:tc>
        <w:tc>
          <w:tcPr>
            <w:tcW w:w="3118" w:type="dxa"/>
            <w:gridSpan w:val="2"/>
            <w:tcBorders>
              <w:top w:val="single" w:sz="12" w:space="0" w:color="auto"/>
            </w:tcBorders>
            <w:vAlign w:val="center"/>
          </w:tcPr>
          <w:p w14:paraId="54AA4A3A"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del CN2 adquiridos por la propia entidad</w:t>
            </w:r>
          </w:p>
        </w:tc>
        <w:tc>
          <w:tcPr>
            <w:tcW w:w="1843" w:type="dxa"/>
            <w:tcBorders>
              <w:top w:val="single" w:sz="12" w:space="0" w:color="auto"/>
            </w:tcBorders>
            <w:vAlign w:val="center"/>
          </w:tcPr>
          <w:p w14:paraId="23EE6DCF"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3.010.050.020</w:t>
            </w:r>
          </w:p>
        </w:tc>
        <w:tc>
          <w:tcPr>
            <w:tcW w:w="2142" w:type="dxa"/>
            <w:tcBorders>
              <w:top w:val="single" w:sz="12" w:space="0" w:color="auto"/>
            </w:tcBorders>
            <w:vAlign w:val="center"/>
          </w:tcPr>
          <w:p w14:paraId="0CF776C5"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preferente - Acciones en tesorería</w:t>
            </w:r>
          </w:p>
        </w:tc>
      </w:tr>
      <w:tr w:rsidR="00E35433" w:rsidRPr="00A64921" w14:paraId="6B3DA088" w14:textId="77777777" w:rsidTr="00E35433">
        <w:trPr>
          <w:gridAfter w:val="1"/>
          <w:wAfter w:w="6" w:type="dxa"/>
          <w:jc w:val="center"/>
        </w:trPr>
        <w:tc>
          <w:tcPr>
            <w:tcW w:w="1206" w:type="dxa"/>
            <w:shd w:val="clear" w:color="auto" w:fill="F2F2F2"/>
            <w:vAlign w:val="center"/>
          </w:tcPr>
          <w:p w14:paraId="268A2696"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b)</w:t>
            </w:r>
          </w:p>
        </w:tc>
        <w:tc>
          <w:tcPr>
            <w:tcW w:w="3032" w:type="dxa"/>
            <w:shd w:val="clear" w:color="auto" w:fill="F2F2F2"/>
            <w:vAlign w:val="center"/>
          </w:tcPr>
          <w:p w14:paraId="1CF7105A"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los instrumentos del CN2 emitidos por la propia empresa que se encuentran dados en garantía de operaciones crediticias otorgadas por ella misma.</w:t>
            </w:r>
          </w:p>
        </w:tc>
        <w:tc>
          <w:tcPr>
            <w:tcW w:w="3118" w:type="dxa"/>
            <w:gridSpan w:val="2"/>
            <w:shd w:val="clear" w:color="auto" w:fill="F2F2F2"/>
            <w:vAlign w:val="center"/>
          </w:tcPr>
          <w:p w14:paraId="4D3B0797"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los instrumentos de la entidad que califican en CN2 que hayan sido objeto de gravámenes por operaciones efectuadas por ella misma</w:t>
            </w:r>
          </w:p>
        </w:tc>
        <w:tc>
          <w:tcPr>
            <w:tcW w:w="1843" w:type="dxa"/>
            <w:shd w:val="clear" w:color="auto" w:fill="F2F2F2"/>
            <w:vAlign w:val="center"/>
          </w:tcPr>
          <w:p w14:paraId="6C9EFCDA"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3.010.010.000</w:t>
            </w:r>
          </w:p>
        </w:tc>
        <w:tc>
          <w:tcPr>
            <w:tcW w:w="2142" w:type="dxa"/>
            <w:shd w:val="clear" w:color="auto" w:fill="F2F2F2"/>
            <w:vAlign w:val="center"/>
          </w:tcPr>
          <w:p w14:paraId="2A571E99"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Capital pagado</w:t>
            </w:r>
          </w:p>
        </w:tc>
      </w:tr>
      <w:tr w:rsidR="00E35433" w:rsidRPr="00A64921" w14:paraId="22BA1FBF" w14:textId="77777777" w:rsidTr="00C55BA7">
        <w:trPr>
          <w:gridAfter w:val="1"/>
          <w:wAfter w:w="6" w:type="dxa"/>
          <w:jc w:val="center"/>
        </w:trPr>
        <w:tc>
          <w:tcPr>
            <w:tcW w:w="1206" w:type="dxa"/>
            <w:tcBorders>
              <w:bottom w:val="single" w:sz="12" w:space="0" w:color="auto"/>
            </w:tcBorders>
            <w:vAlign w:val="center"/>
          </w:tcPr>
          <w:p w14:paraId="36447027"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Inciso c)</w:t>
            </w:r>
          </w:p>
        </w:tc>
        <w:tc>
          <w:tcPr>
            <w:tcW w:w="3032" w:type="dxa"/>
            <w:tcBorders>
              <w:bottom w:val="single" w:sz="12" w:space="0" w:color="auto"/>
            </w:tcBorders>
            <w:vAlign w:val="center"/>
          </w:tcPr>
          <w:p w14:paraId="7A8F4DA0"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El valor en libros de las participaciones en instrumentos homólogos al CN2, que calificarían como tales bajo los criterios establecidos en el Anexo XVI de este reglamento. Esta deducción se efectuará con independencia del porcentaje de participación de la empresa supervisada en el capital social y de la naturaleza de la empresa de que se trate.</w:t>
            </w:r>
          </w:p>
        </w:tc>
        <w:tc>
          <w:tcPr>
            <w:tcW w:w="3118" w:type="dxa"/>
            <w:gridSpan w:val="2"/>
            <w:tcBorders>
              <w:bottom w:val="single" w:sz="12" w:space="0" w:color="auto"/>
            </w:tcBorders>
            <w:vAlign w:val="center"/>
          </w:tcPr>
          <w:p w14:paraId="66A1DB93"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Valor en libros de las participaciones en instrumentos homólogos al CN2, que calificarían como tales bajo los criterios establecidos en el Anexo XVI del Acuerdo CONASSIF 16-22.</w:t>
            </w:r>
          </w:p>
        </w:tc>
        <w:tc>
          <w:tcPr>
            <w:tcW w:w="1843" w:type="dxa"/>
            <w:tcBorders>
              <w:bottom w:val="single" w:sz="12" w:space="0" w:color="auto"/>
            </w:tcBorders>
            <w:vAlign w:val="center"/>
          </w:tcPr>
          <w:p w14:paraId="6A717855" w14:textId="77777777" w:rsidR="00E35433" w:rsidRPr="00A64921" w:rsidRDefault="00E35433" w:rsidP="00363D82">
            <w:pPr>
              <w:spacing w:before="0" w:after="0" w:line="276" w:lineRule="auto"/>
              <w:jc w:val="center"/>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1.110.000.000</w:t>
            </w:r>
          </w:p>
        </w:tc>
        <w:tc>
          <w:tcPr>
            <w:tcW w:w="2142" w:type="dxa"/>
            <w:tcBorders>
              <w:bottom w:val="single" w:sz="12" w:space="0" w:color="auto"/>
            </w:tcBorders>
            <w:vAlign w:val="center"/>
          </w:tcPr>
          <w:p w14:paraId="1E223E3B" w14:textId="77777777" w:rsidR="00E35433" w:rsidRPr="00A64921" w:rsidRDefault="00E35433" w:rsidP="00363D82">
            <w:pPr>
              <w:spacing w:before="0" w:after="0" w:line="276" w:lineRule="auto"/>
              <w:rPr>
                <w:rFonts w:asciiTheme="majorHAnsi" w:eastAsia="Aptos" w:hAnsiTheme="majorHAnsi" w:cstheme="majorHAnsi"/>
                <w:sz w:val="16"/>
                <w:szCs w:val="16"/>
                <w:lang w:val="es-CR"/>
              </w:rPr>
            </w:pPr>
            <w:r w:rsidRPr="00A64921">
              <w:rPr>
                <w:rFonts w:asciiTheme="majorHAnsi" w:eastAsia="Aptos" w:hAnsiTheme="majorHAnsi" w:cstheme="majorHAnsi"/>
                <w:sz w:val="16"/>
                <w:szCs w:val="16"/>
                <w:lang w:val="es-CR"/>
              </w:rPr>
              <w:t>Participaciones en el capital de otras empresas</w:t>
            </w:r>
          </w:p>
        </w:tc>
      </w:tr>
    </w:tbl>
    <w:p w14:paraId="1DE7E970" w14:textId="77777777" w:rsidR="00363D82" w:rsidRDefault="00363D82" w:rsidP="00E35433">
      <w:pPr>
        <w:spacing w:after="120" w:line="240" w:lineRule="auto"/>
        <w:ind w:left="1134" w:hanging="567"/>
        <w:rPr>
          <w:rFonts w:asciiTheme="majorHAnsi" w:eastAsia="Aptos" w:hAnsiTheme="majorHAnsi" w:cstheme="majorHAnsi"/>
          <w:b/>
          <w:bCs/>
          <w:kern w:val="2"/>
          <w:sz w:val="20"/>
          <w:szCs w:val="20"/>
          <w:lang w:val="es-CR"/>
          <w14:ligatures w14:val="standardContextual"/>
        </w:rPr>
      </w:pPr>
    </w:p>
    <w:p w14:paraId="5960B2B5" w14:textId="38688CA2" w:rsidR="00E35433" w:rsidRPr="00A64921" w:rsidRDefault="00E35433" w:rsidP="00E35433">
      <w:pPr>
        <w:spacing w:after="120" w:line="240" w:lineRule="auto"/>
        <w:ind w:left="1134" w:hanging="567"/>
        <w:rPr>
          <w:rFonts w:asciiTheme="majorHAnsi" w:eastAsia="Aptos" w:hAnsiTheme="majorHAnsi" w:cstheme="majorHAnsi"/>
          <w:b/>
          <w:bCs/>
          <w:kern w:val="2"/>
          <w:sz w:val="20"/>
          <w:szCs w:val="20"/>
          <w:lang w:val="es-CR"/>
          <w14:ligatures w14:val="standardContextual"/>
        </w:rPr>
      </w:pPr>
      <w:r w:rsidRPr="00A64921">
        <w:rPr>
          <w:rFonts w:asciiTheme="majorHAnsi" w:eastAsia="Aptos" w:hAnsiTheme="majorHAnsi" w:cstheme="majorHAnsi"/>
          <w:b/>
          <w:bCs/>
          <w:kern w:val="2"/>
          <w:sz w:val="20"/>
          <w:szCs w:val="20"/>
          <w:lang w:val="es-CR"/>
          <w14:ligatures w14:val="standardContextual"/>
        </w:rPr>
        <w:t>E)</w:t>
      </w:r>
      <w:r w:rsidRPr="00A64921">
        <w:rPr>
          <w:rFonts w:asciiTheme="majorHAnsi" w:eastAsia="Aptos" w:hAnsiTheme="majorHAnsi" w:cstheme="majorHAnsi"/>
          <w:b/>
          <w:bCs/>
          <w:kern w:val="2"/>
          <w:sz w:val="20"/>
          <w:szCs w:val="20"/>
          <w:lang w:val="es-CR"/>
          <w14:ligatures w14:val="standardContextual"/>
        </w:rPr>
        <w:tab/>
        <w:t>SUFICIENCIA PATRIMONIAL PARA GRUPOS O CONGLOMERADOS FINANCIEROS</w:t>
      </w:r>
    </w:p>
    <w:p w14:paraId="6DB4BF2A" w14:textId="77777777" w:rsidR="00E35433" w:rsidRDefault="00E35433" w:rsidP="00E35433">
      <w:pPr>
        <w:spacing w:before="0" w:after="120" w:line="240" w:lineRule="auto"/>
        <w:ind w:left="1134"/>
        <w:rPr>
          <w:rFonts w:asciiTheme="majorHAnsi" w:eastAsia="Aptos" w:hAnsiTheme="majorHAnsi" w:cstheme="majorHAnsi"/>
          <w:kern w:val="2"/>
          <w:sz w:val="20"/>
          <w:szCs w:val="20"/>
          <w:lang w:val="es-CR"/>
          <w14:ligatures w14:val="standardContextual"/>
        </w:rPr>
      </w:pPr>
      <w:r w:rsidRPr="00A64921">
        <w:rPr>
          <w:rFonts w:asciiTheme="majorHAnsi" w:eastAsia="Aptos" w:hAnsiTheme="majorHAnsi" w:cstheme="majorHAnsi"/>
          <w:kern w:val="2"/>
          <w:sz w:val="20"/>
          <w:szCs w:val="20"/>
          <w:lang w:val="es-CR"/>
          <w14:ligatures w14:val="standardContextual"/>
        </w:rPr>
        <w:lastRenderedPageBreak/>
        <w:t>Formato para la presentación del cálculo del indicador de suficiencia patrimonial para grupos o conglomerados financieros, según lo establecido en el Acuerdo CONASSIF 16-22.</w:t>
      </w:r>
    </w:p>
    <w:p w14:paraId="540AB5D8" w14:textId="77777777" w:rsidR="00363D82" w:rsidRPr="00A64921" w:rsidRDefault="00363D82" w:rsidP="00E35433">
      <w:pPr>
        <w:spacing w:before="0" w:after="120" w:line="240" w:lineRule="auto"/>
        <w:ind w:left="1134"/>
        <w:rPr>
          <w:rFonts w:asciiTheme="majorHAnsi" w:eastAsia="Aptos" w:hAnsiTheme="majorHAnsi" w:cstheme="majorHAnsi"/>
          <w:b/>
          <w:bCs/>
          <w:kern w:val="2"/>
          <w:sz w:val="20"/>
          <w:szCs w:val="20"/>
          <w:lang w:val="es-CR"/>
          <w14:ligatures w14:val="standardContextual"/>
        </w:rPr>
      </w:pPr>
    </w:p>
    <w:p w14:paraId="18E8C756" w14:textId="77777777" w:rsidR="00922802" w:rsidRDefault="00922802" w:rsidP="00363D82">
      <w:pPr>
        <w:spacing w:before="0" w:after="120" w:line="240" w:lineRule="auto"/>
        <w:textAlignment w:val="baseline"/>
        <w:rPr>
          <w:rFonts w:asciiTheme="majorHAnsi" w:eastAsia="Roboto" w:hAnsiTheme="majorHAnsi" w:cstheme="majorHAnsi"/>
          <w:b/>
          <w:bCs/>
          <w:color w:val="000000"/>
          <w:kern w:val="2"/>
          <w:sz w:val="16"/>
          <w:szCs w:val="16"/>
          <w:lang w:val="es-CR"/>
          <w14:ligatures w14:val="standardContextual"/>
        </w:rPr>
      </w:pPr>
    </w:p>
    <w:p w14:paraId="61106F21" w14:textId="24101B01" w:rsidR="00E35433" w:rsidRPr="00A64921" w:rsidRDefault="00E35433" w:rsidP="00E35433">
      <w:pPr>
        <w:spacing w:before="0" w:after="120" w:line="240" w:lineRule="auto"/>
        <w:jc w:val="center"/>
        <w:textAlignment w:val="baseline"/>
        <w:rPr>
          <w:rFonts w:asciiTheme="majorHAnsi" w:eastAsia="Roboto" w:hAnsiTheme="majorHAnsi" w:cstheme="majorHAnsi"/>
          <w:b/>
          <w:bCs/>
          <w:color w:val="000000"/>
          <w:kern w:val="2"/>
          <w:sz w:val="16"/>
          <w:szCs w:val="16"/>
          <w:lang w:val="es-CR"/>
          <w14:ligatures w14:val="standardContextual"/>
        </w:rPr>
      </w:pPr>
      <w:r w:rsidRPr="00A64921">
        <w:rPr>
          <w:rFonts w:asciiTheme="majorHAnsi" w:eastAsia="Roboto" w:hAnsiTheme="majorHAnsi" w:cstheme="majorHAnsi"/>
          <w:b/>
          <w:bCs/>
          <w:color w:val="000000"/>
          <w:kern w:val="2"/>
          <w:sz w:val="16"/>
          <w:szCs w:val="16"/>
          <w:lang w:val="es-CR"/>
          <w14:ligatures w14:val="standardContextual"/>
        </w:rPr>
        <w:t>SUFICIENCIA PATRIMONIAL PARA GRUPOS O CONGLOMERADOS FINANCIEROS</w:t>
      </w:r>
    </w:p>
    <w:p w14:paraId="4E8437ED" w14:textId="77777777" w:rsidR="00E35433" w:rsidRPr="00A64921" w:rsidRDefault="00E35433" w:rsidP="00E35433">
      <w:pPr>
        <w:spacing w:before="0" w:after="120" w:line="240" w:lineRule="auto"/>
        <w:jc w:val="center"/>
        <w:textAlignment w:val="baseline"/>
        <w:rPr>
          <w:rFonts w:asciiTheme="majorHAnsi" w:eastAsia="Roboto" w:hAnsiTheme="majorHAnsi" w:cstheme="majorHAnsi"/>
          <w:color w:val="000000"/>
          <w:kern w:val="2"/>
          <w:sz w:val="16"/>
          <w:szCs w:val="16"/>
          <w:lang w:val="es-CR"/>
          <w14:ligatures w14:val="standardContextual"/>
        </w:rPr>
      </w:pPr>
      <w:r w:rsidRPr="00A64921">
        <w:rPr>
          <w:rFonts w:asciiTheme="majorHAnsi" w:eastAsia="Roboto" w:hAnsiTheme="majorHAnsi" w:cstheme="majorHAnsi"/>
          <w:color w:val="000000"/>
          <w:kern w:val="2"/>
          <w:sz w:val="16"/>
          <w:szCs w:val="16"/>
          <w:lang w:val="es-CR"/>
          <w14:ligatures w14:val="standardContextual"/>
        </w:rPr>
        <w:t>Nombre del Grupo o Conglomerado Financiero: ______________</w:t>
      </w:r>
    </w:p>
    <w:p w14:paraId="4162715D" w14:textId="77777777" w:rsidR="00E35433" w:rsidRPr="00A64921" w:rsidRDefault="00E35433" w:rsidP="00E35433">
      <w:pPr>
        <w:spacing w:before="0" w:after="120" w:line="240" w:lineRule="auto"/>
        <w:jc w:val="center"/>
        <w:textAlignment w:val="baseline"/>
        <w:rPr>
          <w:rFonts w:asciiTheme="majorHAnsi" w:eastAsia="Roboto" w:hAnsiTheme="majorHAnsi" w:cstheme="majorHAnsi"/>
          <w:color w:val="000000"/>
          <w:kern w:val="2"/>
          <w:sz w:val="16"/>
          <w:szCs w:val="16"/>
          <w:lang w:val="es-CR"/>
          <w14:ligatures w14:val="standardContextual"/>
        </w:rPr>
      </w:pPr>
      <w:r w:rsidRPr="00A64921">
        <w:rPr>
          <w:rFonts w:asciiTheme="majorHAnsi" w:eastAsia="Roboto" w:hAnsiTheme="majorHAnsi" w:cstheme="majorHAnsi"/>
          <w:color w:val="000000"/>
          <w:kern w:val="2"/>
          <w:sz w:val="16"/>
          <w:szCs w:val="16"/>
          <w:lang w:val="es-CR"/>
          <w14:ligatures w14:val="standardContextual"/>
        </w:rPr>
        <w:t xml:space="preserve">Al _________________ </w:t>
      </w:r>
    </w:p>
    <w:p w14:paraId="78A3D6B2" w14:textId="77777777" w:rsidR="00E35433" w:rsidRDefault="00E35433" w:rsidP="00E35433">
      <w:pPr>
        <w:spacing w:before="0" w:after="120" w:line="240" w:lineRule="auto"/>
        <w:jc w:val="center"/>
        <w:textAlignment w:val="baseline"/>
        <w:rPr>
          <w:rFonts w:asciiTheme="majorHAnsi" w:eastAsia="Roboto" w:hAnsiTheme="majorHAnsi" w:cstheme="majorHAnsi"/>
          <w:color w:val="000000"/>
          <w:kern w:val="2"/>
          <w:sz w:val="16"/>
          <w:szCs w:val="16"/>
          <w:lang w:val="es-CR"/>
          <w14:ligatures w14:val="standardContextual"/>
        </w:rPr>
      </w:pPr>
      <w:r w:rsidRPr="00A64921">
        <w:rPr>
          <w:rFonts w:asciiTheme="majorHAnsi" w:eastAsia="Roboto" w:hAnsiTheme="majorHAnsi" w:cstheme="majorHAnsi"/>
          <w:color w:val="000000"/>
          <w:kern w:val="2"/>
          <w:sz w:val="16"/>
          <w:szCs w:val="16"/>
          <w:lang w:val="es-CR"/>
          <w14:ligatures w14:val="standardContextual"/>
        </w:rPr>
        <w:t>(cifras en miles de colones)</w:t>
      </w:r>
    </w:p>
    <w:p w14:paraId="5EE752F2" w14:textId="77777777" w:rsidR="00363D82" w:rsidRPr="00A64921" w:rsidRDefault="00363D82" w:rsidP="00E35433">
      <w:pPr>
        <w:spacing w:before="0" w:after="120" w:line="240" w:lineRule="auto"/>
        <w:jc w:val="center"/>
        <w:textAlignment w:val="baseline"/>
        <w:rPr>
          <w:rFonts w:asciiTheme="majorHAnsi" w:eastAsia="Roboto" w:hAnsiTheme="majorHAnsi" w:cstheme="majorHAnsi"/>
          <w:color w:val="000000"/>
          <w:kern w:val="2"/>
          <w:sz w:val="16"/>
          <w:szCs w:val="16"/>
          <w:lang w:val="es-CR"/>
          <w14:ligatures w14:val="standardContextual"/>
        </w:rPr>
      </w:pPr>
    </w:p>
    <w:tbl>
      <w:tblPr>
        <w:tblStyle w:val="Tablaconcuadrcula2"/>
        <w:tblW w:w="0" w:type="auto"/>
        <w:tblLook w:val="04A0" w:firstRow="1" w:lastRow="0" w:firstColumn="1" w:lastColumn="0" w:noHBand="0" w:noVBand="1"/>
      </w:tblPr>
      <w:tblGrid>
        <w:gridCol w:w="3118"/>
        <w:gridCol w:w="928"/>
        <w:gridCol w:w="1426"/>
        <w:gridCol w:w="976"/>
        <w:gridCol w:w="1230"/>
        <w:gridCol w:w="1150"/>
      </w:tblGrid>
      <w:tr w:rsidR="00E35433" w:rsidRPr="00922802" w14:paraId="5212185C" w14:textId="77777777" w:rsidTr="00C55BA7">
        <w:tc>
          <w:tcPr>
            <w:tcW w:w="3681" w:type="dxa"/>
            <w:tcBorders>
              <w:bottom w:val="nil"/>
            </w:tcBorders>
          </w:tcPr>
          <w:p w14:paraId="407069AB"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Entidades y Empresas del grupo o conglomerado financiero</w:t>
            </w:r>
            <w:r w:rsidRPr="00922802">
              <w:rPr>
                <w:rFonts w:asciiTheme="majorHAnsi" w:eastAsia="Aptos" w:hAnsiTheme="majorHAnsi" w:cstheme="majorHAnsi"/>
                <w:b/>
                <w:bCs/>
                <w:sz w:val="16"/>
                <w:szCs w:val="16"/>
                <w:vertAlign w:val="superscript"/>
                <w:lang w:val="es-CR"/>
              </w:rPr>
              <w:t>1/</w:t>
            </w:r>
          </w:p>
        </w:tc>
        <w:tc>
          <w:tcPr>
            <w:tcW w:w="926" w:type="dxa"/>
            <w:tcBorders>
              <w:bottom w:val="nil"/>
            </w:tcBorders>
          </w:tcPr>
          <w:p w14:paraId="33929A77"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Capital Base</w:t>
            </w:r>
          </w:p>
        </w:tc>
        <w:tc>
          <w:tcPr>
            <w:tcW w:w="1354" w:type="dxa"/>
            <w:tcBorders>
              <w:bottom w:val="nil"/>
            </w:tcBorders>
          </w:tcPr>
          <w:p w14:paraId="1A3C9CCD"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Requerimientos de Capital</w:t>
            </w:r>
          </w:p>
        </w:tc>
        <w:tc>
          <w:tcPr>
            <w:tcW w:w="989" w:type="dxa"/>
            <w:tcBorders>
              <w:bottom w:val="nil"/>
            </w:tcBorders>
          </w:tcPr>
          <w:p w14:paraId="22582896"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Superávit o déficit</w:t>
            </w:r>
          </w:p>
        </w:tc>
        <w:tc>
          <w:tcPr>
            <w:tcW w:w="1271" w:type="dxa"/>
            <w:tcBorders>
              <w:bottom w:val="nil"/>
            </w:tcBorders>
          </w:tcPr>
          <w:p w14:paraId="2B19BA3E"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Superávit no transferible, (Art.109)</w:t>
            </w:r>
          </w:p>
        </w:tc>
        <w:tc>
          <w:tcPr>
            <w:tcW w:w="1175" w:type="dxa"/>
            <w:tcBorders>
              <w:bottom w:val="nil"/>
            </w:tcBorders>
          </w:tcPr>
          <w:p w14:paraId="150A9566"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Superávit transferible y déficit</w:t>
            </w:r>
          </w:p>
        </w:tc>
      </w:tr>
      <w:tr w:rsidR="00E35433" w:rsidRPr="00922802" w14:paraId="59DCC9A6" w14:textId="77777777" w:rsidTr="00C55BA7">
        <w:tc>
          <w:tcPr>
            <w:tcW w:w="3681" w:type="dxa"/>
            <w:tcBorders>
              <w:top w:val="nil"/>
              <w:bottom w:val="single" w:sz="4" w:space="0" w:color="auto"/>
            </w:tcBorders>
          </w:tcPr>
          <w:p w14:paraId="1B3D6501"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
        </w:tc>
        <w:tc>
          <w:tcPr>
            <w:tcW w:w="926" w:type="dxa"/>
            <w:tcBorders>
              <w:top w:val="nil"/>
              <w:bottom w:val="single" w:sz="4" w:space="0" w:color="auto"/>
            </w:tcBorders>
          </w:tcPr>
          <w:p w14:paraId="1D589A34"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w:t>
            </w:r>
          </w:p>
        </w:tc>
        <w:tc>
          <w:tcPr>
            <w:tcW w:w="1354" w:type="dxa"/>
            <w:tcBorders>
              <w:top w:val="nil"/>
              <w:bottom w:val="single" w:sz="4" w:space="0" w:color="auto"/>
            </w:tcBorders>
          </w:tcPr>
          <w:p w14:paraId="6B207143"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(B)</w:t>
            </w:r>
          </w:p>
        </w:tc>
        <w:tc>
          <w:tcPr>
            <w:tcW w:w="989" w:type="dxa"/>
            <w:tcBorders>
              <w:top w:val="nil"/>
              <w:bottom w:val="single" w:sz="4" w:space="0" w:color="auto"/>
            </w:tcBorders>
          </w:tcPr>
          <w:p w14:paraId="56A61644"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(C = A - B)</w:t>
            </w:r>
          </w:p>
        </w:tc>
        <w:tc>
          <w:tcPr>
            <w:tcW w:w="1271" w:type="dxa"/>
            <w:tcBorders>
              <w:top w:val="nil"/>
              <w:bottom w:val="single" w:sz="4" w:space="0" w:color="auto"/>
            </w:tcBorders>
          </w:tcPr>
          <w:p w14:paraId="3CB12384"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(D)</w:t>
            </w:r>
          </w:p>
        </w:tc>
        <w:tc>
          <w:tcPr>
            <w:tcW w:w="1175" w:type="dxa"/>
            <w:tcBorders>
              <w:top w:val="nil"/>
              <w:bottom w:val="single" w:sz="4" w:space="0" w:color="auto"/>
            </w:tcBorders>
          </w:tcPr>
          <w:p w14:paraId="72AC5F9C"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(E = C - D)</w:t>
            </w:r>
          </w:p>
        </w:tc>
      </w:tr>
      <w:tr w:rsidR="00E35433" w:rsidRPr="00922802" w14:paraId="671571E5" w14:textId="77777777" w:rsidTr="00C55BA7">
        <w:tc>
          <w:tcPr>
            <w:tcW w:w="3681" w:type="dxa"/>
            <w:tcBorders>
              <w:top w:val="single" w:sz="4" w:space="0" w:color="auto"/>
              <w:left w:val="nil"/>
              <w:bottom w:val="nil"/>
              <w:right w:val="nil"/>
            </w:tcBorders>
          </w:tcPr>
          <w:p w14:paraId="0630C764" w14:textId="77777777" w:rsidR="00E35433" w:rsidRPr="00922802" w:rsidRDefault="00E35433" w:rsidP="00E35433">
            <w:pPr>
              <w:spacing w:before="120" w:after="120" w:line="240" w:lineRule="auto"/>
              <w:rPr>
                <w:rFonts w:asciiTheme="majorHAnsi" w:eastAsia="Aptos" w:hAnsiTheme="majorHAnsi" w:cstheme="majorHAnsi"/>
                <w:b/>
                <w:bCs/>
                <w:sz w:val="16"/>
                <w:szCs w:val="16"/>
                <w:lang w:val="es-CR"/>
              </w:rPr>
            </w:pPr>
          </w:p>
        </w:tc>
        <w:tc>
          <w:tcPr>
            <w:tcW w:w="5715" w:type="dxa"/>
            <w:gridSpan w:val="5"/>
            <w:tcBorders>
              <w:top w:val="single" w:sz="4" w:space="0" w:color="auto"/>
              <w:left w:val="nil"/>
              <w:bottom w:val="nil"/>
              <w:right w:val="nil"/>
            </w:tcBorders>
          </w:tcPr>
          <w:p w14:paraId="408C9C5F" w14:textId="77777777" w:rsidR="00363D82" w:rsidRDefault="00363D82" w:rsidP="00E35433">
            <w:pPr>
              <w:spacing w:before="120" w:after="120" w:line="240" w:lineRule="auto"/>
              <w:jc w:val="center"/>
              <w:rPr>
                <w:rFonts w:asciiTheme="majorHAnsi" w:eastAsia="Aptos" w:hAnsiTheme="majorHAnsi" w:cstheme="majorHAnsi"/>
                <w:b/>
                <w:bCs/>
                <w:sz w:val="16"/>
                <w:szCs w:val="16"/>
                <w:lang w:val="es-CR"/>
              </w:rPr>
            </w:pPr>
          </w:p>
          <w:p w14:paraId="58F05D93" w14:textId="77777777" w:rsidR="00363D82" w:rsidRDefault="00363D82" w:rsidP="00E35433">
            <w:pPr>
              <w:spacing w:before="120" w:after="120" w:line="240" w:lineRule="auto"/>
              <w:jc w:val="center"/>
              <w:rPr>
                <w:rFonts w:asciiTheme="majorHAnsi" w:eastAsia="Aptos" w:hAnsiTheme="majorHAnsi" w:cstheme="majorHAnsi"/>
                <w:b/>
                <w:bCs/>
                <w:sz w:val="16"/>
                <w:szCs w:val="16"/>
                <w:lang w:val="es-CR"/>
              </w:rPr>
            </w:pPr>
          </w:p>
          <w:p w14:paraId="185DF1E4" w14:textId="6D57B60F"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ARTÍCULOS SEGÚN ACUERDO CONASSIF 16 22 REGLAMENTO SOBRE SUPERVISIÓN CONSOLIDADA</w:t>
            </w:r>
          </w:p>
        </w:tc>
      </w:tr>
      <w:tr w:rsidR="00E35433" w:rsidRPr="00922802" w14:paraId="5D327E09" w14:textId="77777777" w:rsidTr="00C55BA7">
        <w:tc>
          <w:tcPr>
            <w:tcW w:w="3681" w:type="dxa"/>
            <w:tcBorders>
              <w:top w:val="nil"/>
              <w:left w:val="nil"/>
              <w:bottom w:val="nil"/>
              <w:right w:val="nil"/>
            </w:tcBorders>
          </w:tcPr>
          <w:p w14:paraId="3CBF55A1" w14:textId="77777777" w:rsidR="00E35433" w:rsidRPr="00922802" w:rsidRDefault="00E35433" w:rsidP="00E35433">
            <w:pPr>
              <w:spacing w:before="120" w:after="120" w:line="240" w:lineRule="auto"/>
              <w:ind w:left="311" w:hanging="311"/>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I.</w:t>
            </w:r>
            <w:r w:rsidRPr="00922802">
              <w:rPr>
                <w:rFonts w:asciiTheme="majorHAnsi" w:eastAsia="Aptos" w:hAnsiTheme="majorHAnsi" w:cstheme="majorHAnsi"/>
                <w:b/>
                <w:bCs/>
                <w:sz w:val="16"/>
                <w:szCs w:val="16"/>
                <w:lang w:val="es-CR"/>
              </w:rPr>
              <w:tab/>
              <w:t>Controladora</w:t>
            </w:r>
          </w:p>
        </w:tc>
        <w:tc>
          <w:tcPr>
            <w:tcW w:w="926" w:type="dxa"/>
            <w:tcBorders>
              <w:top w:val="nil"/>
              <w:left w:val="nil"/>
              <w:bottom w:val="nil"/>
              <w:right w:val="nil"/>
            </w:tcBorders>
          </w:tcPr>
          <w:p w14:paraId="1344C97F"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(Art.85)</w:t>
            </w:r>
          </w:p>
        </w:tc>
        <w:tc>
          <w:tcPr>
            <w:tcW w:w="1354" w:type="dxa"/>
            <w:tcBorders>
              <w:top w:val="nil"/>
              <w:left w:val="nil"/>
              <w:bottom w:val="nil"/>
              <w:right w:val="nil"/>
            </w:tcBorders>
          </w:tcPr>
          <w:p w14:paraId="50F2D5F7"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(Art.86)</w:t>
            </w:r>
          </w:p>
        </w:tc>
        <w:tc>
          <w:tcPr>
            <w:tcW w:w="989" w:type="dxa"/>
            <w:tcBorders>
              <w:top w:val="nil"/>
              <w:left w:val="nil"/>
              <w:bottom w:val="nil"/>
              <w:right w:val="nil"/>
            </w:tcBorders>
          </w:tcPr>
          <w:p w14:paraId="0F0753DA"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________</w:t>
            </w:r>
          </w:p>
        </w:tc>
        <w:tc>
          <w:tcPr>
            <w:tcW w:w="1271" w:type="dxa"/>
            <w:tcBorders>
              <w:top w:val="nil"/>
              <w:left w:val="nil"/>
              <w:bottom w:val="nil"/>
              <w:right w:val="nil"/>
            </w:tcBorders>
          </w:tcPr>
          <w:p w14:paraId="272893FC"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roofErr w:type="spellStart"/>
            <w:r w:rsidRPr="00922802">
              <w:rPr>
                <w:rFonts w:asciiTheme="majorHAnsi" w:eastAsia="Aptos" w:hAnsiTheme="majorHAnsi" w:cstheme="majorHAnsi"/>
                <w:b/>
                <w:bCs/>
                <w:sz w:val="16"/>
                <w:szCs w:val="16"/>
                <w:lang w:val="es-CR"/>
              </w:rPr>
              <w:t>n.a</w:t>
            </w:r>
            <w:proofErr w:type="spellEnd"/>
            <w:r w:rsidRPr="00922802">
              <w:rPr>
                <w:rFonts w:asciiTheme="majorHAnsi" w:eastAsia="Aptos" w:hAnsiTheme="majorHAnsi" w:cstheme="majorHAnsi"/>
                <w:b/>
                <w:bCs/>
                <w:sz w:val="16"/>
                <w:szCs w:val="16"/>
                <w:lang w:val="es-CR"/>
              </w:rPr>
              <w:t>.</w:t>
            </w:r>
          </w:p>
        </w:tc>
        <w:tc>
          <w:tcPr>
            <w:tcW w:w="1175" w:type="dxa"/>
            <w:tcBorders>
              <w:top w:val="nil"/>
              <w:left w:val="nil"/>
              <w:bottom w:val="nil"/>
              <w:right w:val="nil"/>
            </w:tcBorders>
          </w:tcPr>
          <w:p w14:paraId="5AC1F074"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roofErr w:type="spellStart"/>
            <w:r w:rsidRPr="00922802">
              <w:rPr>
                <w:rFonts w:asciiTheme="majorHAnsi" w:eastAsia="Aptos" w:hAnsiTheme="majorHAnsi" w:cstheme="majorHAnsi"/>
                <w:b/>
                <w:bCs/>
                <w:sz w:val="16"/>
                <w:szCs w:val="16"/>
                <w:lang w:val="es-CR"/>
              </w:rPr>
              <w:t>n.a</w:t>
            </w:r>
            <w:proofErr w:type="spellEnd"/>
            <w:r w:rsidRPr="00922802">
              <w:rPr>
                <w:rFonts w:asciiTheme="majorHAnsi" w:eastAsia="Aptos" w:hAnsiTheme="majorHAnsi" w:cstheme="majorHAnsi"/>
                <w:b/>
                <w:bCs/>
                <w:sz w:val="16"/>
                <w:szCs w:val="16"/>
                <w:lang w:val="es-CR"/>
              </w:rPr>
              <w:t>.</w:t>
            </w:r>
          </w:p>
        </w:tc>
      </w:tr>
      <w:tr w:rsidR="00E35433" w:rsidRPr="00922802" w14:paraId="5275CAFB" w14:textId="77777777" w:rsidTr="00C55BA7">
        <w:tc>
          <w:tcPr>
            <w:tcW w:w="3681" w:type="dxa"/>
            <w:tcBorders>
              <w:top w:val="nil"/>
              <w:left w:val="nil"/>
              <w:bottom w:val="nil"/>
              <w:right w:val="nil"/>
            </w:tcBorders>
          </w:tcPr>
          <w:p w14:paraId="751A0EAF" w14:textId="77777777" w:rsidR="00E35433" w:rsidRPr="00922802" w:rsidRDefault="00E35433" w:rsidP="00E35433">
            <w:pPr>
              <w:spacing w:before="120" w:after="120" w:line="240" w:lineRule="auto"/>
              <w:ind w:left="311" w:hanging="311"/>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II.</w:t>
            </w:r>
            <w:r w:rsidRPr="00922802">
              <w:rPr>
                <w:rFonts w:asciiTheme="majorHAnsi" w:eastAsia="Aptos" w:hAnsiTheme="majorHAnsi" w:cstheme="majorHAnsi"/>
                <w:b/>
                <w:bCs/>
                <w:sz w:val="16"/>
                <w:szCs w:val="16"/>
                <w:lang w:val="es-CR"/>
              </w:rPr>
              <w:tab/>
              <w:t>Entidades Supervisadas</w:t>
            </w:r>
          </w:p>
        </w:tc>
        <w:tc>
          <w:tcPr>
            <w:tcW w:w="926" w:type="dxa"/>
            <w:tcBorders>
              <w:top w:val="nil"/>
              <w:left w:val="nil"/>
              <w:bottom w:val="nil"/>
              <w:right w:val="nil"/>
            </w:tcBorders>
          </w:tcPr>
          <w:p w14:paraId="03B2539A"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(Art.89)</w:t>
            </w:r>
          </w:p>
        </w:tc>
        <w:tc>
          <w:tcPr>
            <w:tcW w:w="1354" w:type="dxa"/>
            <w:tcBorders>
              <w:top w:val="nil"/>
              <w:left w:val="nil"/>
              <w:bottom w:val="nil"/>
              <w:right w:val="nil"/>
            </w:tcBorders>
          </w:tcPr>
          <w:p w14:paraId="6B3DF084"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(Art.90)</w:t>
            </w:r>
          </w:p>
        </w:tc>
        <w:tc>
          <w:tcPr>
            <w:tcW w:w="989" w:type="dxa"/>
            <w:tcBorders>
              <w:top w:val="nil"/>
              <w:left w:val="nil"/>
              <w:bottom w:val="nil"/>
              <w:right w:val="nil"/>
            </w:tcBorders>
          </w:tcPr>
          <w:p w14:paraId="4240F349"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________</w:t>
            </w:r>
          </w:p>
        </w:tc>
        <w:tc>
          <w:tcPr>
            <w:tcW w:w="1271" w:type="dxa"/>
            <w:tcBorders>
              <w:top w:val="nil"/>
              <w:left w:val="nil"/>
              <w:bottom w:val="nil"/>
              <w:right w:val="nil"/>
            </w:tcBorders>
          </w:tcPr>
          <w:p w14:paraId="50C210C2"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 xml:space="preserve">(Art.109) </w:t>
            </w:r>
          </w:p>
        </w:tc>
        <w:tc>
          <w:tcPr>
            <w:tcW w:w="1175" w:type="dxa"/>
            <w:tcBorders>
              <w:top w:val="nil"/>
              <w:left w:val="nil"/>
              <w:bottom w:val="nil"/>
              <w:right w:val="nil"/>
            </w:tcBorders>
          </w:tcPr>
          <w:p w14:paraId="4009C921"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 xml:space="preserve">(Art.109) </w:t>
            </w:r>
          </w:p>
        </w:tc>
      </w:tr>
      <w:tr w:rsidR="00E35433" w:rsidRPr="00922802" w14:paraId="78450ADE" w14:textId="77777777" w:rsidTr="00C55BA7">
        <w:tc>
          <w:tcPr>
            <w:tcW w:w="3681" w:type="dxa"/>
            <w:tcBorders>
              <w:top w:val="nil"/>
              <w:left w:val="nil"/>
              <w:bottom w:val="nil"/>
              <w:right w:val="nil"/>
            </w:tcBorders>
          </w:tcPr>
          <w:p w14:paraId="0BF8F0C7"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Banco o entidad financiera local</w:t>
            </w:r>
          </w:p>
        </w:tc>
        <w:tc>
          <w:tcPr>
            <w:tcW w:w="926" w:type="dxa"/>
            <w:tcBorders>
              <w:top w:val="nil"/>
              <w:left w:val="nil"/>
              <w:bottom w:val="nil"/>
              <w:right w:val="nil"/>
            </w:tcBorders>
          </w:tcPr>
          <w:p w14:paraId="6839C3DA"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0B1B7FEE"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390778FF"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6EB9969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60D220E6"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1F34555D" w14:textId="77777777" w:rsidTr="00C55BA7">
        <w:tc>
          <w:tcPr>
            <w:tcW w:w="3681" w:type="dxa"/>
            <w:tcBorders>
              <w:top w:val="nil"/>
              <w:left w:val="nil"/>
              <w:bottom w:val="nil"/>
              <w:right w:val="nil"/>
            </w:tcBorders>
          </w:tcPr>
          <w:p w14:paraId="0BBED565"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Banco o entidad financiera extranjera</w:t>
            </w:r>
          </w:p>
        </w:tc>
        <w:tc>
          <w:tcPr>
            <w:tcW w:w="926" w:type="dxa"/>
            <w:tcBorders>
              <w:top w:val="nil"/>
              <w:left w:val="nil"/>
              <w:bottom w:val="nil"/>
              <w:right w:val="nil"/>
            </w:tcBorders>
          </w:tcPr>
          <w:p w14:paraId="330D4927"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1FBC1F42"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0F07E266"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3C85181B"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58FA8E5C"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5AA72B44" w14:textId="77777777" w:rsidTr="00C55BA7">
        <w:tc>
          <w:tcPr>
            <w:tcW w:w="3681" w:type="dxa"/>
            <w:tcBorders>
              <w:top w:val="nil"/>
              <w:left w:val="nil"/>
              <w:bottom w:val="nil"/>
              <w:right w:val="nil"/>
            </w:tcBorders>
          </w:tcPr>
          <w:p w14:paraId="35BB8084"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Puesto de bolsa de valores</w:t>
            </w:r>
          </w:p>
        </w:tc>
        <w:tc>
          <w:tcPr>
            <w:tcW w:w="926" w:type="dxa"/>
            <w:tcBorders>
              <w:top w:val="nil"/>
              <w:left w:val="nil"/>
              <w:bottom w:val="nil"/>
              <w:right w:val="nil"/>
            </w:tcBorders>
          </w:tcPr>
          <w:p w14:paraId="753E167A"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69F12DF2"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647C7ED8"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171B0DD2"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03EDF39B"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3BAD9F88" w14:textId="77777777" w:rsidTr="00C55BA7">
        <w:tc>
          <w:tcPr>
            <w:tcW w:w="3681" w:type="dxa"/>
            <w:tcBorders>
              <w:top w:val="nil"/>
              <w:left w:val="nil"/>
              <w:bottom w:val="nil"/>
              <w:right w:val="nil"/>
            </w:tcBorders>
          </w:tcPr>
          <w:p w14:paraId="5A33C51D"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Sociedad administradora de fondos de inversión</w:t>
            </w:r>
          </w:p>
        </w:tc>
        <w:tc>
          <w:tcPr>
            <w:tcW w:w="926" w:type="dxa"/>
            <w:tcBorders>
              <w:top w:val="nil"/>
              <w:left w:val="nil"/>
              <w:bottom w:val="nil"/>
              <w:right w:val="nil"/>
            </w:tcBorders>
          </w:tcPr>
          <w:p w14:paraId="0F1DDB94"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077D81C7"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74E86DEE"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13CE3DF9"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6A2C2C55"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46EC805A" w14:textId="77777777" w:rsidTr="00C55BA7">
        <w:tc>
          <w:tcPr>
            <w:tcW w:w="3681" w:type="dxa"/>
            <w:tcBorders>
              <w:top w:val="nil"/>
              <w:left w:val="nil"/>
              <w:bottom w:val="nil"/>
              <w:right w:val="nil"/>
            </w:tcBorders>
          </w:tcPr>
          <w:p w14:paraId="0ECDF867"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Operadora de fondos de pensión</w:t>
            </w:r>
          </w:p>
        </w:tc>
        <w:tc>
          <w:tcPr>
            <w:tcW w:w="926" w:type="dxa"/>
            <w:tcBorders>
              <w:top w:val="nil"/>
              <w:left w:val="nil"/>
              <w:bottom w:val="nil"/>
              <w:right w:val="nil"/>
            </w:tcBorders>
          </w:tcPr>
          <w:p w14:paraId="0EBF52A6"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5CD26BDE"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0F80FB05"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622A9A59"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177036A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7F634845" w14:textId="77777777" w:rsidTr="00C55BA7">
        <w:tc>
          <w:tcPr>
            <w:tcW w:w="3681" w:type="dxa"/>
            <w:tcBorders>
              <w:top w:val="nil"/>
              <w:left w:val="nil"/>
              <w:bottom w:val="nil"/>
              <w:right w:val="nil"/>
            </w:tcBorders>
          </w:tcPr>
          <w:p w14:paraId="7A04C992"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lastRenderedPageBreak/>
              <w:t>Entidades aseguradoras y reaseguradoras</w:t>
            </w:r>
          </w:p>
        </w:tc>
        <w:tc>
          <w:tcPr>
            <w:tcW w:w="926" w:type="dxa"/>
            <w:tcBorders>
              <w:top w:val="nil"/>
              <w:left w:val="nil"/>
              <w:bottom w:val="nil"/>
              <w:right w:val="nil"/>
            </w:tcBorders>
          </w:tcPr>
          <w:p w14:paraId="24B5CDD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6DA5946E"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043C2112"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11CD729A"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11B2473A"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639290A9" w14:textId="77777777" w:rsidTr="00C55BA7">
        <w:tc>
          <w:tcPr>
            <w:tcW w:w="3681" w:type="dxa"/>
            <w:tcBorders>
              <w:top w:val="nil"/>
              <w:left w:val="nil"/>
              <w:bottom w:val="nil"/>
              <w:right w:val="nil"/>
            </w:tcBorders>
          </w:tcPr>
          <w:p w14:paraId="1ED874DB"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Sociedades agencia de seguros</w:t>
            </w:r>
          </w:p>
        </w:tc>
        <w:tc>
          <w:tcPr>
            <w:tcW w:w="926" w:type="dxa"/>
            <w:tcBorders>
              <w:top w:val="nil"/>
              <w:left w:val="nil"/>
              <w:bottom w:val="nil"/>
              <w:right w:val="nil"/>
            </w:tcBorders>
          </w:tcPr>
          <w:p w14:paraId="7107BDB6"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5105EC3F"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6B4513E9"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5419C87B"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7C2CF3D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6188D234" w14:textId="77777777" w:rsidTr="00C55BA7">
        <w:tc>
          <w:tcPr>
            <w:tcW w:w="3681" w:type="dxa"/>
            <w:tcBorders>
              <w:top w:val="nil"/>
              <w:left w:val="nil"/>
              <w:bottom w:val="nil"/>
              <w:right w:val="nil"/>
            </w:tcBorders>
          </w:tcPr>
          <w:p w14:paraId="08C4876D"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Sociedades corredoras de seguros</w:t>
            </w:r>
          </w:p>
        </w:tc>
        <w:tc>
          <w:tcPr>
            <w:tcW w:w="926" w:type="dxa"/>
            <w:tcBorders>
              <w:top w:val="nil"/>
              <w:left w:val="nil"/>
              <w:bottom w:val="nil"/>
              <w:right w:val="nil"/>
            </w:tcBorders>
          </w:tcPr>
          <w:p w14:paraId="768C26E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79BC6E1C"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4CD9296C"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4216FAD0"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06A0CA98"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64B2A4C5" w14:textId="77777777" w:rsidTr="00C55BA7">
        <w:tc>
          <w:tcPr>
            <w:tcW w:w="3681" w:type="dxa"/>
            <w:tcBorders>
              <w:top w:val="nil"/>
              <w:left w:val="nil"/>
              <w:bottom w:val="nil"/>
              <w:right w:val="nil"/>
            </w:tcBorders>
          </w:tcPr>
          <w:p w14:paraId="58F4FC71" w14:textId="77777777" w:rsidR="00E35433" w:rsidRPr="00922802" w:rsidRDefault="00E35433" w:rsidP="00E35433">
            <w:pPr>
              <w:spacing w:before="120" w:after="120" w:line="240" w:lineRule="auto"/>
              <w:ind w:left="311" w:hanging="311"/>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III.</w:t>
            </w:r>
            <w:r w:rsidRPr="00922802">
              <w:rPr>
                <w:rFonts w:asciiTheme="majorHAnsi" w:eastAsia="Aptos" w:hAnsiTheme="majorHAnsi" w:cstheme="majorHAnsi"/>
                <w:b/>
                <w:bCs/>
                <w:sz w:val="16"/>
                <w:szCs w:val="16"/>
                <w:lang w:val="es-CR"/>
              </w:rPr>
              <w:tab/>
              <w:t>Empresas</w:t>
            </w:r>
          </w:p>
        </w:tc>
        <w:tc>
          <w:tcPr>
            <w:tcW w:w="926" w:type="dxa"/>
            <w:tcBorders>
              <w:top w:val="nil"/>
              <w:left w:val="nil"/>
              <w:bottom w:val="nil"/>
              <w:right w:val="nil"/>
            </w:tcBorders>
          </w:tcPr>
          <w:p w14:paraId="498555F0"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(Art.93)</w:t>
            </w:r>
          </w:p>
        </w:tc>
        <w:tc>
          <w:tcPr>
            <w:tcW w:w="1354" w:type="dxa"/>
            <w:tcBorders>
              <w:top w:val="nil"/>
              <w:left w:val="nil"/>
              <w:bottom w:val="nil"/>
              <w:right w:val="nil"/>
            </w:tcBorders>
          </w:tcPr>
          <w:p w14:paraId="1B3EBEB1"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(Art.94)</w:t>
            </w:r>
          </w:p>
        </w:tc>
        <w:tc>
          <w:tcPr>
            <w:tcW w:w="989" w:type="dxa"/>
            <w:tcBorders>
              <w:top w:val="nil"/>
              <w:left w:val="nil"/>
              <w:bottom w:val="nil"/>
              <w:right w:val="nil"/>
            </w:tcBorders>
          </w:tcPr>
          <w:p w14:paraId="5126525C"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________</w:t>
            </w:r>
          </w:p>
        </w:tc>
        <w:tc>
          <w:tcPr>
            <w:tcW w:w="1271" w:type="dxa"/>
            <w:tcBorders>
              <w:top w:val="nil"/>
              <w:left w:val="nil"/>
              <w:bottom w:val="nil"/>
              <w:right w:val="nil"/>
            </w:tcBorders>
          </w:tcPr>
          <w:p w14:paraId="463266E4"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(Art.109)</w:t>
            </w:r>
          </w:p>
        </w:tc>
        <w:tc>
          <w:tcPr>
            <w:tcW w:w="1175" w:type="dxa"/>
            <w:tcBorders>
              <w:top w:val="nil"/>
              <w:left w:val="nil"/>
              <w:bottom w:val="nil"/>
              <w:right w:val="nil"/>
            </w:tcBorders>
          </w:tcPr>
          <w:p w14:paraId="16A22002"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(Art.109)</w:t>
            </w:r>
          </w:p>
        </w:tc>
      </w:tr>
      <w:tr w:rsidR="00E35433" w:rsidRPr="00922802" w14:paraId="0CC391FC" w14:textId="77777777" w:rsidTr="00C55BA7">
        <w:tc>
          <w:tcPr>
            <w:tcW w:w="3681" w:type="dxa"/>
            <w:tcBorders>
              <w:top w:val="nil"/>
              <w:left w:val="nil"/>
              <w:bottom w:val="nil"/>
              <w:right w:val="nil"/>
            </w:tcBorders>
          </w:tcPr>
          <w:p w14:paraId="346814AD"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Empresa de arrendamiento financiero</w:t>
            </w:r>
          </w:p>
        </w:tc>
        <w:tc>
          <w:tcPr>
            <w:tcW w:w="926" w:type="dxa"/>
            <w:tcBorders>
              <w:top w:val="nil"/>
              <w:left w:val="nil"/>
              <w:bottom w:val="nil"/>
              <w:right w:val="nil"/>
            </w:tcBorders>
          </w:tcPr>
          <w:p w14:paraId="17EDF509"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1EDE18FD"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497156A9"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1C16667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2264B6BF"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225D328C" w14:textId="77777777" w:rsidTr="00C55BA7">
        <w:tc>
          <w:tcPr>
            <w:tcW w:w="3681" w:type="dxa"/>
            <w:tcBorders>
              <w:top w:val="nil"/>
              <w:left w:val="nil"/>
              <w:bottom w:val="nil"/>
              <w:right w:val="nil"/>
            </w:tcBorders>
          </w:tcPr>
          <w:p w14:paraId="45C426CC"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 xml:space="preserve">Empresa de </w:t>
            </w:r>
            <w:proofErr w:type="spellStart"/>
            <w:r w:rsidRPr="00922802">
              <w:rPr>
                <w:rFonts w:asciiTheme="majorHAnsi" w:eastAsia="Aptos" w:hAnsiTheme="majorHAnsi" w:cstheme="majorHAnsi"/>
                <w:sz w:val="16"/>
                <w:szCs w:val="16"/>
                <w:lang w:val="es-CR"/>
              </w:rPr>
              <w:t>factoreo</w:t>
            </w:r>
            <w:proofErr w:type="spellEnd"/>
            <w:r w:rsidRPr="00922802">
              <w:rPr>
                <w:rFonts w:asciiTheme="majorHAnsi" w:eastAsia="Aptos" w:hAnsiTheme="majorHAnsi" w:cstheme="majorHAnsi"/>
                <w:sz w:val="16"/>
                <w:szCs w:val="16"/>
                <w:lang w:val="es-CR"/>
              </w:rPr>
              <w:t xml:space="preserve"> y descuento de facturas</w:t>
            </w:r>
          </w:p>
        </w:tc>
        <w:tc>
          <w:tcPr>
            <w:tcW w:w="926" w:type="dxa"/>
            <w:tcBorders>
              <w:top w:val="nil"/>
              <w:left w:val="nil"/>
              <w:bottom w:val="nil"/>
              <w:right w:val="nil"/>
            </w:tcBorders>
          </w:tcPr>
          <w:p w14:paraId="11112712"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5A14918A"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62203738"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08F3424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77416218"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3C68FD32" w14:textId="77777777" w:rsidTr="00C55BA7">
        <w:tc>
          <w:tcPr>
            <w:tcW w:w="3681" w:type="dxa"/>
            <w:tcBorders>
              <w:top w:val="nil"/>
              <w:left w:val="nil"/>
              <w:bottom w:val="nil"/>
              <w:right w:val="nil"/>
            </w:tcBorders>
          </w:tcPr>
          <w:p w14:paraId="6C68FA33"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Emisora de tarjetas de crédito</w:t>
            </w:r>
          </w:p>
        </w:tc>
        <w:tc>
          <w:tcPr>
            <w:tcW w:w="926" w:type="dxa"/>
            <w:tcBorders>
              <w:top w:val="nil"/>
              <w:left w:val="nil"/>
              <w:bottom w:val="nil"/>
              <w:right w:val="nil"/>
            </w:tcBorders>
          </w:tcPr>
          <w:p w14:paraId="12537276"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265ADD2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06E200AD"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27409D7A"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74E626BC"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7D234B4A" w14:textId="77777777" w:rsidTr="00C55BA7">
        <w:tc>
          <w:tcPr>
            <w:tcW w:w="3681" w:type="dxa"/>
            <w:tcBorders>
              <w:top w:val="nil"/>
              <w:left w:val="nil"/>
              <w:bottom w:val="nil"/>
              <w:right w:val="nil"/>
            </w:tcBorders>
          </w:tcPr>
          <w:p w14:paraId="22C64D98"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Empresa administradora de inversiones</w:t>
            </w:r>
          </w:p>
        </w:tc>
        <w:tc>
          <w:tcPr>
            <w:tcW w:w="926" w:type="dxa"/>
            <w:tcBorders>
              <w:top w:val="nil"/>
              <w:left w:val="nil"/>
              <w:bottom w:val="nil"/>
              <w:right w:val="nil"/>
            </w:tcBorders>
          </w:tcPr>
          <w:p w14:paraId="2C9B7F4F"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646FD14A"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30BCEAB0"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5A841D8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196CC737"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031BFCC8" w14:textId="77777777" w:rsidTr="00C55BA7">
        <w:tc>
          <w:tcPr>
            <w:tcW w:w="3681" w:type="dxa"/>
            <w:tcBorders>
              <w:top w:val="nil"/>
              <w:left w:val="nil"/>
              <w:bottom w:val="nil"/>
              <w:right w:val="nil"/>
            </w:tcBorders>
          </w:tcPr>
          <w:p w14:paraId="4E0C4C92"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Empresas Administradoras de Bienes Inmuebles</w:t>
            </w:r>
          </w:p>
        </w:tc>
        <w:tc>
          <w:tcPr>
            <w:tcW w:w="926" w:type="dxa"/>
            <w:tcBorders>
              <w:top w:val="nil"/>
              <w:left w:val="nil"/>
              <w:bottom w:val="nil"/>
              <w:right w:val="nil"/>
            </w:tcBorders>
          </w:tcPr>
          <w:p w14:paraId="48E24C17"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2C8DDA09"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58F25047"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62FE98CB"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5C389E41"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50A9E010" w14:textId="77777777" w:rsidTr="00C55BA7">
        <w:tc>
          <w:tcPr>
            <w:tcW w:w="3681" w:type="dxa"/>
            <w:tcBorders>
              <w:top w:val="nil"/>
              <w:left w:val="nil"/>
              <w:bottom w:val="nil"/>
              <w:right w:val="nil"/>
            </w:tcBorders>
          </w:tcPr>
          <w:p w14:paraId="63BD3DF9" w14:textId="77777777" w:rsidR="00E35433" w:rsidRPr="00922802" w:rsidRDefault="00E35433" w:rsidP="00E35433">
            <w:pPr>
              <w:spacing w:before="120" w:after="120" w:line="240" w:lineRule="auto"/>
              <w:ind w:left="311"/>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Empresa de servicio de apoyo</w:t>
            </w:r>
          </w:p>
        </w:tc>
        <w:tc>
          <w:tcPr>
            <w:tcW w:w="926" w:type="dxa"/>
            <w:tcBorders>
              <w:top w:val="nil"/>
              <w:left w:val="nil"/>
              <w:bottom w:val="nil"/>
              <w:right w:val="nil"/>
            </w:tcBorders>
          </w:tcPr>
          <w:p w14:paraId="6DFF77F0"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354" w:type="dxa"/>
            <w:tcBorders>
              <w:top w:val="nil"/>
              <w:left w:val="nil"/>
              <w:bottom w:val="nil"/>
              <w:right w:val="nil"/>
            </w:tcBorders>
          </w:tcPr>
          <w:p w14:paraId="7CA9140A"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989" w:type="dxa"/>
            <w:tcBorders>
              <w:top w:val="nil"/>
              <w:left w:val="nil"/>
              <w:bottom w:val="nil"/>
              <w:right w:val="nil"/>
            </w:tcBorders>
          </w:tcPr>
          <w:p w14:paraId="7D72CC86"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271" w:type="dxa"/>
            <w:tcBorders>
              <w:top w:val="nil"/>
              <w:left w:val="nil"/>
              <w:bottom w:val="nil"/>
              <w:right w:val="nil"/>
            </w:tcBorders>
          </w:tcPr>
          <w:p w14:paraId="381D2B7D"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c>
          <w:tcPr>
            <w:tcW w:w="1175" w:type="dxa"/>
            <w:tcBorders>
              <w:top w:val="nil"/>
              <w:left w:val="nil"/>
              <w:bottom w:val="nil"/>
              <w:right w:val="nil"/>
            </w:tcBorders>
          </w:tcPr>
          <w:p w14:paraId="521A2929" w14:textId="77777777" w:rsidR="00E35433" w:rsidRPr="00922802" w:rsidRDefault="00E35433" w:rsidP="00E35433">
            <w:pPr>
              <w:spacing w:before="120" w:after="120" w:line="240" w:lineRule="auto"/>
              <w:jc w:val="center"/>
              <w:rPr>
                <w:rFonts w:asciiTheme="majorHAnsi" w:eastAsia="Aptos" w:hAnsiTheme="majorHAnsi" w:cstheme="majorHAnsi"/>
                <w:sz w:val="16"/>
                <w:szCs w:val="16"/>
                <w:lang w:val="es-CR"/>
              </w:rPr>
            </w:pPr>
            <w:r w:rsidRPr="00922802">
              <w:rPr>
                <w:rFonts w:asciiTheme="majorHAnsi" w:eastAsia="Aptos" w:hAnsiTheme="majorHAnsi" w:cstheme="majorHAnsi"/>
                <w:sz w:val="16"/>
                <w:szCs w:val="16"/>
                <w:lang w:val="es-CR"/>
              </w:rPr>
              <w:t>________</w:t>
            </w:r>
          </w:p>
        </w:tc>
      </w:tr>
      <w:tr w:rsidR="00E35433" w:rsidRPr="00922802" w14:paraId="0126C69A" w14:textId="77777777" w:rsidTr="00C55BA7">
        <w:tc>
          <w:tcPr>
            <w:tcW w:w="3681" w:type="dxa"/>
            <w:tcBorders>
              <w:top w:val="nil"/>
              <w:left w:val="nil"/>
              <w:bottom w:val="nil"/>
              <w:right w:val="nil"/>
            </w:tcBorders>
          </w:tcPr>
          <w:p w14:paraId="20059B4F" w14:textId="77777777" w:rsidR="00E35433" w:rsidRPr="00922802" w:rsidRDefault="00E35433" w:rsidP="00E35433">
            <w:pPr>
              <w:spacing w:before="120" w:after="120" w:line="240" w:lineRule="auto"/>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SUPERAVIT O DÉFICIT PATRIMONIAL DEL GRUPO O CONGLOMERADO FINANCIERO (I+II+III)</w:t>
            </w:r>
          </w:p>
        </w:tc>
        <w:tc>
          <w:tcPr>
            <w:tcW w:w="926" w:type="dxa"/>
            <w:tcBorders>
              <w:top w:val="nil"/>
              <w:left w:val="nil"/>
              <w:bottom w:val="nil"/>
              <w:right w:val="nil"/>
            </w:tcBorders>
          </w:tcPr>
          <w:p w14:paraId="1223E2D8"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
        </w:tc>
        <w:tc>
          <w:tcPr>
            <w:tcW w:w="1354" w:type="dxa"/>
            <w:tcBorders>
              <w:top w:val="nil"/>
              <w:left w:val="nil"/>
              <w:bottom w:val="nil"/>
              <w:right w:val="nil"/>
            </w:tcBorders>
          </w:tcPr>
          <w:p w14:paraId="05C23457"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
        </w:tc>
        <w:tc>
          <w:tcPr>
            <w:tcW w:w="989" w:type="dxa"/>
            <w:tcBorders>
              <w:top w:val="nil"/>
              <w:left w:val="nil"/>
              <w:bottom w:val="nil"/>
              <w:right w:val="nil"/>
            </w:tcBorders>
          </w:tcPr>
          <w:p w14:paraId="065EA61B"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
        </w:tc>
        <w:tc>
          <w:tcPr>
            <w:tcW w:w="1271" w:type="dxa"/>
            <w:tcBorders>
              <w:top w:val="nil"/>
              <w:left w:val="nil"/>
              <w:bottom w:val="nil"/>
              <w:right w:val="nil"/>
            </w:tcBorders>
          </w:tcPr>
          <w:p w14:paraId="78170BA2"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
        </w:tc>
        <w:tc>
          <w:tcPr>
            <w:tcW w:w="1175" w:type="dxa"/>
            <w:tcBorders>
              <w:top w:val="nil"/>
              <w:left w:val="nil"/>
              <w:bottom w:val="nil"/>
              <w:right w:val="nil"/>
            </w:tcBorders>
          </w:tcPr>
          <w:p w14:paraId="27263E0A"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¢________</w:t>
            </w:r>
          </w:p>
        </w:tc>
      </w:tr>
      <w:tr w:rsidR="00E35433" w:rsidRPr="00922802" w14:paraId="2C634E52" w14:textId="77777777" w:rsidTr="00C55BA7">
        <w:tc>
          <w:tcPr>
            <w:tcW w:w="3681" w:type="dxa"/>
            <w:tcBorders>
              <w:top w:val="nil"/>
              <w:left w:val="nil"/>
              <w:bottom w:val="nil"/>
              <w:right w:val="nil"/>
            </w:tcBorders>
          </w:tcPr>
          <w:p w14:paraId="479DA191" w14:textId="77777777" w:rsidR="00E35433" w:rsidRPr="00922802" w:rsidRDefault="00E35433" w:rsidP="00E35433">
            <w:pPr>
              <w:spacing w:before="120" w:after="120" w:line="240" w:lineRule="auto"/>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SUMATORIA SUPERAVITS TRANSFERIBLES INDIVIDUALES Y SUPERÁVIT CONTROLADORA / VALOR ABSOLUTO SUMATORIA DÉFICITS INDIVIDUALES Y DEFICIT CONTROLADORA</w:t>
            </w:r>
          </w:p>
        </w:tc>
        <w:tc>
          <w:tcPr>
            <w:tcW w:w="926" w:type="dxa"/>
            <w:tcBorders>
              <w:top w:val="nil"/>
              <w:left w:val="nil"/>
              <w:bottom w:val="nil"/>
              <w:right w:val="nil"/>
            </w:tcBorders>
          </w:tcPr>
          <w:p w14:paraId="054C042F"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
        </w:tc>
        <w:tc>
          <w:tcPr>
            <w:tcW w:w="1354" w:type="dxa"/>
            <w:tcBorders>
              <w:top w:val="nil"/>
              <w:left w:val="nil"/>
              <w:bottom w:val="nil"/>
              <w:right w:val="nil"/>
            </w:tcBorders>
          </w:tcPr>
          <w:p w14:paraId="5049291C"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
        </w:tc>
        <w:tc>
          <w:tcPr>
            <w:tcW w:w="989" w:type="dxa"/>
            <w:tcBorders>
              <w:top w:val="nil"/>
              <w:left w:val="nil"/>
              <w:bottom w:val="nil"/>
              <w:right w:val="nil"/>
            </w:tcBorders>
          </w:tcPr>
          <w:p w14:paraId="21BAED31"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
        </w:tc>
        <w:tc>
          <w:tcPr>
            <w:tcW w:w="1271" w:type="dxa"/>
            <w:tcBorders>
              <w:top w:val="nil"/>
              <w:left w:val="nil"/>
              <w:bottom w:val="nil"/>
              <w:right w:val="nil"/>
            </w:tcBorders>
          </w:tcPr>
          <w:p w14:paraId="1B2A385C"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p>
        </w:tc>
        <w:tc>
          <w:tcPr>
            <w:tcW w:w="1175" w:type="dxa"/>
            <w:tcBorders>
              <w:top w:val="nil"/>
              <w:left w:val="nil"/>
              <w:bottom w:val="nil"/>
              <w:right w:val="nil"/>
            </w:tcBorders>
          </w:tcPr>
          <w:p w14:paraId="3DC0E6CE" w14:textId="77777777" w:rsidR="00E35433" w:rsidRPr="00922802" w:rsidRDefault="00E35433" w:rsidP="00E35433">
            <w:pPr>
              <w:spacing w:before="120" w:after="120" w:line="240" w:lineRule="auto"/>
              <w:jc w:val="center"/>
              <w:rPr>
                <w:rFonts w:asciiTheme="majorHAnsi" w:eastAsia="Aptos" w:hAnsiTheme="majorHAnsi" w:cstheme="majorHAnsi"/>
                <w:b/>
                <w:bCs/>
                <w:sz w:val="16"/>
                <w:szCs w:val="16"/>
                <w:lang w:val="es-CR"/>
              </w:rPr>
            </w:pPr>
            <w:r w:rsidRPr="00922802">
              <w:rPr>
                <w:rFonts w:asciiTheme="majorHAnsi" w:eastAsia="Aptos" w:hAnsiTheme="majorHAnsi" w:cstheme="majorHAnsi"/>
                <w:b/>
                <w:bCs/>
                <w:sz w:val="16"/>
                <w:szCs w:val="16"/>
                <w:lang w:val="es-CR"/>
              </w:rPr>
              <w:t>____ VECES</w:t>
            </w:r>
          </w:p>
        </w:tc>
      </w:tr>
    </w:tbl>
    <w:p w14:paraId="78C05F53" w14:textId="77777777" w:rsidR="00E35433" w:rsidRPr="00E35433" w:rsidRDefault="00E35433" w:rsidP="00E35433">
      <w:pPr>
        <w:spacing w:before="0" w:after="120" w:line="240" w:lineRule="auto"/>
        <w:rPr>
          <w:rFonts w:ascii="Roboto" w:eastAsia="Aptos" w:hAnsi="Roboto"/>
          <w:b/>
          <w:bCs/>
          <w:noProof/>
          <w:kern w:val="2"/>
          <w:sz w:val="16"/>
          <w:szCs w:val="16"/>
          <w:lang w:val="es-CR"/>
          <w14:ligatures w14:val="standardContextual"/>
        </w:rPr>
      </w:pPr>
      <w:r w:rsidRPr="00E35433">
        <w:rPr>
          <w:rFonts w:ascii="Roboto" w:eastAsia="Aptos" w:hAnsi="Roboto"/>
          <w:b/>
          <w:bCs/>
          <w:noProof/>
          <w:kern w:val="2"/>
          <w:sz w:val="16"/>
          <w:szCs w:val="16"/>
          <w:lang w:val="es-CR"/>
          <w14:ligatures w14:val="standardContextual"/>
        </w:rPr>
        <w:t>NOTA</w:t>
      </w:r>
    </w:p>
    <w:p w14:paraId="677BCFEE" w14:textId="463E3CC2" w:rsidR="00A64921" w:rsidRPr="00363D82" w:rsidRDefault="00E35433" w:rsidP="00363D82">
      <w:pPr>
        <w:spacing w:before="0" w:after="120" w:line="240" w:lineRule="auto"/>
        <w:rPr>
          <w:rFonts w:ascii="Roboto" w:eastAsia="Aptos" w:hAnsi="Roboto"/>
          <w:bCs/>
          <w:kern w:val="2"/>
          <w:sz w:val="16"/>
          <w:szCs w:val="16"/>
          <w:lang w:val="es-CR"/>
          <w14:ligatures w14:val="standardContextual"/>
        </w:rPr>
      </w:pPr>
      <w:r w:rsidRPr="00E35433">
        <w:rPr>
          <w:rFonts w:ascii="Roboto" w:eastAsia="Aptos" w:hAnsi="Roboto"/>
          <w:bCs/>
          <w:kern w:val="2"/>
          <w:sz w:val="16"/>
          <w:szCs w:val="16"/>
          <w:lang w:val="es-CR"/>
          <w14:ligatures w14:val="standardContextual"/>
        </w:rPr>
        <w:t>1/</w:t>
      </w:r>
      <w:r w:rsidRPr="00E35433">
        <w:rPr>
          <w:rFonts w:ascii="Roboto" w:eastAsia="Aptos" w:hAnsi="Roboto"/>
          <w:bCs/>
          <w:kern w:val="2"/>
          <w:sz w:val="16"/>
          <w:szCs w:val="16"/>
          <w:lang w:val="es-CR"/>
          <w14:ligatures w14:val="standardContextual"/>
        </w:rPr>
        <w:tab/>
        <w:t>Debe indicarse el nombre de cada una de las entidades y empresas del grupo o conglomerado financiero.</w:t>
      </w:r>
    </w:p>
    <w:p w14:paraId="7053B9BC" w14:textId="17CE7C1B" w:rsidR="00E35433" w:rsidRPr="00A64921" w:rsidRDefault="00E35433" w:rsidP="00E35433">
      <w:pPr>
        <w:spacing w:after="120" w:line="240" w:lineRule="auto"/>
        <w:ind w:left="567" w:hanging="567"/>
        <w:rPr>
          <w:rFonts w:asciiTheme="majorHAnsi" w:eastAsia="Aptos" w:hAnsiTheme="majorHAnsi" w:cstheme="majorHAnsi"/>
          <w:b/>
          <w:bCs/>
          <w:color w:val="000000" w:themeColor="text1"/>
          <w:kern w:val="2"/>
          <w:szCs w:val="22"/>
          <w:lang w:val="es-CR"/>
          <w14:ligatures w14:val="standardContextual"/>
        </w:rPr>
      </w:pPr>
      <w:r w:rsidRPr="00A64921">
        <w:rPr>
          <w:rFonts w:asciiTheme="majorHAnsi" w:eastAsia="Aptos" w:hAnsiTheme="majorHAnsi" w:cstheme="majorHAnsi"/>
          <w:b/>
          <w:bCs/>
          <w:color w:val="000000" w:themeColor="text1"/>
          <w:kern w:val="2"/>
          <w:szCs w:val="22"/>
          <w:lang w:val="es-CR"/>
          <w14:ligatures w14:val="standardContextual"/>
        </w:rPr>
        <w:t>IV)</w:t>
      </w:r>
      <w:r w:rsidRPr="00A64921">
        <w:rPr>
          <w:rFonts w:asciiTheme="majorHAnsi" w:eastAsia="Aptos" w:hAnsiTheme="majorHAnsi" w:cstheme="majorHAnsi"/>
          <w:b/>
          <w:bCs/>
          <w:color w:val="000000" w:themeColor="text1"/>
          <w:kern w:val="2"/>
          <w:szCs w:val="22"/>
          <w:lang w:val="es-CR"/>
          <w14:ligatures w14:val="standardContextual"/>
        </w:rPr>
        <w:tab/>
        <w:t>MEDIO DE REMISIÓN DE INFORMACIÓN</w:t>
      </w:r>
    </w:p>
    <w:p w14:paraId="57094C71" w14:textId="77777777" w:rsidR="00E35433" w:rsidRDefault="00E35433" w:rsidP="00E35433">
      <w:pPr>
        <w:spacing w:before="0" w:after="120" w:line="240" w:lineRule="auto"/>
        <w:ind w:left="567"/>
        <w:rPr>
          <w:rFonts w:asciiTheme="majorHAnsi" w:eastAsia="Aptos" w:hAnsiTheme="majorHAnsi" w:cstheme="majorHAnsi"/>
          <w:bCs/>
          <w:color w:val="000000" w:themeColor="text1"/>
          <w:kern w:val="2"/>
          <w:szCs w:val="22"/>
          <w:lang w:val="es-CR"/>
          <w14:ligatures w14:val="standardContextual"/>
        </w:rPr>
      </w:pPr>
      <w:r w:rsidRPr="00A64921">
        <w:rPr>
          <w:rFonts w:asciiTheme="majorHAnsi" w:eastAsia="Aptos" w:hAnsiTheme="majorHAnsi" w:cstheme="majorHAnsi"/>
          <w:bCs/>
          <w:color w:val="000000" w:themeColor="text1"/>
          <w:kern w:val="2"/>
          <w:szCs w:val="22"/>
          <w:lang w:val="es-CR"/>
          <w14:ligatures w14:val="standardContextual"/>
        </w:rPr>
        <w:t xml:space="preserve">La remisión de esta información se hará por los medios establecidos por el supervisor responsable del grupo o conglomerado financiero. Además, la información llevará las firmas según lo establezca el supervisor responsable. </w:t>
      </w:r>
    </w:p>
    <w:p w14:paraId="2683322F" w14:textId="77777777" w:rsidR="00922802" w:rsidRPr="00A64921" w:rsidRDefault="00922802" w:rsidP="00E35433">
      <w:pPr>
        <w:spacing w:before="0" w:after="120" w:line="240" w:lineRule="auto"/>
        <w:ind w:left="567"/>
        <w:rPr>
          <w:rFonts w:asciiTheme="majorHAnsi" w:eastAsia="Aptos" w:hAnsiTheme="majorHAnsi" w:cstheme="majorHAnsi"/>
          <w:bCs/>
          <w:color w:val="000000" w:themeColor="text1"/>
          <w:kern w:val="2"/>
          <w:szCs w:val="22"/>
          <w:lang w:val="es-CR"/>
          <w14:ligatures w14:val="standardContextual"/>
        </w:rPr>
      </w:pPr>
    </w:p>
    <w:p w14:paraId="1AC681AA" w14:textId="77777777" w:rsidR="00E35433" w:rsidRPr="00A64921" w:rsidRDefault="00E35433" w:rsidP="00E35433">
      <w:pPr>
        <w:spacing w:after="120" w:line="240" w:lineRule="auto"/>
        <w:ind w:left="567" w:hanging="567"/>
        <w:rPr>
          <w:rFonts w:asciiTheme="majorHAnsi" w:eastAsia="Aptos" w:hAnsiTheme="majorHAnsi" w:cstheme="majorHAnsi"/>
          <w:b/>
          <w:bCs/>
          <w:color w:val="000000" w:themeColor="text1"/>
          <w:kern w:val="2"/>
          <w:szCs w:val="22"/>
          <w:lang w:val="es-CR"/>
          <w14:ligatures w14:val="standardContextual"/>
        </w:rPr>
      </w:pPr>
      <w:r w:rsidRPr="00A64921">
        <w:rPr>
          <w:rFonts w:asciiTheme="majorHAnsi" w:eastAsia="Aptos" w:hAnsiTheme="majorHAnsi" w:cstheme="majorHAnsi"/>
          <w:b/>
          <w:bCs/>
          <w:color w:val="000000" w:themeColor="text1"/>
          <w:kern w:val="2"/>
          <w:szCs w:val="22"/>
          <w:lang w:val="es-CR"/>
          <w14:ligatures w14:val="standardContextual"/>
        </w:rPr>
        <w:t>V)</w:t>
      </w:r>
      <w:r w:rsidRPr="00A64921">
        <w:rPr>
          <w:rFonts w:asciiTheme="majorHAnsi" w:eastAsia="Aptos" w:hAnsiTheme="majorHAnsi" w:cstheme="majorHAnsi"/>
          <w:b/>
          <w:bCs/>
          <w:color w:val="000000" w:themeColor="text1"/>
          <w:kern w:val="2"/>
          <w:szCs w:val="22"/>
          <w:lang w:val="es-CR"/>
          <w14:ligatures w14:val="standardContextual"/>
        </w:rPr>
        <w:tab/>
        <w:t>VIGENCIA</w:t>
      </w:r>
    </w:p>
    <w:p w14:paraId="4C691ED7" w14:textId="77777777" w:rsidR="00E35433" w:rsidRPr="00A64921" w:rsidRDefault="00E35433" w:rsidP="00E35433">
      <w:pPr>
        <w:spacing w:before="0" w:after="120" w:line="240" w:lineRule="auto"/>
        <w:ind w:left="567"/>
        <w:rPr>
          <w:rFonts w:asciiTheme="majorHAnsi" w:eastAsia="Aptos" w:hAnsiTheme="majorHAnsi" w:cstheme="majorHAnsi"/>
          <w:color w:val="000000" w:themeColor="text1"/>
          <w:kern w:val="2"/>
          <w:szCs w:val="22"/>
          <w:lang w:val="es-CR"/>
          <w14:ligatures w14:val="standardContextual"/>
        </w:rPr>
      </w:pPr>
      <w:r w:rsidRPr="00A64921">
        <w:rPr>
          <w:rFonts w:asciiTheme="majorHAnsi" w:eastAsia="Aptos" w:hAnsiTheme="majorHAnsi" w:cstheme="majorHAnsi"/>
          <w:color w:val="000000" w:themeColor="text1"/>
          <w:kern w:val="2"/>
          <w:szCs w:val="22"/>
          <w:lang w:val="es-CR"/>
          <w14:ligatures w14:val="standardContextual"/>
        </w:rPr>
        <w:t>Estos lineamientos generales aplican para la información que las controladoras de los grupos y conglomerados financieros remitirán a su supervisor responsable, con corte a diciembre de 2025 y en adelante.</w:t>
      </w:r>
    </w:p>
    <w:p w14:paraId="21B97615" w14:textId="77777777" w:rsidR="00E35433" w:rsidRPr="00A64921" w:rsidRDefault="00E35433" w:rsidP="00E35433">
      <w:pPr>
        <w:spacing w:before="0" w:line="240" w:lineRule="auto"/>
        <w:rPr>
          <w:rFonts w:asciiTheme="majorHAnsi" w:hAnsiTheme="majorHAnsi" w:cstheme="majorHAnsi"/>
          <w:color w:val="000000" w:themeColor="text1"/>
          <w:szCs w:val="22"/>
          <w:lang w:val="es-CR"/>
        </w:rPr>
      </w:pPr>
    </w:p>
    <w:p w14:paraId="436BF4ED" w14:textId="2F06A668" w:rsidR="00244E3A" w:rsidRDefault="00A64921" w:rsidP="00E35433">
      <w:pPr>
        <w:spacing w:before="0" w:line="240" w:lineRule="auto"/>
        <w:rPr>
          <w:rFonts w:asciiTheme="majorHAnsi" w:hAnsiTheme="majorHAnsi" w:cstheme="majorHAnsi"/>
          <w:noProof/>
          <w:szCs w:val="22"/>
        </w:rPr>
      </w:pPr>
      <w:r>
        <w:rPr>
          <w:rFonts w:asciiTheme="majorHAnsi" w:hAnsiTheme="majorHAnsi" w:cstheme="majorHAnsi"/>
          <w:sz w:val="24"/>
        </w:rPr>
        <w:t>Atentamente</w:t>
      </w:r>
      <w:r w:rsidR="00E35433" w:rsidRPr="00E35433">
        <w:rPr>
          <w:rFonts w:asciiTheme="majorHAnsi" w:hAnsiTheme="majorHAnsi" w:cstheme="majorHAnsi"/>
          <w:sz w:val="24"/>
        </w:rPr>
        <w:t>,</w:t>
      </w:r>
      <w:r w:rsidR="00E35433" w:rsidRPr="00E35433">
        <w:rPr>
          <w:rFonts w:asciiTheme="majorHAnsi" w:hAnsiTheme="majorHAnsi" w:cstheme="majorHAnsi"/>
          <w:noProof/>
          <w:szCs w:val="22"/>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44E3A" w14:paraId="55300C26" w14:textId="77777777" w:rsidTr="00B1236F">
        <w:trPr>
          <w:jc w:val="center"/>
        </w:trPr>
        <w:tc>
          <w:tcPr>
            <w:tcW w:w="4414" w:type="dxa"/>
          </w:tcPr>
          <w:p w14:paraId="53CEAFE2" w14:textId="77777777" w:rsidR="00244E3A" w:rsidRDefault="00A83006" w:rsidP="00B1236F">
            <w:pPr>
              <w:spacing w:before="0" w:after="0" w:line="276" w:lineRule="auto"/>
              <w:jc w:val="center"/>
              <w:rPr>
                <w:rFonts w:asciiTheme="majorHAnsi" w:hAnsiTheme="majorHAnsi" w:cstheme="majorHAnsi"/>
                <w:noProof/>
                <w:szCs w:val="22"/>
              </w:rPr>
            </w:pPr>
            <w:r w:rsidRPr="00996E36">
              <w:rPr>
                <w:rFonts w:cstheme="minorHAnsi"/>
                <w:noProof/>
                <w:szCs w:val="22"/>
              </w:rPr>
              <w:drawing>
                <wp:inline distT="0" distB="0" distL="0" distR="0" wp14:anchorId="0CD06C17" wp14:editId="32CF6428">
                  <wp:extent cx="1844703" cy="493858"/>
                  <wp:effectExtent l="0" t="0" r="3175" b="1905"/>
                  <wp:docPr id="2050857042"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36987" name="Imagen 1" descr="Interfaz de usuario gráfica, Texto, Aplicación&#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0531" cy="500772"/>
                          </a:xfrm>
                          <a:prstGeom prst="rect">
                            <a:avLst/>
                          </a:prstGeom>
                          <a:noFill/>
                          <a:ln>
                            <a:noFill/>
                          </a:ln>
                        </pic:spPr>
                      </pic:pic>
                    </a:graphicData>
                  </a:graphic>
                </wp:inline>
              </w:drawing>
            </w:r>
          </w:p>
          <w:p w14:paraId="74D9A2ED" w14:textId="77777777" w:rsidR="00A83006" w:rsidRDefault="00A83006" w:rsidP="00B1236F">
            <w:pPr>
              <w:spacing w:before="0" w:after="0" w:line="276" w:lineRule="auto"/>
              <w:jc w:val="center"/>
              <w:rPr>
                <w:rFonts w:asciiTheme="majorHAnsi" w:hAnsiTheme="majorHAnsi" w:cstheme="majorHAnsi"/>
                <w:noProof/>
                <w:szCs w:val="22"/>
              </w:rPr>
            </w:pPr>
            <w:r>
              <w:rPr>
                <w:rFonts w:asciiTheme="majorHAnsi" w:hAnsiTheme="majorHAnsi" w:cstheme="majorHAnsi"/>
                <w:noProof/>
                <w:szCs w:val="22"/>
              </w:rPr>
              <w:t>Hazel Valverde Richmond</w:t>
            </w:r>
          </w:p>
          <w:p w14:paraId="3C3F71A7" w14:textId="77777777" w:rsidR="00A83006" w:rsidRDefault="00A83006" w:rsidP="00B1236F">
            <w:pPr>
              <w:spacing w:before="0" w:after="0" w:line="276" w:lineRule="auto"/>
              <w:jc w:val="center"/>
              <w:rPr>
                <w:rFonts w:asciiTheme="majorHAnsi" w:hAnsiTheme="majorHAnsi" w:cstheme="majorHAnsi"/>
                <w:noProof/>
                <w:szCs w:val="22"/>
              </w:rPr>
            </w:pPr>
            <w:r>
              <w:rPr>
                <w:rFonts w:asciiTheme="majorHAnsi" w:hAnsiTheme="majorHAnsi" w:cstheme="majorHAnsi"/>
                <w:noProof/>
                <w:szCs w:val="22"/>
              </w:rPr>
              <w:t>Su</w:t>
            </w:r>
            <w:r w:rsidR="008A0A63">
              <w:rPr>
                <w:rFonts w:asciiTheme="majorHAnsi" w:hAnsiTheme="majorHAnsi" w:cstheme="majorHAnsi"/>
                <w:noProof/>
                <w:szCs w:val="22"/>
              </w:rPr>
              <w:t>perintendente</w:t>
            </w:r>
          </w:p>
          <w:p w14:paraId="0D932905" w14:textId="110D28EC" w:rsidR="008A0A63" w:rsidRPr="008A0A63" w:rsidRDefault="008A0A63" w:rsidP="00B1236F">
            <w:pPr>
              <w:spacing w:before="0" w:after="0" w:line="276" w:lineRule="auto"/>
              <w:jc w:val="center"/>
              <w:rPr>
                <w:rFonts w:asciiTheme="majorHAnsi" w:hAnsiTheme="majorHAnsi" w:cstheme="majorHAnsi"/>
                <w:b/>
                <w:bCs/>
                <w:noProof/>
                <w:szCs w:val="22"/>
              </w:rPr>
            </w:pPr>
            <w:r>
              <w:rPr>
                <w:rFonts w:asciiTheme="majorHAnsi" w:hAnsiTheme="majorHAnsi" w:cstheme="majorHAnsi"/>
                <w:b/>
                <w:bCs/>
                <w:noProof/>
                <w:szCs w:val="22"/>
              </w:rPr>
              <w:t>Superintendencia General de Entidades Financieras</w:t>
            </w:r>
          </w:p>
        </w:tc>
        <w:tc>
          <w:tcPr>
            <w:tcW w:w="4414" w:type="dxa"/>
          </w:tcPr>
          <w:p w14:paraId="73F0FC06" w14:textId="10383AEE" w:rsidR="00244E3A" w:rsidRDefault="00A83006" w:rsidP="00B1236F">
            <w:pPr>
              <w:spacing w:before="0" w:after="0" w:line="276" w:lineRule="auto"/>
              <w:jc w:val="center"/>
              <w:rPr>
                <w:rFonts w:asciiTheme="majorHAnsi" w:hAnsiTheme="majorHAnsi" w:cstheme="majorHAnsi"/>
                <w:noProof/>
                <w:szCs w:val="22"/>
              </w:rPr>
            </w:pPr>
            <w:r w:rsidRPr="00996E36">
              <w:rPr>
                <w:rFonts w:cstheme="minorHAnsi"/>
                <w:noProof/>
                <w:szCs w:val="22"/>
              </w:rPr>
              <w:drawing>
                <wp:inline distT="0" distB="0" distL="0" distR="0" wp14:anchorId="134C1DF2" wp14:editId="6A259046">
                  <wp:extent cx="1844703" cy="493858"/>
                  <wp:effectExtent l="0" t="0" r="3175" b="1905"/>
                  <wp:docPr id="446353394"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36987" name="Imagen 1" descr="Interfaz de usuario gráfica, Texto, Aplicación&#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0531" cy="500772"/>
                          </a:xfrm>
                          <a:prstGeom prst="rect">
                            <a:avLst/>
                          </a:prstGeom>
                          <a:noFill/>
                          <a:ln>
                            <a:noFill/>
                          </a:ln>
                        </pic:spPr>
                      </pic:pic>
                    </a:graphicData>
                  </a:graphic>
                </wp:inline>
              </w:drawing>
            </w:r>
          </w:p>
          <w:p w14:paraId="2FA78EEE" w14:textId="7335FD90" w:rsidR="008A0A63" w:rsidRDefault="008A0A63" w:rsidP="00B1236F">
            <w:pPr>
              <w:spacing w:before="0" w:after="0" w:line="276" w:lineRule="auto"/>
              <w:jc w:val="center"/>
              <w:rPr>
                <w:rFonts w:asciiTheme="majorHAnsi" w:hAnsiTheme="majorHAnsi" w:cstheme="majorHAnsi"/>
                <w:noProof/>
                <w:szCs w:val="22"/>
              </w:rPr>
            </w:pPr>
            <w:r>
              <w:rPr>
                <w:rFonts w:asciiTheme="majorHAnsi" w:hAnsiTheme="majorHAnsi" w:cstheme="majorHAnsi"/>
                <w:noProof/>
                <w:szCs w:val="22"/>
              </w:rPr>
              <w:t>Tomás Soley Pérez</w:t>
            </w:r>
          </w:p>
          <w:p w14:paraId="5758635D" w14:textId="4207576C" w:rsidR="008A0A63" w:rsidRDefault="008A0A63" w:rsidP="00B1236F">
            <w:pPr>
              <w:spacing w:before="0" w:after="0" w:line="276" w:lineRule="auto"/>
              <w:jc w:val="center"/>
              <w:rPr>
                <w:rFonts w:asciiTheme="majorHAnsi" w:hAnsiTheme="majorHAnsi" w:cstheme="majorHAnsi"/>
                <w:noProof/>
                <w:szCs w:val="22"/>
              </w:rPr>
            </w:pPr>
            <w:r>
              <w:rPr>
                <w:rFonts w:asciiTheme="majorHAnsi" w:hAnsiTheme="majorHAnsi" w:cstheme="majorHAnsi"/>
                <w:noProof/>
                <w:szCs w:val="22"/>
              </w:rPr>
              <w:t>Superintendente</w:t>
            </w:r>
          </w:p>
          <w:p w14:paraId="70D0747C" w14:textId="4E200BB3" w:rsidR="008A0A63" w:rsidRDefault="008A0A63" w:rsidP="00B1236F">
            <w:pPr>
              <w:spacing w:before="0" w:after="0" w:line="276" w:lineRule="auto"/>
              <w:jc w:val="center"/>
              <w:rPr>
                <w:rFonts w:asciiTheme="majorHAnsi" w:hAnsiTheme="majorHAnsi" w:cstheme="majorHAnsi"/>
                <w:b/>
                <w:bCs/>
                <w:noProof/>
                <w:szCs w:val="22"/>
              </w:rPr>
            </w:pPr>
            <w:r>
              <w:rPr>
                <w:rFonts w:asciiTheme="majorHAnsi" w:hAnsiTheme="majorHAnsi" w:cstheme="majorHAnsi"/>
                <w:b/>
                <w:bCs/>
                <w:noProof/>
                <w:szCs w:val="22"/>
              </w:rPr>
              <w:t>Superintendencia General de Seguros</w:t>
            </w:r>
          </w:p>
          <w:p w14:paraId="11390BE2" w14:textId="3F049818" w:rsidR="008A0A63" w:rsidRPr="008A0A63" w:rsidRDefault="008A0A63" w:rsidP="00B1236F">
            <w:pPr>
              <w:spacing w:before="0" w:after="0" w:line="276" w:lineRule="auto"/>
              <w:jc w:val="center"/>
              <w:rPr>
                <w:rFonts w:asciiTheme="majorHAnsi" w:hAnsiTheme="majorHAnsi" w:cstheme="majorHAnsi"/>
                <w:b/>
                <w:bCs/>
                <w:noProof/>
                <w:szCs w:val="22"/>
              </w:rPr>
            </w:pPr>
            <w:r>
              <w:rPr>
                <w:rFonts w:asciiTheme="majorHAnsi" w:hAnsiTheme="majorHAnsi" w:cstheme="majorHAnsi"/>
                <w:b/>
                <w:bCs/>
                <w:noProof/>
                <w:szCs w:val="22"/>
              </w:rPr>
              <w:t>Superintendencia General de Valores</w:t>
            </w:r>
          </w:p>
          <w:p w14:paraId="619967CD" w14:textId="12C7BA8B" w:rsidR="00A83006" w:rsidRDefault="00A83006" w:rsidP="00B1236F">
            <w:pPr>
              <w:spacing w:before="0" w:after="0" w:line="276" w:lineRule="auto"/>
              <w:rPr>
                <w:rFonts w:asciiTheme="majorHAnsi" w:hAnsiTheme="majorHAnsi" w:cstheme="majorHAnsi"/>
                <w:noProof/>
                <w:szCs w:val="22"/>
              </w:rPr>
            </w:pPr>
          </w:p>
        </w:tc>
      </w:tr>
      <w:tr w:rsidR="00B1236F" w14:paraId="13F9B650" w14:textId="77777777" w:rsidTr="00B1236F">
        <w:trPr>
          <w:jc w:val="center"/>
        </w:trPr>
        <w:tc>
          <w:tcPr>
            <w:tcW w:w="8828" w:type="dxa"/>
            <w:gridSpan w:val="2"/>
          </w:tcPr>
          <w:p w14:paraId="11C1C1A6" w14:textId="77777777" w:rsidR="00B1236F" w:rsidRDefault="00B1236F" w:rsidP="00B1236F">
            <w:pPr>
              <w:spacing w:before="0" w:after="0" w:line="276" w:lineRule="auto"/>
              <w:jc w:val="center"/>
              <w:rPr>
                <w:rFonts w:asciiTheme="majorHAnsi" w:hAnsiTheme="majorHAnsi" w:cstheme="majorHAnsi"/>
                <w:noProof/>
                <w:szCs w:val="22"/>
              </w:rPr>
            </w:pPr>
          </w:p>
          <w:p w14:paraId="756544D7" w14:textId="4A67F8D4" w:rsidR="00B1236F" w:rsidRDefault="00B1236F" w:rsidP="00B1236F">
            <w:pPr>
              <w:spacing w:before="0" w:after="0" w:line="276" w:lineRule="auto"/>
              <w:jc w:val="center"/>
              <w:rPr>
                <w:rFonts w:asciiTheme="majorHAnsi" w:hAnsiTheme="majorHAnsi" w:cstheme="majorHAnsi"/>
                <w:noProof/>
                <w:szCs w:val="22"/>
              </w:rPr>
            </w:pPr>
            <w:r w:rsidRPr="00996E36">
              <w:rPr>
                <w:rFonts w:cstheme="minorHAnsi"/>
                <w:noProof/>
                <w:szCs w:val="22"/>
              </w:rPr>
              <w:drawing>
                <wp:inline distT="0" distB="0" distL="0" distR="0" wp14:anchorId="0717C974" wp14:editId="36982BB3">
                  <wp:extent cx="1844703" cy="493858"/>
                  <wp:effectExtent l="0" t="0" r="3175" b="1905"/>
                  <wp:docPr id="816876295"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36987" name="Imagen 1" descr="Interfaz de usuario gráfica, Texto, Aplicación&#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0531" cy="500772"/>
                          </a:xfrm>
                          <a:prstGeom prst="rect">
                            <a:avLst/>
                          </a:prstGeom>
                          <a:noFill/>
                          <a:ln>
                            <a:noFill/>
                          </a:ln>
                        </pic:spPr>
                      </pic:pic>
                    </a:graphicData>
                  </a:graphic>
                </wp:inline>
              </w:drawing>
            </w:r>
          </w:p>
          <w:p w14:paraId="490EDC59" w14:textId="77777777" w:rsidR="00B1236F" w:rsidRDefault="00B1236F" w:rsidP="00B1236F">
            <w:pPr>
              <w:spacing w:before="0" w:after="0" w:line="276" w:lineRule="auto"/>
              <w:jc w:val="center"/>
              <w:rPr>
                <w:rFonts w:asciiTheme="majorHAnsi" w:hAnsiTheme="majorHAnsi" w:cstheme="majorHAnsi"/>
                <w:noProof/>
                <w:szCs w:val="22"/>
              </w:rPr>
            </w:pPr>
            <w:r>
              <w:rPr>
                <w:rFonts w:asciiTheme="majorHAnsi" w:hAnsiTheme="majorHAnsi" w:cstheme="majorHAnsi"/>
                <w:noProof/>
                <w:szCs w:val="22"/>
              </w:rPr>
              <w:t>Hermes Alvarado Salas</w:t>
            </w:r>
          </w:p>
          <w:p w14:paraId="5A282011" w14:textId="3B0B78AD" w:rsidR="00B1236F" w:rsidRDefault="00B1236F" w:rsidP="00B1236F">
            <w:pPr>
              <w:spacing w:before="0" w:after="0" w:line="276" w:lineRule="auto"/>
              <w:jc w:val="center"/>
              <w:rPr>
                <w:rFonts w:asciiTheme="majorHAnsi" w:hAnsiTheme="majorHAnsi" w:cstheme="majorHAnsi"/>
                <w:noProof/>
                <w:szCs w:val="22"/>
              </w:rPr>
            </w:pPr>
            <w:r>
              <w:rPr>
                <w:rFonts w:asciiTheme="majorHAnsi" w:hAnsiTheme="majorHAnsi" w:cstheme="majorHAnsi"/>
                <w:noProof/>
                <w:szCs w:val="22"/>
              </w:rPr>
              <w:t>Superintendente</w:t>
            </w:r>
          </w:p>
          <w:p w14:paraId="7FAC6709" w14:textId="7FC52D4E" w:rsidR="00B1236F" w:rsidRPr="00B1236F" w:rsidRDefault="00B1236F" w:rsidP="00B1236F">
            <w:pPr>
              <w:spacing w:before="0" w:after="0" w:line="276" w:lineRule="auto"/>
              <w:jc w:val="center"/>
              <w:rPr>
                <w:rFonts w:asciiTheme="majorHAnsi" w:hAnsiTheme="majorHAnsi" w:cstheme="majorHAnsi"/>
                <w:b/>
                <w:bCs/>
                <w:noProof/>
                <w:szCs w:val="22"/>
              </w:rPr>
            </w:pPr>
            <w:r>
              <w:rPr>
                <w:rFonts w:asciiTheme="majorHAnsi" w:hAnsiTheme="majorHAnsi" w:cstheme="majorHAnsi"/>
                <w:b/>
                <w:bCs/>
                <w:noProof/>
                <w:szCs w:val="22"/>
              </w:rPr>
              <w:t>Superintendencia de Pensiones</w:t>
            </w:r>
          </w:p>
        </w:tc>
      </w:tr>
    </w:tbl>
    <w:p w14:paraId="36563F1B" w14:textId="77777777" w:rsidR="00B1236F" w:rsidRDefault="00B1236F" w:rsidP="00E35433">
      <w:pPr>
        <w:spacing w:before="0" w:after="0" w:line="276" w:lineRule="auto"/>
        <w:rPr>
          <w:rFonts w:ascii="Roboto" w:hAnsi="Roboto"/>
          <w:sz w:val="16"/>
          <w:szCs w:val="16"/>
        </w:rPr>
      </w:pPr>
    </w:p>
    <w:p w14:paraId="6B5E5BE2" w14:textId="415D60C5" w:rsidR="00E35433" w:rsidRPr="00E35433" w:rsidRDefault="00E35433" w:rsidP="00E35433">
      <w:pPr>
        <w:spacing w:before="0" w:after="0" w:line="276" w:lineRule="auto"/>
        <w:rPr>
          <w:rFonts w:ascii="Roboto" w:hAnsi="Roboto"/>
          <w:sz w:val="16"/>
          <w:szCs w:val="16"/>
        </w:rPr>
      </w:pPr>
      <w:r w:rsidRPr="00E35433">
        <w:rPr>
          <w:rFonts w:ascii="Roboto" w:hAnsi="Roboto"/>
          <w:sz w:val="16"/>
          <w:szCs w:val="16"/>
        </w:rPr>
        <w:t>JCM/GAA/MFC/JBA/</w:t>
      </w:r>
      <w:proofErr w:type="spellStart"/>
      <w:r w:rsidRPr="00E35433">
        <w:rPr>
          <w:rFonts w:ascii="Roboto" w:hAnsi="Roboto"/>
          <w:sz w:val="16"/>
          <w:szCs w:val="16"/>
        </w:rPr>
        <w:t>kfm</w:t>
      </w:r>
      <w:proofErr w:type="spellEnd"/>
      <w:r w:rsidRPr="00E35433">
        <w:rPr>
          <w:rFonts w:ascii="Roboto" w:hAnsi="Roboto"/>
          <w:sz w:val="16"/>
          <w:szCs w:val="16"/>
        </w:rPr>
        <w:t>/</w:t>
      </w:r>
      <w:proofErr w:type="spellStart"/>
      <w:r w:rsidRPr="00E35433">
        <w:rPr>
          <w:rFonts w:ascii="Roboto" w:hAnsi="Roboto"/>
          <w:sz w:val="16"/>
          <w:szCs w:val="16"/>
        </w:rPr>
        <w:t>pjp</w:t>
      </w:r>
      <w:proofErr w:type="spellEnd"/>
    </w:p>
    <w:p w14:paraId="18962654" w14:textId="18DE5283" w:rsidR="0088599E" w:rsidRPr="000124EB" w:rsidRDefault="0088599E" w:rsidP="00E35433">
      <w:pPr>
        <w:spacing w:before="0" w:after="0" w:line="240" w:lineRule="auto"/>
        <w:jc w:val="center"/>
        <w:rPr>
          <w:rFonts w:ascii="Roboto" w:hAnsi="Roboto"/>
          <w:szCs w:val="22"/>
        </w:rPr>
      </w:pPr>
    </w:p>
    <w:sectPr w:rsidR="0088599E" w:rsidRPr="000124EB" w:rsidSect="00363D82">
      <w:headerReference w:type="default" r:id="rId13"/>
      <w:footerReference w:type="even" r:id="rId14"/>
      <w:footerReference w:type="default" r:id="rId15"/>
      <w:headerReference w:type="first" r:id="rId16"/>
      <w:footerReference w:type="first" r:id="rId17"/>
      <w:pgSz w:w="12240" w:h="15840"/>
      <w:pgMar w:top="1843" w:right="1701" w:bottom="1701" w:left="1701" w:header="1247" w:footer="12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121D3" w14:textId="77777777" w:rsidR="000F215B" w:rsidRDefault="000F215B" w:rsidP="009349F3">
      <w:pPr>
        <w:spacing w:line="240" w:lineRule="auto"/>
      </w:pPr>
      <w:r>
        <w:separator/>
      </w:r>
    </w:p>
  </w:endnote>
  <w:endnote w:type="continuationSeparator" w:id="0">
    <w:p w14:paraId="3DC7E096" w14:textId="77777777" w:rsidR="000F215B" w:rsidRDefault="000F215B" w:rsidP="00934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01T">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36990731"/>
      <w:docPartObj>
        <w:docPartGallery w:val="Page Numbers (Bottom of Page)"/>
        <w:docPartUnique/>
      </w:docPartObj>
    </w:sdtPr>
    <w:sdtContent>
      <w:p w14:paraId="09BE7C6C" w14:textId="77777777" w:rsidR="003D3706" w:rsidRDefault="003D3706" w:rsidP="00F26B7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6BB7FB4C" w14:textId="77777777" w:rsidR="00F17C5B" w:rsidRDefault="00987AAD" w:rsidP="003D3706">
    <w:pPr>
      <w:pStyle w:val="Piedepgina"/>
      <w:ind w:right="360"/>
    </w:pPr>
    <w:r>
      <w:rPr>
        <w:noProof/>
      </w:rPr>
      <mc:AlternateContent>
        <mc:Choice Requires="wps">
          <w:drawing>
            <wp:anchor distT="0" distB="0" distL="0" distR="0" simplePos="0" relativeHeight="251658240" behindDoc="0" locked="0" layoutInCell="1" allowOverlap="1" wp14:anchorId="51057EE1" wp14:editId="7D65CC8B">
              <wp:simplePos x="635" y="635"/>
              <wp:positionH relativeFrom="page">
                <wp:align>center</wp:align>
              </wp:positionH>
              <wp:positionV relativeFrom="page">
                <wp:align>bottom</wp:align>
              </wp:positionV>
              <wp:extent cx="378460" cy="345440"/>
              <wp:effectExtent l="0" t="0" r="2540" b="0"/>
              <wp:wrapNone/>
              <wp:docPr id="743811236" name="Cuadro de texto 5"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45440"/>
                      </a:xfrm>
                      <a:prstGeom prst="rect">
                        <a:avLst/>
                      </a:prstGeom>
                      <a:noFill/>
                      <a:ln>
                        <a:noFill/>
                      </a:ln>
                    </wps:spPr>
                    <wps:txbx>
                      <w:txbxContent>
                        <w:p w14:paraId="535C5B9E"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057EE1" id="_x0000_t202" coordsize="21600,21600" o:spt="202" path="m,l,21600r21600,l21600,xe">
              <v:stroke joinstyle="miter"/>
              <v:path gradientshapeok="t" o:connecttype="rect"/>
            </v:shapetype>
            <v:shape id="Cuadro de texto 5" o:spid="_x0000_s1026" type="#_x0000_t202" alt="Público" style="position:absolute;left:0;text-align:left;margin-left:0;margin-top:0;width:29.8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" filled="f" stroked="f">
              <v:textbox style="mso-fit-shape-to-text:t" inset="0,0,0,15pt">
                <w:txbxContent>
                  <w:p w14:paraId="535C5B9E"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4"/>
      <w:gridCol w:w="1923"/>
      <w:gridCol w:w="2268"/>
      <w:gridCol w:w="2268"/>
      <w:gridCol w:w="3969"/>
    </w:tblGrid>
    <w:tr w:rsidR="00121E48" w:rsidRPr="003A12C6" w14:paraId="022B00B6" w14:textId="77777777" w:rsidTr="008D55B6">
      <w:trPr>
        <w:trHeight w:val="412"/>
        <w:jc w:val="center"/>
      </w:trPr>
      <w:tc>
        <w:tcPr>
          <w:tcW w:w="2127" w:type="dxa"/>
          <w:gridSpan w:val="2"/>
          <w:vAlign w:val="center"/>
        </w:tcPr>
        <w:p w14:paraId="3A7AD58E" w14:textId="77777777" w:rsidR="00121E48" w:rsidRPr="00764B98" w:rsidRDefault="00121E48" w:rsidP="00121E48">
          <w:pPr>
            <w:spacing w:before="0" w:after="0"/>
            <w:jc w:val="center"/>
            <w:rPr>
              <w:rFonts w:ascii="Arial" w:hAnsi="Arial" w:cs="Arial"/>
              <w:noProof/>
              <w:color w:val="262626" w:themeColor="text1" w:themeTint="D9"/>
              <w:sz w:val="16"/>
              <w:szCs w:val="16"/>
            </w:rPr>
          </w:pPr>
          <w:r w:rsidRPr="00764B98">
            <w:rPr>
              <w:rFonts w:ascii="Arial" w:hAnsi="Arial" w:cs="Arial"/>
              <w:color w:val="0D0D0D" w:themeColor="text1" w:themeTint="F2"/>
              <w:sz w:val="16"/>
              <w:szCs w:val="16"/>
            </w:rPr>
            <w:t xml:space="preserve">Página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PAGE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2</w:t>
          </w:r>
          <w:r w:rsidRPr="00764B98">
            <w:rPr>
              <w:rFonts w:ascii="Arial" w:hAnsi="Arial" w:cs="Arial"/>
              <w:b/>
              <w:bCs/>
              <w:color w:val="0D0D0D" w:themeColor="text1" w:themeTint="F2"/>
              <w:sz w:val="16"/>
              <w:szCs w:val="16"/>
            </w:rPr>
            <w:fldChar w:fldCharType="end"/>
          </w:r>
          <w:r w:rsidRPr="00764B98">
            <w:rPr>
              <w:rFonts w:ascii="Arial" w:hAnsi="Arial" w:cs="Arial"/>
              <w:color w:val="0D0D0D" w:themeColor="text1" w:themeTint="F2"/>
              <w:sz w:val="16"/>
              <w:szCs w:val="16"/>
            </w:rPr>
            <w:t xml:space="preserve"> de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NUMPAGES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2</w:t>
          </w:r>
          <w:r w:rsidRPr="00764B98">
            <w:rPr>
              <w:rFonts w:ascii="Arial" w:hAnsi="Arial" w:cs="Arial"/>
              <w:b/>
              <w:bCs/>
              <w:color w:val="0D0D0D" w:themeColor="text1" w:themeTint="F2"/>
              <w:sz w:val="16"/>
              <w:szCs w:val="16"/>
            </w:rPr>
            <w:fldChar w:fldCharType="end"/>
          </w:r>
        </w:p>
      </w:tc>
      <w:tc>
        <w:tcPr>
          <w:tcW w:w="2268" w:type="dxa"/>
          <w:vAlign w:val="center"/>
        </w:tcPr>
        <w:p w14:paraId="155F76F7"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2268" w:type="dxa"/>
          <w:vAlign w:val="center"/>
        </w:tcPr>
        <w:p w14:paraId="0A63950F"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3969" w:type="dxa"/>
          <w:vAlign w:val="center"/>
        </w:tcPr>
        <w:p w14:paraId="295A2430" w14:textId="77777777" w:rsidR="00121E48" w:rsidRPr="00CF477D" w:rsidRDefault="00000000" w:rsidP="00121E48">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565417452"/>
              <w:placeholder>
                <w:docPart w:val="033395312525402F903E8B82594D48F2"/>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121E48" w:rsidRPr="00764B98">
                <w:rPr>
                  <w:rFonts w:ascii="Arial" w:hAnsi="Arial" w:cs="Arial"/>
                  <w:color w:val="0D0D0D" w:themeColor="text1" w:themeTint="F2"/>
                  <w:sz w:val="16"/>
                  <w:szCs w:val="16"/>
                </w:rPr>
                <w:t>Público</w:t>
              </w:r>
            </w:sdtContent>
          </w:sdt>
        </w:p>
      </w:tc>
    </w:tr>
    <w:tr w:rsidR="00121E48" w:rsidRPr="003A12C6" w14:paraId="5887C33B" w14:textId="77777777" w:rsidTr="00FD2389">
      <w:trPr>
        <w:trHeight w:val="412"/>
        <w:jc w:val="center"/>
      </w:trPr>
      <w:tc>
        <w:tcPr>
          <w:tcW w:w="10632" w:type="dxa"/>
          <w:gridSpan w:val="5"/>
          <w:vAlign w:val="center"/>
        </w:tcPr>
        <w:p w14:paraId="46C6ED3B" w14:textId="77777777" w:rsidR="00121E48" w:rsidRPr="00E829C8" w:rsidRDefault="00121E48" w:rsidP="00121E48">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58245" behindDoc="0" locked="0" layoutInCell="1" allowOverlap="1" wp14:anchorId="743C521D" wp14:editId="492723DC">
                    <wp:simplePos x="0" y="0"/>
                    <wp:positionH relativeFrom="column">
                      <wp:posOffset>10160</wp:posOffset>
                    </wp:positionH>
                    <wp:positionV relativeFrom="paragraph">
                      <wp:posOffset>109855</wp:posOffset>
                    </wp:positionV>
                    <wp:extent cx="6610350" cy="45085"/>
                    <wp:effectExtent l="0" t="0" r="0" b="0"/>
                    <wp:wrapNone/>
                    <wp:docPr id="552809930"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4F07F2CC">
                    <v:stroke miterlimit="83231f" joinstyle="miter"/>
                    <v:path textboxrect="0,0,6102972,45085" arrowok="t"/>
                  </v:shape>
                </w:pict>
              </mc:Fallback>
            </mc:AlternateContent>
          </w:r>
        </w:p>
      </w:tc>
    </w:tr>
    <w:tr w:rsidR="00FD2389" w:rsidRPr="003A12C6" w14:paraId="071428AC" w14:textId="77777777" w:rsidTr="008D55B6">
      <w:trPr>
        <w:gridBefore w:val="1"/>
        <w:wBefore w:w="204" w:type="dxa"/>
        <w:trHeight w:val="567"/>
        <w:jc w:val="center"/>
      </w:trPr>
      <w:tc>
        <w:tcPr>
          <w:tcW w:w="1923" w:type="dxa"/>
          <w:vAlign w:val="center"/>
        </w:tcPr>
        <w:p w14:paraId="6B599442" w14:textId="77777777" w:rsidR="00FD2389" w:rsidRDefault="00FD2389" w:rsidP="00FD2389">
          <w:pPr>
            <w:spacing w:before="0" w:after="0"/>
            <w:jc w:val="left"/>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58251" behindDoc="1" locked="0" layoutInCell="1" allowOverlap="1" wp14:anchorId="67D7F4CE" wp14:editId="62D77B18">
                <wp:simplePos x="0" y="0"/>
                <wp:positionH relativeFrom="column">
                  <wp:posOffset>500380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1534260009"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6699A268" w14:textId="77777777" w:rsidR="00FD2389" w:rsidRPr="00AD6490" w:rsidRDefault="00FD2389" w:rsidP="00FD2389">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2" behindDoc="1" locked="0" layoutInCell="1" allowOverlap="1" wp14:anchorId="5A16F950" wp14:editId="3E676561">
                <wp:simplePos x="0" y="0"/>
                <wp:positionH relativeFrom="column">
                  <wp:posOffset>528955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037502044"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2EF8687E" w14:textId="77777777" w:rsidR="00FD2389" w:rsidRDefault="00FD2389" w:rsidP="00FD2389">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3" behindDoc="1" locked="0" layoutInCell="1" allowOverlap="1" wp14:anchorId="31D65312" wp14:editId="063DB40E">
                <wp:simplePos x="0" y="0"/>
                <wp:positionH relativeFrom="column">
                  <wp:posOffset>489585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382004427"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3969" w:type="dxa"/>
        </w:tcPr>
        <w:p w14:paraId="0ACD7528" w14:textId="77777777" w:rsidR="00FD2389" w:rsidRPr="00AD6490" w:rsidRDefault="00FD2389" w:rsidP="00FD2389">
          <w:pPr>
            <w:spacing w:before="0" w:after="0"/>
            <w:jc w:val="left"/>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4" behindDoc="1" locked="0" layoutInCell="1" allowOverlap="1" wp14:anchorId="648DBA0C" wp14:editId="2C275652">
                <wp:simplePos x="0" y="0"/>
                <wp:positionH relativeFrom="column">
                  <wp:posOffset>922020</wp:posOffset>
                </wp:positionH>
                <wp:positionV relativeFrom="paragraph">
                  <wp:posOffset>106680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669035733"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FD2389" w:rsidRPr="003A12C6" w14:paraId="66C65482" w14:textId="77777777" w:rsidTr="008D55B6">
      <w:trPr>
        <w:gridBefore w:val="1"/>
        <w:wBefore w:w="204" w:type="dxa"/>
        <w:trHeight w:val="720"/>
        <w:jc w:val="center"/>
      </w:trPr>
      <w:tc>
        <w:tcPr>
          <w:tcW w:w="1923" w:type="dxa"/>
        </w:tcPr>
        <w:p w14:paraId="2B68F73F"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442120039"/>
              <w:placeholder>
                <w:docPart w:val="A6660D59152849018CECE2841C4246F8"/>
              </w:placeholder>
              <w:temporary/>
              <w:text/>
            </w:sdtPr>
            <w:sdtContent>
              <w:r w:rsidR="00FD2389" w:rsidRPr="0045250D">
                <w:rPr>
                  <w:rFonts w:ascii="Arial" w:hAnsi="Arial" w:cs="Arial"/>
                  <w:noProof/>
                  <w:color w:val="44546A" w:themeColor="text2"/>
                  <w:sz w:val="16"/>
                  <w:szCs w:val="16"/>
                  <w:lang w:bidi="es-ES"/>
                </w:rPr>
                <w:t>sugefcr@sugef.fi.cr</w:t>
              </w:r>
            </w:sdtContent>
          </w:sdt>
        </w:p>
      </w:tc>
      <w:tc>
        <w:tcPr>
          <w:tcW w:w="2268" w:type="dxa"/>
        </w:tcPr>
        <w:p w14:paraId="74E1FE88"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213232884"/>
              <w:placeholder>
                <w:docPart w:val="A6660D59152849018CECE2841C4246F8"/>
              </w:placeholder>
              <w:temporary/>
              <w:text/>
            </w:sdtPr>
            <w:sdtContent>
              <w:r w:rsidR="00FD2389" w:rsidRPr="00CC2B85">
                <w:rPr>
                  <w:rFonts w:ascii="Arial" w:hAnsi="Arial" w:cs="Arial"/>
                  <w:noProof/>
                  <w:color w:val="44546A" w:themeColor="text2"/>
                  <w:sz w:val="16"/>
                  <w:szCs w:val="16"/>
                  <w:lang w:bidi="es-ES"/>
                </w:rPr>
                <w:t>(506)-2243-4848</w:t>
              </w:r>
            </w:sdtContent>
          </w:sdt>
        </w:p>
      </w:tc>
      <w:tc>
        <w:tcPr>
          <w:tcW w:w="2268" w:type="dxa"/>
        </w:tcPr>
        <w:p w14:paraId="1CEE8EA9"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1809304808"/>
              <w:placeholder>
                <w:docPart w:val="A6660D59152849018CECE2841C4246F8"/>
              </w:placeholder>
              <w:temporary/>
              <w:text/>
            </w:sdtPr>
            <w:sdtContent>
              <w:r w:rsidR="00FD2389" w:rsidRPr="007041AA">
                <w:rPr>
                  <w:rFonts w:ascii="Arial" w:hAnsi="Arial" w:cs="Arial"/>
                  <w:noProof/>
                  <w:color w:val="44546A" w:themeColor="text2"/>
                  <w:sz w:val="16"/>
                  <w:szCs w:val="16"/>
                  <w:lang w:bidi="es-ES"/>
                </w:rPr>
                <w:t>https://www.sugef.fi.cr</w:t>
              </w:r>
            </w:sdtContent>
          </w:sdt>
        </w:p>
      </w:tc>
      <w:tc>
        <w:tcPr>
          <w:tcW w:w="3969" w:type="dxa"/>
        </w:tcPr>
        <w:p w14:paraId="06E3A890" w14:textId="77777777" w:rsidR="00FD2389"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2016960150"/>
              <w:placeholder>
                <w:docPart w:val="A6660D59152849018CECE2841C4246F8"/>
              </w:placeholder>
              <w:temporary/>
              <w:text w:multiLine="1"/>
            </w:sdtPr>
            <w:sdtContent>
              <w:r w:rsidR="00FD2389" w:rsidRPr="005C74D3">
                <w:rPr>
                  <w:rFonts w:ascii="Arial" w:hAnsi="Arial" w:cs="Arial"/>
                  <w:noProof/>
                  <w:color w:val="44546A" w:themeColor="text2"/>
                  <w:sz w:val="16"/>
                  <w:szCs w:val="16"/>
                  <w:lang w:bidi="es-ES"/>
                </w:rPr>
                <w:t>Av. 13 y 17, calle 3a, Barrio Tournón, San José</w:t>
              </w:r>
            </w:sdtContent>
          </w:sdt>
        </w:p>
      </w:tc>
    </w:tr>
    <w:tr w:rsidR="00FD2389" w:rsidRPr="003A12C6" w14:paraId="7C02A21D" w14:textId="77777777" w:rsidTr="008D55B6">
      <w:trPr>
        <w:gridBefore w:val="1"/>
        <w:wBefore w:w="204" w:type="dxa"/>
        <w:trHeight w:val="444"/>
        <w:jc w:val="center"/>
      </w:trPr>
      <w:tc>
        <w:tcPr>
          <w:tcW w:w="1923" w:type="dxa"/>
          <w:vAlign w:val="center"/>
        </w:tcPr>
        <w:p w14:paraId="61A4E1E8" w14:textId="77777777" w:rsidR="00FD2389" w:rsidRPr="002C5114" w:rsidRDefault="00FD2389" w:rsidP="00FD2389">
          <w:pPr>
            <w:spacing w:before="0" w:after="0"/>
            <w:jc w:val="left"/>
            <w:rPr>
              <w:noProof/>
            </w:rPr>
          </w:pPr>
        </w:p>
      </w:tc>
      <w:tc>
        <w:tcPr>
          <w:tcW w:w="2268" w:type="dxa"/>
          <w:vAlign w:val="center"/>
        </w:tcPr>
        <w:p w14:paraId="0D7B6397" w14:textId="77777777" w:rsidR="00FD2389" w:rsidRPr="0001267A" w:rsidRDefault="00FD2389" w:rsidP="00FD2389">
          <w:pPr>
            <w:spacing w:before="0" w:after="0"/>
            <w:jc w:val="left"/>
            <w:rPr>
              <w:noProof/>
            </w:rPr>
          </w:pPr>
        </w:p>
      </w:tc>
      <w:tc>
        <w:tcPr>
          <w:tcW w:w="2268" w:type="dxa"/>
          <w:vAlign w:val="center"/>
        </w:tcPr>
        <w:p w14:paraId="51A85752" w14:textId="77777777" w:rsidR="00FD2389" w:rsidRPr="00A820E1" w:rsidRDefault="00FD2389" w:rsidP="00FD2389">
          <w:pPr>
            <w:spacing w:before="0" w:after="0"/>
            <w:jc w:val="left"/>
            <w:rPr>
              <w:rFonts w:ascii="Arial" w:hAnsi="Arial" w:cs="Arial"/>
              <w:b/>
              <w:bCs/>
              <w:noProof/>
              <w:color w:val="44546A" w:themeColor="text2"/>
              <w:sz w:val="16"/>
              <w:szCs w:val="16"/>
              <w:lang w:bidi="es-ES"/>
            </w:rPr>
          </w:pPr>
        </w:p>
      </w:tc>
      <w:sdt>
        <w:sdtPr>
          <w:rPr>
            <w:rFonts w:ascii="Arial" w:hAnsi="Arial" w:cs="Arial"/>
            <w:b/>
            <w:bCs/>
            <w:color w:val="44546A" w:themeColor="text2"/>
            <w:sz w:val="16"/>
            <w:szCs w:val="16"/>
            <w:lang w:bidi="es-ES"/>
          </w:rPr>
          <w:alias w:val="Consecutivo"/>
          <w:tag w:val="Consecutivo"/>
          <w:id w:val="-1332674139"/>
          <w:placeholder>
            <w:docPart w:val="A6660D59152849018CECE2841C4246F8"/>
          </w:placeholder>
          <w:temporary/>
          <w:text/>
        </w:sdtPr>
        <w:sdtContent>
          <w:tc>
            <w:tcPr>
              <w:tcW w:w="3969" w:type="dxa"/>
            </w:tcPr>
            <w:p w14:paraId="422AB8DC" w14:textId="77777777" w:rsidR="00FD2389" w:rsidRPr="00597860" w:rsidRDefault="00FD2389" w:rsidP="00FD2389">
              <w:pPr>
                <w:spacing w:before="0" w:after="0"/>
                <w:jc w:val="right"/>
                <w:rPr>
                  <w:rFonts w:ascii="Arial" w:hAnsi="Arial" w:cs="Arial"/>
                  <w:b/>
                  <w:bCs/>
                  <w:color w:val="44546A" w:themeColor="text2"/>
                  <w:sz w:val="16"/>
                  <w:szCs w:val="16"/>
                  <w:lang w:bidi="es-ES"/>
                </w:rPr>
              </w:pPr>
              <w:r>
                <w:rPr>
                  <w:rFonts w:ascii="Arial" w:hAnsi="Arial" w:cs="Arial"/>
                  <w:b/>
                  <w:bCs/>
                  <w:color w:val="44546A" w:themeColor="text2"/>
                  <w:sz w:val="16"/>
                  <w:szCs w:val="16"/>
                  <w:lang w:bidi="es-ES"/>
                </w:rPr>
                <w:t>SGF-RES-0021-2026</w:t>
              </w:r>
            </w:p>
          </w:tc>
        </w:sdtContent>
      </w:sdt>
    </w:tr>
  </w:tbl>
  <w:p w14:paraId="0C123CB5" w14:textId="77777777" w:rsidR="00BA0B9B" w:rsidRPr="00121E48" w:rsidRDefault="00121E48" w:rsidP="00121E48">
    <w:pPr>
      <w:pStyle w:val="Piedepgina"/>
      <w:spacing w:before="0" w:after="0"/>
    </w:pPr>
    <w:r>
      <w:rPr>
        <w:rFonts w:ascii="Roboto" w:hAnsi="Roboto"/>
        <w:noProof/>
        <w:sz w:val="24"/>
      </w:rPr>
      <w:drawing>
        <wp:anchor distT="0" distB="0" distL="114300" distR="114300" simplePos="0" relativeHeight="251658246" behindDoc="1" locked="0" layoutInCell="1" allowOverlap="1" wp14:anchorId="07CA1A47" wp14:editId="6F5ED28F">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323747898"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5"/>
      <w:gridCol w:w="1922"/>
      <w:gridCol w:w="2268"/>
      <w:gridCol w:w="2268"/>
      <w:gridCol w:w="3969"/>
    </w:tblGrid>
    <w:tr w:rsidR="00121E48" w:rsidRPr="003A12C6" w14:paraId="0F4A4825" w14:textId="77777777" w:rsidTr="005110E8">
      <w:trPr>
        <w:trHeight w:val="412"/>
        <w:jc w:val="center"/>
      </w:trPr>
      <w:tc>
        <w:tcPr>
          <w:tcW w:w="2127" w:type="dxa"/>
          <w:gridSpan w:val="2"/>
          <w:vAlign w:val="center"/>
        </w:tcPr>
        <w:p w14:paraId="2D49AA14" w14:textId="77777777" w:rsidR="00121E48" w:rsidRPr="00764B98" w:rsidRDefault="00121E48" w:rsidP="00121E48">
          <w:pPr>
            <w:spacing w:before="0" w:after="0"/>
            <w:jc w:val="center"/>
            <w:rPr>
              <w:rFonts w:ascii="Arial" w:hAnsi="Arial" w:cs="Arial"/>
              <w:noProof/>
              <w:color w:val="262626" w:themeColor="text1" w:themeTint="D9"/>
              <w:sz w:val="16"/>
              <w:szCs w:val="16"/>
            </w:rPr>
          </w:pPr>
          <w:r w:rsidRPr="00764B98">
            <w:rPr>
              <w:rFonts w:ascii="Arial" w:hAnsi="Arial" w:cs="Arial"/>
              <w:color w:val="0D0D0D" w:themeColor="text1" w:themeTint="F2"/>
              <w:sz w:val="16"/>
              <w:szCs w:val="16"/>
            </w:rPr>
            <w:t xml:space="preserve">Página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PAGE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1</w:t>
          </w:r>
          <w:r w:rsidRPr="00764B98">
            <w:rPr>
              <w:rFonts w:ascii="Arial" w:hAnsi="Arial" w:cs="Arial"/>
              <w:b/>
              <w:bCs/>
              <w:color w:val="0D0D0D" w:themeColor="text1" w:themeTint="F2"/>
              <w:sz w:val="16"/>
              <w:szCs w:val="16"/>
            </w:rPr>
            <w:fldChar w:fldCharType="end"/>
          </w:r>
          <w:r w:rsidRPr="00764B98">
            <w:rPr>
              <w:rFonts w:ascii="Arial" w:hAnsi="Arial" w:cs="Arial"/>
              <w:color w:val="0D0D0D" w:themeColor="text1" w:themeTint="F2"/>
              <w:sz w:val="16"/>
              <w:szCs w:val="16"/>
            </w:rPr>
            <w:t xml:space="preserve"> de </w:t>
          </w:r>
          <w:r w:rsidRPr="00764B98">
            <w:rPr>
              <w:rFonts w:ascii="Arial" w:hAnsi="Arial" w:cs="Arial"/>
              <w:b/>
              <w:bCs/>
              <w:color w:val="0D0D0D" w:themeColor="text1" w:themeTint="F2"/>
              <w:sz w:val="16"/>
              <w:szCs w:val="16"/>
            </w:rPr>
            <w:fldChar w:fldCharType="begin"/>
          </w:r>
          <w:r w:rsidRPr="00764B98">
            <w:rPr>
              <w:rFonts w:ascii="Arial" w:hAnsi="Arial" w:cs="Arial"/>
              <w:b/>
              <w:bCs/>
              <w:color w:val="0D0D0D" w:themeColor="text1" w:themeTint="F2"/>
              <w:sz w:val="16"/>
              <w:szCs w:val="16"/>
            </w:rPr>
            <w:instrText>NUMPAGES  \* Arabic  \* MERGEFORMAT</w:instrText>
          </w:r>
          <w:r w:rsidRPr="00764B98">
            <w:rPr>
              <w:rFonts w:ascii="Arial" w:hAnsi="Arial" w:cs="Arial"/>
              <w:b/>
              <w:bCs/>
              <w:color w:val="0D0D0D" w:themeColor="text1" w:themeTint="F2"/>
              <w:sz w:val="16"/>
              <w:szCs w:val="16"/>
            </w:rPr>
            <w:fldChar w:fldCharType="separate"/>
          </w:r>
          <w:r w:rsidRPr="00764B98">
            <w:rPr>
              <w:rFonts w:ascii="Arial" w:hAnsi="Arial" w:cs="Arial"/>
              <w:b/>
              <w:bCs/>
              <w:color w:val="0D0D0D" w:themeColor="text1" w:themeTint="F2"/>
              <w:sz w:val="16"/>
              <w:szCs w:val="16"/>
            </w:rPr>
            <w:t>2</w:t>
          </w:r>
          <w:r w:rsidRPr="00764B98">
            <w:rPr>
              <w:rFonts w:ascii="Arial" w:hAnsi="Arial" w:cs="Arial"/>
              <w:b/>
              <w:bCs/>
              <w:color w:val="0D0D0D" w:themeColor="text1" w:themeTint="F2"/>
              <w:sz w:val="16"/>
              <w:szCs w:val="16"/>
            </w:rPr>
            <w:fldChar w:fldCharType="end"/>
          </w:r>
        </w:p>
      </w:tc>
      <w:tc>
        <w:tcPr>
          <w:tcW w:w="2268" w:type="dxa"/>
          <w:vAlign w:val="center"/>
        </w:tcPr>
        <w:p w14:paraId="7E0E7C88"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2268" w:type="dxa"/>
          <w:vAlign w:val="center"/>
        </w:tcPr>
        <w:p w14:paraId="0CCC6140" w14:textId="77777777" w:rsidR="00121E48" w:rsidRPr="00CF477D" w:rsidRDefault="00121E48" w:rsidP="00121E48">
          <w:pPr>
            <w:spacing w:before="0" w:after="0"/>
            <w:jc w:val="center"/>
            <w:rPr>
              <w:rFonts w:ascii="Arial" w:hAnsi="Arial" w:cs="Arial"/>
              <w:noProof/>
              <w:color w:val="262626" w:themeColor="text1" w:themeTint="D9"/>
              <w:szCs w:val="22"/>
            </w:rPr>
          </w:pPr>
        </w:p>
      </w:tc>
      <w:tc>
        <w:tcPr>
          <w:tcW w:w="3969" w:type="dxa"/>
          <w:vAlign w:val="center"/>
        </w:tcPr>
        <w:p w14:paraId="17BB80D6" w14:textId="77777777" w:rsidR="00121E48" w:rsidRPr="00CF477D" w:rsidRDefault="00000000" w:rsidP="00121E48">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208307041"/>
              <w:placeholder>
                <w:docPart w:val="A80EEA89FC1D4759A5F2AF3C7D9788CF"/>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121E48" w:rsidRPr="00764B98">
                <w:rPr>
                  <w:rFonts w:ascii="Arial" w:hAnsi="Arial" w:cs="Arial"/>
                  <w:color w:val="0D0D0D" w:themeColor="text1" w:themeTint="F2"/>
                  <w:sz w:val="16"/>
                  <w:szCs w:val="16"/>
                </w:rPr>
                <w:t>Público</w:t>
              </w:r>
            </w:sdtContent>
          </w:sdt>
        </w:p>
      </w:tc>
    </w:tr>
    <w:tr w:rsidR="00121E48" w:rsidRPr="003A12C6" w14:paraId="35C15F94" w14:textId="77777777" w:rsidTr="00FD2389">
      <w:trPr>
        <w:trHeight w:val="412"/>
        <w:jc w:val="center"/>
      </w:trPr>
      <w:tc>
        <w:tcPr>
          <w:tcW w:w="10632" w:type="dxa"/>
          <w:gridSpan w:val="5"/>
          <w:vAlign w:val="center"/>
        </w:tcPr>
        <w:p w14:paraId="2FBE61F9" w14:textId="77777777" w:rsidR="00121E48" w:rsidRPr="00E829C8" w:rsidRDefault="00121E48" w:rsidP="00121E48">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58243" behindDoc="0" locked="0" layoutInCell="1" allowOverlap="1" wp14:anchorId="29C611FE" wp14:editId="2EACF8AF">
                    <wp:simplePos x="0" y="0"/>
                    <wp:positionH relativeFrom="column">
                      <wp:posOffset>10160</wp:posOffset>
                    </wp:positionH>
                    <wp:positionV relativeFrom="paragraph">
                      <wp:posOffset>109855</wp:posOffset>
                    </wp:positionV>
                    <wp:extent cx="6610350" cy="45085"/>
                    <wp:effectExtent l="0" t="0" r="0" b="0"/>
                    <wp:wrapNone/>
                    <wp:docPr id="493583711"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7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71927EA4">
                    <v:stroke miterlimit="83231f" joinstyle="miter"/>
                    <v:path textboxrect="0,0,6102972,45085" arrowok="t"/>
                  </v:shape>
                </w:pict>
              </mc:Fallback>
            </mc:AlternateContent>
          </w:r>
        </w:p>
      </w:tc>
    </w:tr>
    <w:tr w:rsidR="00FD2389" w:rsidRPr="003A12C6" w14:paraId="09C79202" w14:textId="77777777" w:rsidTr="008D55B6">
      <w:trPr>
        <w:gridBefore w:val="1"/>
        <w:wBefore w:w="205" w:type="dxa"/>
        <w:trHeight w:val="567"/>
        <w:jc w:val="center"/>
      </w:trPr>
      <w:tc>
        <w:tcPr>
          <w:tcW w:w="1922" w:type="dxa"/>
          <w:vAlign w:val="center"/>
        </w:tcPr>
        <w:p w14:paraId="567C8D9A" w14:textId="77777777" w:rsidR="00FD2389" w:rsidRDefault="00FD2389" w:rsidP="00FD2389">
          <w:pPr>
            <w:spacing w:before="0" w:after="0"/>
            <w:jc w:val="center"/>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58247" behindDoc="1" locked="0" layoutInCell="1" allowOverlap="1" wp14:anchorId="7BEA5DA2" wp14:editId="0FDA9339">
                <wp:simplePos x="0" y="0"/>
                <wp:positionH relativeFrom="column">
                  <wp:posOffset>500380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1616682608"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035128D0" w14:textId="77777777" w:rsidR="00FD2389" w:rsidRPr="00AD6490" w:rsidRDefault="00FD2389" w:rsidP="00FD2389">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49" behindDoc="1" locked="0" layoutInCell="1" allowOverlap="1" wp14:anchorId="54C772C7" wp14:editId="7C7AD8C2">
                <wp:simplePos x="0" y="0"/>
                <wp:positionH relativeFrom="column">
                  <wp:posOffset>528955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822815952"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5B975B33" w14:textId="77777777" w:rsidR="00FD2389" w:rsidRPr="00AD6490" w:rsidRDefault="00FD2389" w:rsidP="00FD2389">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48" behindDoc="1" locked="0" layoutInCell="1" allowOverlap="1" wp14:anchorId="0BDE1714" wp14:editId="664B9408">
                <wp:simplePos x="0" y="0"/>
                <wp:positionH relativeFrom="column">
                  <wp:posOffset>489585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518959613"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3969" w:type="dxa"/>
        </w:tcPr>
        <w:p w14:paraId="589290BD" w14:textId="77777777" w:rsidR="00FD2389" w:rsidRPr="00AD6490" w:rsidRDefault="00FD2389" w:rsidP="00FD2389">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0" behindDoc="1" locked="0" layoutInCell="1" allowOverlap="1" wp14:anchorId="7F9A6B8C" wp14:editId="14E1C7D5">
                <wp:simplePos x="0" y="0"/>
                <wp:positionH relativeFrom="column">
                  <wp:posOffset>922020</wp:posOffset>
                </wp:positionH>
                <wp:positionV relativeFrom="paragraph">
                  <wp:posOffset>106680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120394864"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121E48" w:rsidRPr="003A12C6" w14:paraId="341D39A7" w14:textId="77777777" w:rsidTr="008D55B6">
      <w:trPr>
        <w:gridBefore w:val="1"/>
        <w:wBefore w:w="205" w:type="dxa"/>
        <w:trHeight w:val="720"/>
        <w:jc w:val="center"/>
      </w:trPr>
      <w:tc>
        <w:tcPr>
          <w:tcW w:w="1922" w:type="dxa"/>
        </w:tcPr>
        <w:p w14:paraId="4839070E"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534973392"/>
              <w:placeholder>
                <w:docPart w:val="8744CFEC20384CA69F5B0A699537BBFE"/>
              </w:placeholder>
              <w:text/>
            </w:sdtPr>
            <w:sdtContent>
              <w:r w:rsidR="00121E48" w:rsidRPr="00EB2D24">
                <w:rPr>
                  <w:rFonts w:ascii="Arial" w:hAnsi="Arial" w:cs="Arial"/>
                  <w:noProof/>
                  <w:color w:val="44546A" w:themeColor="text2"/>
                  <w:sz w:val="16"/>
                  <w:szCs w:val="16"/>
                  <w:lang w:bidi="es-ES"/>
                </w:rPr>
                <w:t>sugefcr@sugef.fi.cr</w:t>
              </w:r>
            </w:sdtContent>
          </w:sdt>
        </w:p>
      </w:tc>
      <w:tc>
        <w:tcPr>
          <w:tcW w:w="2268" w:type="dxa"/>
        </w:tcPr>
        <w:p w14:paraId="4ED083FE"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961568027"/>
              <w:placeholder>
                <w:docPart w:val="8744CFEC20384CA69F5B0A699537BBFE"/>
              </w:placeholder>
              <w:text/>
            </w:sdtPr>
            <w:sdtContent>
              <w:r w:rsidR="00121E48" w:rsidRPr="00D663C1">
                <w:rPr>
                  <w:rFonts w:ascii="Arial" w:hAnsi="Arial" w:cs="Arial"/>
                  <w:noProof/>
                  <w:color w:val="44546A" w:themeColor="text2"/>
                  <w:sz w:val="16"/>
                  <w:szCs w:val="16"/>
                  <w:lang w:bidi="es-ES"/>
                </w:rPr>
                <w:t>(506)-2243-4848</w:t>
              </w:r>
            </w:sdtContent>
          </w:sdt>
        </w:p>
      </w:tc>
      <w:tc>
        <w:tcPr>
          <w:tcW w:w="2268" w:type="dxa"/>
        </w:tcPr>
        <w:p w14:paraId="3064944C"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998462331"/>
              <w:placeholder>
                <w:docPart w:val="A4C1489DAC464959A985A33EE720A5A6"/>
              </w:placeholder>
              <w:text/>
            </w:sdtPr>
            <w:sdtContent>
              <w:r w:rsidR="00121E48" w:rsidRPr="00AD6490">
                <w:rPr>
                  <w:rFonts w:ascii="Arial" w:hAnsi="Arial" w:cs="Arial"/>
                  <w:noProof/>
                  <w:color w:val="44546A" w:themeColor="text2"/>
                  <w:sz w:val="16"/>
                  <w:szCs w:val="16"/>
                  <w:lang w:bidi="es-ES"/>
                </w:rPr>
                <w:t>https://www.sugef.fi.cr</w:t>
              </w:r>
            </w:sdtContent>
          </w:sdt>
        </w:p>
      </w:tc>
      <w:tc>
        <w:tcPr>
          <w:tcW w:w="3969" w:type="dxa"/>
        </w:tcPr>
        <w:p w14:paraId="1D99E61A" w14:textId="77777777" w:rsidR="00121E48" w:rsidRPr="00AD6490" w:rsidRDefault="00000000" w:rsidP="00FD2389">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1702084135"/>
              <w:placeholder>
                <w:docPart w:val="8744CFEC20384CA69F5B0A699537BBFE"/>
              </w:placeholder>
              <w:text w:multiLine="1"/>
            </w:sdtPr>
            <w:sdtContent>
              <w:r w:rsidR="00121E48" w:rsidRPr="001378ED">
                <w:rPr>
                  <w:rFonts w:ascii="Arial" w:hAnsi="Arial" w:cs="Arial"/>
                  <w:noProof/>
                  <w:color w:val="44546A" w:themeColor="text2"/>
                  <w:sz w:val="16"/>
                  <w:szCs w:val="16"/>
                  <w:lang w:bidi="es-ES"/>
                </w:rPr>
                <w:t>Av. 13 y 17, calle 3a, Barrio Tournón, San José</w:t>
              </w:r>
            </w:sdtContent>
          </w:sdt>
        </w:p>
      </w:tc>
    </w:tr>
  </w:tbl>
  <w:p w14:paraId="60399D13" w14:textId="77777777" w:rsidR="00BA0B9B" w:rsidRPr="00121E48" w:rsidRDefault="00121E48" w:rsidP="00121E48">
    <w:pPr>
      <w:pStyle w:val="Piedepgina"/>
      <w:spacing w:before="0" w:after="0"/>
    </w:pPr>
    <w:r>
      <w:rPr>
        <w:rFonts w:ascii="Roboto" w:hAnsi="Roboto"/>
        <w:noProof/>
        <w:sz w:val="24"/>
      </w:rPr>
      <w:drawing>
        <wp:anchor distT="0" distB="0" distL="114300" distR="114300" simplePos="0" relativeHeight="251658244" behindDoc="1" locked="0" layoutInCell="1" allowOverlap="1" wp14:anchorId="0810B9CD" wp14:editId="04B4AC7E">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640825233"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A550C" w14:textId="77777777" w:rsidR="000F215B" w:rsidRDefault="000F215B" w:rsidP="009349F3">
      <w:pPr>
        <w:spacing w:line="240" w:lineRule="auto"/>
      </w:pPr>
      <w:r>
        <w:separator/>
      </w:r>
    </w:p>
  </w:footnote>
  <w:footnote w:type="continuationSeparator" w:id="0">
    <w:p w14:paraId="2337A7A7" w14:textId="77777777" w:rsidR="000F215B" w:rsidRDefault="000F215B" w:rsidP="009349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D8E1" w14:textId="7CE11A40" w:rsidR="009349F3" w:rsidRDefault="006D2F39" w:rsidP="007C6EFA">
    <w:pPr>
      <w:pStyle w:val="Encabezado"/>
    </w:pPr>
    <w:r>
      <w:rPr>
        <w:noProof/>
      </w:rPr>
      <mc:AlternateContent>
        <mc:Choice Requires="wpg">
          <w:drawing>
            <wp:anchor distT="0" distB="0" distL="114300" distR="114300" simplePos="0" relativeHeight="251662350" behindDoc="0" locked="0" layoutInCell="1" allowOverlap="1" wp14:anchorId="62B91344" wp14:editId="6AE3705F">
              <wp:simplePos x="0" y="0"/>
              <wp:positionH relativeFrom="column">
                <wp:posOffset>-447675</wp:posOffset>
              </wp:positionH>
              <wp:positionV relativeFrom="paragraph">
                <wp:posOffset>-552450</wp:posOffset>
              </wp:positionV>
              <wp:extent cx="6807200" cy="699135"/>
              <wp:effectExtent l="0" t="0" r="0" b="5715"/>
              <wp:wrapNone/>
              <wp:docPr id="1743532440" name="Grupo 14"/>
              <wp:cNvGraphicFramePr/>
              <a:graphic xmlns:a="http://schemas.openxmlformats.org/drawingml/2006/main">
                <a:graphicData uri="http://schemas.microsoft.com/office/word/2010/wordprocessingGroup">
                  <wpg:wgp>
                    <wpg:cNvGrpSpPr/>
                    <wpg:grpSpPr>
                      <a:xfrm>
                        <a:off x="0" y="0"/>
                        <a:ext cx="6807200" cy="699135"/>
                        <a:chOff x="1181100" y="30480"/>
                        <a:chExt cx="3939540" cy="510540"/>
                      </a:xfrm>
                    </wpg:grpSpPr>
                    <pic:pic xmlns:pic="http://schemas.openxmlformats.org/drawingml/2006/picture">
                      <pic:nvPicPr>
                        <pic:cNvPr id="686450510" name="Imagen 686450510"/>
                        <pic:cNvPicPr>
                          <a:picLocks noChangeAspect="1"/>
                        </pic:cNvPicPr>
                      </pic:nvPicPr>
                      <pic:blipFill rotWithShape="1">
                        <a:blip r:embed="rId1" cstate="print">
                          <a:extLst>
                            <a:ext uri="{28A0092B-C50C-407E-A947-70E740481C1C}">
                              <a14:useLocalDpi xmlns:a14="http://schemas.microsoft.com/office/drawing/2010/main" val="0"/>
                            </a:ext>
                          </a:extLst>
                        </a:blip>
                        <a:srcRect l="11622" t="34303" r="10739" b="34121"/>
                        <a:stretch/>
                      </pic:blipFill>
                      <pic:spPr bwMode="auto">
                        <a:xfrm>
                          <a:off x="1181100" y="38100"/>
                          <a:ext cx="935990" cy="444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75673955" name="Imagen 375673955"/>
                        <pic:cNvPicPr>
                          <a:picLocks noChangeAspect="1"/>
                        </pic:cNvPicPr>
                      </pic:nvPicPr>
                      <pic:blipFill rotWithShape="1">
                        <a:blip r:embed="rId2">
                          <a:extLst>
                            <a:ext uri="{28A0092B-C50C-407E-A947-70E740481C1C}">
                              <a14:useLocalDpi xmlns:a14="http://schemas.microsoft.com/office/drawing/2010/main" val="0"/>
                            </a:ext>
                          </a:extLst>
                        </a:blip>
                        <a:srcRect l="17242" t="36257" r="13775" b="29883"/>
                        <a:stretch/>
                      </pic:blipFill>
                      <pic:spPr bwMode="auto">
                        <a:xfrm>
                          <a:off x="3261360" y="30480"/>
                          <a:ext cx="889000" cy="5105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2623581" name="Imagen 212623581"/>
                        <pic:cNvPicPr>
                          <a:picLocks noChangeAspect="1"/>
                        </pic:cNvPicPr>
                      </pic:nvPicPr>
                      <pic:blipFill rotWithShape="1">
                        <a:blip r:embed="rId3">
                          <a:extLst>
                            <a:ext uri="{28A0092B-C50C-407E-A947-70E740481C1C}">
                              <a14:useLocalDpi xmlns:a14="http://schemas.microsoft.com/office/drawing/2010/main" val="0"/>
                            </a:ext>
                          </a:extLst>
                        </a:blip>
                        <a:srcRect l="14477" t="36265" r="13989" b="30057"/>
                        <a:stretch/>
                      </pic:blipFill>
                      <pic:spPr bwMode="auto">
                        <a:xfrm>
                          <a:off x="2263140" y="38100"/>
                          <a:ext cx="915035" cy="5029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2595410" name="Imagen 162595410"/>
                        <pic:cNvPicPr>
                          <a:picLocks noChangeAspect="1"/>
                        </pic:cNvPicPr>
                      </pic:nvPicPr>
                      <pic:blipFill rotWithShape="1">
                        <a:blip r:embed="rId4">
                          <a:extLst>
                            <a:ext uri="{28A0092B-C50C-407E-A947-70E740481C1C}">
                              <a14:useLocalDpi xmlns:a14="http://schemas.microsoft.com/office/drawing/2010/main" val="0"/>
                            </a:ext>
                          </a:extLst>
                        </a:blip>
                        <a:srcRect l="18453" t="34535" r="12341" b="30551"/>
                        <a:stretch/>
                      </pic:blipFill>
                      <pic:spPr bwMode="auto">
                        <a:xfrm>
                          <a:off x="4267200" y="30480"/>
                          <a:ext cx="853440" cy="5029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EAF593E" id="Grupo 14" o:spid="_x0000_s1026" style="position:absolute;margin-left:-35.25pt;margin-top:-43.5pt;width:536pt;height:55.05pt;z-index:251662350;mso-width-relative:margin;mso-height-relative:margin" coordorigin="11811,304" coordsize="39395,510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Seqt3bUoaiWkrdz7eo6uB9E9LVVtNHIjf0dHlDKf8CPahbSVxVUc&#10;g8CFJB/l0w1zGhoXUH0LAH/D1H/vzsn/AJ7Da3/nwpP+v3u30M/++3/3hv8AN1r6uL+NP96H+fpS&#10;QTwVUENTTTRVFNURLPT1EDB0kRwGR0dSVZGUgggkEG449pmUqaHBGCDxB6fBDCoyDwPWX3rrf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&#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&#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wDAQACEQMRAD8A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&#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&#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86450510" o:spid="_x0000_s1027" type="#_x0000_t75" style="position:absolute;left:11811;top:381;width:9359;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">
                <v:imagedata r:id="rId5" o:title="" croptop="22481f" cropbottom="22362f" cropleft="7617f" cropright="7038f"/>
              </v:shape>
              <v:shape id="Imagen 375673955" o:spid="_x0000_s1028" type="#_x0000_t75" style="position:absolute;left:32613;top:304;width:8890;height: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">
                <v:imagedata r:id="rId6" o:title="" croptop="23761f" cropbottom="19584f" cropleft="11300f" cropright="9028f"/>
              </v:shape>
              <v:shape id="Imagen 212623581" o:spid="_x0000_s1029" type="#_x0000_t75" style="position:absolute;left:22631;top:381;width:9150;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">
                <v:imagedata r:id="rId7" o:title="" croptop="23767f" cropbottom="19698f" cropleft="9488f" cropright="9168f"/>
              </v:shape>
              <v:shape id="Imagen 162595410" o:spid="_x0000_s1030" type="#_x0000_t75" style="position:absolute;left:42672;top:304;width:8534;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">
                <v:imagedata r:id="rId8" o:title="" croptop="22633f" cropbottom="20022f" cropleft="12093f" cropright="8088f"/>
              </v:shape>
            </v:group>
          </w:pict>
        </mc:Fallback>
      </mc:AlternateContent>
    </w:r>
    <w:r w:rsidR="009349F3">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EFBB" w14:textId="42BD2E3D" w:rsidR="002161A6" w:rsidRDefault="006D2F39">
    <w:pPr>
      <w:pStyle w:val="Encabezado"/>
    </w:pPr>
    <w:r>
      <w:rPr>
        <w:noProof/>
      </w:rPr>
      <mc:AlternateContent>
        <mc:Choice Requires="wpg">
          <w:drawing>
            <wp:anchor distT="0" distB="0" distL="114300" distR="114300" simplePos="0" relativeHeight="251660302" behindDoc="0" locked="0" layoutInCell="1" allowOverlap="1" wp14:anchorId="6EA3A623" wp14:editId="095648F1">
              <wp:simplePos x="0" y="0"/>
              <wp:positionH relativeFrom="margin">
                <wp:align>center</wp:align>
              </wp:positionH>
              <wp:positionV relativeFrom="paragraph">
                <wp:posOffset>-533400</wp:posOffset>
              </wp:positionV>
              <wp:extent cx="6807200" cy="699135"/>
              <wp:effectExtent l="0" t="0" r="0" b="5715"/>
              <wp:wrapNone/>
              <wp:docPr id="115799056" name="Grupo 14"/>
              <wp:cNvGraphicFramePr/>
              <a:graphic xmlns:a="http://schemas.openxmlformats.org/drawingml/2006/main">
                <a:graphicData uri="http://schemas.microsoft.com/office/word/2010/wordprocessingGroup">
                  <wpg:wgp>
                    <wpg:cNvGrpSpPr/>
                    <wpg:grpSpPr>
                      <a:xfrm>
                        <a:off x="0" y="0"/>
                        <a:ext cx="6807200" cy="699135"/>
                        <a:chOff x="1181100" y="30480"/>
                        <a:chExt cx="3939540" cy="510540"/>
                      </a:xfrm>
                    </wpg:grpSpPr>
                    <pic:pic xmlns:pic="http://schemas.openxmlformats.org/drawingml/2006/picture">
                      <pic:nvPicPr>
                        <pic:cNvPr id="1336989155" name="Imagen 1336989155"/>
                        <pic:cNvPicPr>
                          <a:picLocks noChangeAspect="1"/>
                        </pic:cNvPicPr>
                      </pic:nvPicPr>
                      <pic:blipFill rotWithShape="1">
                        <a:blip r:embed="rId1" cstate="print">
                          <a:extLst>
                            <a:ext uri="{28A0092B-C50C-407E-A947-70E740481C1C}">
                              <a14:useLocalDpi xmlns:a14="http://schemas.microsoft.com/office/drawing/2010/main" val="0"/>
                            </a:ext>
                          </a:extLst>
                        </a:blip>
                        <a:srcRect l="11622" t="34303" r="10739" b="34121"/>
                        <a:stretch/>
                      </pic:blipFill>
                      <pic:spPr bwMode="auto">
                        <a:xfrm>
                          <a:off x="1181100" y="38100"/>
                          <a:ext cx="935990" cy="444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915691" name="Imagen 47915691"/>
                        <pic:cNvPicPr>
                          <a:picLocks noChangeAspect="1"/>
                        </pic:cNvPicPr>
                      </pic:nvPicPr>
                      <pic:blipFill rotWithShape="1">
                        <a:blip r:embed="rId2">
                          <a:extLst>
                            <a:ext uri="{28A0092B-C50C-407E-A947-70E740481C1C}">
                              <a14:useLocalDpi xmlns:a14="http://schemas.microsoft.com/office/drawing/2010/main" val="0"/>
                            </a:ext>
                          </a:extLst>
                        </a:blip>
                        <a:srcRect l="17242" t="36257" r="13775" b="29883"/>
                        <a:stretch/>
                      </pic:blipFill>
                      <pic:spPr bwMode="auto">
                        <a:xfrm>
                          <a:off x="3261360" y="30480"/>
                          <a:ext cx="889000" cy="5105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73806665" name="Imagen 673806665"/>
                        <pic:cNvPicPr>
                          <a:picLocks noChangeAspect="1"/>
                        </pic:cNvPicPr>
                      </pic:nvPicPr>
                      <pic:blipFill rotWithShape="1">
                        <a:blip r:embed="rId3">
                          <a:extLst>
                            <a:ext uri="{28A0092B-C50C-407E-A947-70E740481C1C}">
                              <a14:useLocalDpi xmlns:a14="http://schemas.microsoft.com/office/drawing/2010/main" val="0"/>
                            </a:ext>
                          </a:extLst>
                        </a:blip>
                        <a:srcRect l="14477" t="36265" r="13989" b="30057"/>
                        <a:stretch/>
                      </pic:blipFill>
                      <pic:spPr bwMode="auto">
                        <a:xfrm>
                          <a:off x="2263140" y="38100"/>
                          <a:ext cx="915035" cy="5029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22836675" name="Imagen 2022836675"/>
                        <pic:cNvPicPr>
                          <a:picLocks noChangeAspect="1"/>
                        </pic:cNvPicPr>
                      </pic:nvPicPr>
                      <pic:blipFill rotWithShape="1">
                        <a:blip r:embed="rId4">
                          <a:extLst>
                            <a:ext uri="{28A0092B-C50C-407E-A947-70E740481C1C}">
                              <a14:useLocalDpi xmlns:a14="http://schemas.microsoft.com/office/drawing/2010/main" val="0"/>
                            </a:ext>
                          </a:extLst>
                        </a:blip>
                        <a:srcRect l="18453" t="34535" r="12341" b="30551"/>
                        <a:stretch/>
                      </pic:blipFill>
                      <pic:spPr bwMode="auto">
                        <a:xfrm>
                          <a:off x="4267200" y="30480"/>
                          <a:ext cx="853440" cy="5029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65463FF" id="Grupo 14" o:spid="_x0000_s1026" style="position:absolute;margin-left:0;margin-top:-42pt;width:536pt;height:55.05pt;z-index:251660302;mso-position-horizontal:center;mso-position-horizontal-relative:margin;mso-width-relative:margin;mso-height-relative:margin" coordorigin="11811,304" coordsize="39395,510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10;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nqrd21KGolpK3c+3qOrgfRPS1VbTRyI39HR5Qyn/Aj2oW0&#10;lcVVHIPAhSQf5dMNcxoaF1B9CwB/w9R/787J/wCew2t/58KT/r97t9DP/vt/94b/ADda+ri/jT/e&#10;h/n6UkE8FVBDU000VRTVESz09RAwdJEcBkdHUlWRlIIIJBBuOPaZlKmhwRgg8QenwQwqMg8D1l96&#10;63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36989155" o:spid="_x0000_s1027" type="#_x0000_t75" style="position:absolute;left:11811;top:381;width:9359;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">
                <v:imagedata r:id="rId5" o:title="" croptop="22481f" cropbottom="22362f" cropleft="7617f" cropright="7038f"/>
              </v:shape>
              <v:shape id="Imagen 47915691" o:spid="_x0000_s1028" type="#_x0000_t75" style="position:absolute;left:32613;top:304;width:8890;height: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">
                <v:imagedata r:id="rId6" o:title="" croptop="23761f" cropbottom="19584f" cropleft="11300f" cropright="9028f"/>
              </v:shape>
              <v:shape id="Imagen 673806665" o:spid="_x0000_s1029" type="#_x0000_t75" style="position:absolute;left:22631;top:381;width:9150;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">
                <v:imagedata r:id="rId7" o:title="" croptop="23767f" cropbottom="19698f" cropleft="9488f" cropright="9168f"/>
              </v:shape>
              <v:shape id="Imagen 2022836675" o:spid="_x0000_s1030" type="#_x0000_t75" style="position:absolute;left:42672;top:304;width:8534;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">
                <v:imagedata r:id="rId8" o:title="" croptop="22633f" cropbottom="20022f" cropleft="12093f" cropright="8088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connmeros31"/>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1"/>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1"/>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1"/>
      <w:lvlText w:val=""/>
      <w:lvlJc w:val="left"/>
      <w:pPr>
        <w:tabs>
          <w:tab w:val="num" w:pos="720"/>
        </w:tabs>
        <w:ind w:left="720" w:hanging="360"/>
      </w:pPr>
      <w:rPr>
        <w:rFonts w:ascii="Symbol" w:hAnsi="Symbol" w:hint="default"/>
      </w:rPr>
    </w:lvl>
  </w:abstractNum>
  <w:abstractNum w:abstractNumId="4" w15:restartNumberingAfterBreak="0">
    <w:nsid w:val="04ED15DE"/>
    <w:multiLevelType w:val="hybridMultilevel"/>
    <w:tmpl w:val="242C31B4"/>
    <w:lvl w:ilvl="0" w:tplc="75B03D1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4331D71"/>
    <w:multiLevelType w:val="hybridMultilevel"/>
    <w:tmpl w:val="5A1E95AC"/>
    <w:lvl w:ilvl="0" w:tplc="0F8A9428">
      <w:start w:val="1"/>
      <w:numFmt w:val="upperRoman"/>
      <w:lvlText w:val="%1)"/>
      <w:lvlJc w:val="lef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7" w15:restartNumberingAfterBreak="0">
    <w:nsid w:val="1EB533AF"/>
    <w:multiLevelType w:val="hybridMultilevel"/>
    <w:tmpl w:val="1F4602FE"/>
    <w:lvl w:ilvl="0" w:tplc="140A000B">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 w15:restartNumberingAfterBreak="0">
    <w:nsid w:val="24E64065"/>
    <w:multiLevelType w:val="hybridMultilevel"/>
    <w:tmpl w:val="5F48BAA0"/>
    <w:lvl w:ilvl="0" w:tplc="140A0001">
      <w:start w:val="1"/>
      <w:numFmt w:val="bullet"/>
      <w:lvlText w:val=""/>
      <w:lvlJc w:val="left"/>
      <w:pPr>
        <w:ind w:left="1854" w:hanging="360"/>
      </w:pPr>
      <w:rPr>
        <w:rFonts w:ascii="Symbol" w:hAnsi="Symbol" w:hint="default"/>
      </w:rPr>
    </w:lvl>
    <w:lvl w:ilvl="1" w:tplc="140A0003" w:tentative="1">
      <w:start w:val="1"/>
      <w:numFmt w:val="bullet"/>
      <w:lvlText w:val="o"/>
      <w:lvlJc w:val="left"/>
      <w:pPr>
        <w:ind w:left="2574" w:hanging="360"/>
      </w:pPr>
      <w:rPr>
        <w:rFonts w:ascii="Courier New" w:hAnsi="Courier New" w:cs="Courier New" w:hint="default"/>
      </w:rPr>
    </w:lvl>
    <w:lvl w:ilvl="2" w:tplc="140A0005" w:tentative="1">
      <w:start w:val="1"/>
      <w:numFmt w:val="bullet"/>
      <w:lvlText w:val=""/>
      <w:lvlJc w:val="left"/>
      <w:pPr>
        <w:ind w:left="3294" w:hanging="360"/>
      </w:pPr>
      <w:rPr>
        <w:rFonts w:ascii="Wingdings" w:hAnsi="Wingdings" w:hint="default"/>
      </w:rPr>
    </w:lvl>
    <w:lvl w:ilvl="3" w:tplc="140A0001" w:tentative="1">
      <w:start w:val="1"/>
      <w:numFmt w:val="bullet"/>
      <w:lvlText w:val=""/>
      <w:lvlJc w:val="left"/>
      <w:pPr>
        <w:ind w:left="4014" w:hanging="360"/>
      </w:pPr>
      <w:rPr>
        <w:rFonts w:ascii="Symbol" w:hAnsi="Symbol" w:hint="default"/>
      </w:rPr>
    </w:lvl>
    <w:lvl w:ilvl="4" w:tplc="140A0003" w:tentative="1">
      <w:start w:val="1"/>
      <w:numFmt w:val="bullet"/>
      <w:lvlText w:val="o"/>
      <w:lvlJc w:val="left"/>
      <w:pPr>
        <w:ind w:left="4734" w:hanging="360"/>
      </w:pPr>
      <w:rPr>
        <w:rFonts w:ascii="Courier New" w:hAnsi="Courier New" w:cs="Courier New" w:hint="default"/>
      </w:rPr>
    </w:lvl>
    <w:lvl w:ilvl="5" w:tplc="140A0005" w:tentative="1">
      <w:start w:val="1"/>
      <w:numFmt w:val="bullet"/>
      <w:lvlText w:val=""/>
      <w:lvlJc w:val="left"/>
      <w:pPr>
        <w:ind w:left="5454" w:hanging="360"/>
      </w:pPr>
      <w:rPr>
        <w:rFonts w:ascii="Wingdings" w:hAnsi="Wingdings" w:hint="default"/>
      </w:rPr>
    </w:lvl>
    <w:lvl w:ilvl="6" w:tplc="140A0001" w:tentative="1">
      <w:start w:val="1"/>
      <w:numFmt w:val="bullet"/>
      <w:lvlText w:val=""/>
      <w:lvlJc w:val="left"/>
      <w:pPr>
        <w:ind w:left="6174" w:hanging="360"/>
      </w:pPr>
      <w:rPr>
        <w:rFonts w:ascii="Symbol" w:hAnsi="Symbol" w:hint="default"/>
      </w:rPr>
    </w:lvl>
    <w:lvl w:ilvl="7" w:tplc="140A0003" w:tentative="1">
      <w:start w:val="1"/>
      <w:numFmt w:val="bullet"/>
      <w:lvlText w:val="o"/>
      <w:lvlJc w:val="left"/>
      <w:pPr>
        <w:ind w:left="6894" w:hanging="360"/>
      </w:pPr>
      <w:rPr>
        <w:rFonts w:ascii="Courier New" w:hAnsi="Courier New" w:cs="Courier New" w:hint="default"/>
      </w:rPr>
    </w:lvl>
    <w:lvl w:ilvl="8" w:tplc="140A0005" w:tentative="1">
      <w:start w:val="1"/>
      <w:numFmt w:val="bullet"/>
      <w:lvlText w:val=""/>
      <w:lvlJc w:val="left"/>
      <w:pPr>
        <w:ind w:left="7614" w:hanging="360"/>
      </w:pPr>
      <w:rPr>
        <w:rFonts w:ascii="Wingdings" w:hAnsi="Wingdings" w:hint="default"/>
      </w:rPr>
    </w:lvl>
  </w:abstractNum>
  <w:abstractNum w:abstractNumId="9" w15:restartNumberingAfterBreak="0">
    <w:nsid w:val="29A01107"/>
    <w:multiLevelType w:val="hybridMultilevel"/>
    <w:tmpl w:val="ED9E6CF0"/>
    <w:lvl w:ilvl="0" w:tplc="140A000B">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2B285B87"/>
    <w:multiLevelType w:val="hybridMultilevel"/>
    <w:tmpl w:val="48A2FC58"/>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11" w15:restartNumberingAfterBreak="0">
    <w:nsid w:val="34085156"/>
    <w:multiLevelType w:val="hybridMultilevel"/>
    <w:tmpl w:val="14626740"/>
    <w:lvl w:ilvl="0" w:tplc="7060A5E8">
      <w:start w:val="1"/>
      <w:numFmt w:val="decimal"/>
      <w:lvlText w:val="%1."/>
      <w:lvlJc w:val="left"/>
      <w:pPr>
        <w:ind w:left="1020" w:hanging="360"/>
      </w:pPr>
    </w:lvl>
    <w:lvl w:ilvl="1" w:tplc="4DF4F3FE">
      <w:start w:val="1"/>
      <w:numFmt w:val="decimal"/>
      <w:lvlText w:val="%2."/>
      <w:lvlJc w:val="left"/>
      <w:pPr>
        <w:ind w:left="1020" w:hanging="360"/>
      </w:pPr>
    </w:lvl>
    <w:lvl w:ilvl="2" w:tplc="E7DA5BD0">
      <w:start w:val="1"/>
      <w:numFmt w:val="decimal"/>
      <w:lvlText w:val="%3."/>
      <w:lvlJc w:val="left"/>
      <w:pPr>
        <w:ind w:left="1020" w:hanging="360"/>
      </w:pPr>
    </w:lvl>
    <w:lvl w:ilvl="3" w:tplc="BDF6FCEE">
      <w:start w:val="1"/>
      <w:numFmt w:val="decimal"/>
      <w:lvlText w:val="%4."/>
      <w:lvlJc w:val="left"/>
      <w:pPr>
        <w:ind w:left="1020" w:hanging="360"/>
      </w:pPr>
    </w:lvl>
    <w:lvl w:ilvl="4" w:tplc="C5F00E12">
      <w:start w:val="1"/>
      <w:numFmt w:val="decimal"/>
      <w:lvlText w:val="%5."/>
      <w:lvlJc w:val="left"/>
      <w:pPr>
        <w:ind w:left="1020" w:hanging="360"/>
      </w:pPr>
    </w:lvl>
    <w:lvl w:ilvl="5" w:tplc="0C9ADA90">
      <w:start w:val="1"/>
      <w:numFmt w:val="decimal"/>
      <w:lvlText w:val="%6."/>
      <w:lvlJc w:val="left"/>
      <w:pPr>
        <w:ind w:left="1020" w:hanging="360"/>
      </w:pPr>
    </w:lvl>
    <w:lvl w:ilvl="6" w:tplc="458201DA">
      <w:start w:val="1"/>
      <w:numFmt w:val="decimal"/>
      <w:lvlText w:val="%7."/>
      <w:lvlJc w:val="left"/>
      <w:pPr>
        <w:ind w:left="1020" w:hanging="360"/>
      </w:pPr>
    </w:lvl>
    <w:lvl w:ilvl="7" w:tplc="5CC46998">
      <w:start w:val="1"/>
      <w:numFmt w:val="decimal"/>
      <w:lvlText w:val="%8."/>
      <w:lvlJc w:val="left"/>
      <w:pPr>
        <w:ind w:left="1020" w:hanging="360"/>
      </w:pPr>
    </w:lvl>
    <w:lvl w:ilvl="8" w:tplc="6FCEA964">
      <w:start w:val="1"/>
      <w:numFmt w:val="decimal"/>
      <w:lvlText w:val="%9."/>
      <w:lvlJc w:val="left"/>
      <w:pPr>
        <w:ind w:left="1020" w:hanging="360"/>
      </w:pPr>
    </w:lvl>
  </w:abstractNum>
  <w:abstractNum w:abstractNumId="12" w15:restartNumberingAfterBreak="0">
    <w:nsid w:val="42C82E51"/>
    <w:multiLevelType w:val="hybridMultilevel"/>
    <w:tmpl w:val="2A30F070"/>
    <w:lvl w:ilvl="0" w:tplc="DB783DEE">
      <w:start w:val="1"/>
      <w:numFmt w:val="upperLetter"/>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4" w15:restartNumberingAfterBreak="0">
    <w:nsid w:val="54F74A5F"/>
    <w:multiLevelType w:val="hybridMultilevel"/>
    <w:tmpl w:val="AD04E99A"/>
    <w:lvl w:ilvl="0" w:tplc="75B03D1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61B1E44"/>
    <w:multiLevelType w:val="hybridMultilevel"/>
    <w:tmpl w:val="3AC050AA"/>
    <w:lvl w:ilvl="0" w:tplc="7026E906">
      <w:start w:val="1"/>
      <w:numFmt w:val="decimal"/>
      <w:pStyle w:val="NormalWeb"/>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60710ED8"/>
    <w:multiLevelType w:val="hybridMultilevel"/>
    <w:tmpl w:val="123C08BA"/>
    <w:lvl w:ilvl="0" w:tplc="32AEA980">
      <w:start w:val="1"/>
      <w:numFmt w:val="upperLetter"/>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09C1AB5"/>
    <w:multiLevelType w:val="hybridMultilevel"/>
    <w:tmpl w:val="962E0644"/>
    <w:lvl w:ilvl="0" w:tplc="75B03D1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54F54C7"/>
    <w:multiLevelType w:val="hybridMultilevel"/>
    <w:tmpl w:val="58AC2BC8"/>
    <w:lvl w:ilvl="0" w:tplc="8976EB1A">
      <w:start w:val="1"/>
      <w:numFmt w:val="upperLetter"/>
      <w:lvlText w:val="%1."/>
      <w:lvlJc w:val="left"/>
      <w:pPr>
        <w:ind w:left="720" w:hanging="360"/>
      </w:pPr>
      <w:rPr>
        <w:rFonts w:ascii="Roboto" w:hAnsi="Roboto" w:hint="default"/>
        <w:b/>
        <w:bCs/>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D603FAA"/>
    <w:multiLevelType w:val="hybridMultilevel"/>
    <w:tmpl w:val="308610E6"/>
    <w:lvl w:ilvl="0" w:tplc="B4C09D08">
      <w:start w:val="1"/>
      <w:numFmt w:val="lowerLetter"/>
      <w:pStyle w:val="TextoTabla"/>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75632FF0"/>
    <w:multiLevelType w:val="hybridMultilevel"/>
    <w:tmpl w:val="DA30EDC8"/>
    <w:lvl w:ilvl="0" w:tplc="0E647466">
      <w:start w:val="1"/>
      <w:numFmt w:val="upperRoman"/>
      <w:lvlText w:val="%1)"/>
      <w:lvlJc w:val="lef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64E71E4"/>
    <w:multiLevelType w:val="hybridMultilevel"/>
    <w:tmpl w:val="7F40456A"/>
    <w:lvl w:ilvl="0" w:tplc="EF3669D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2" w15:restartNumberingAfterBreak="0">
    <w:nsid w:val="7ABD74F1"/>
    <w:multiLevelType w:val="hybridMultilevel"/>
    <w:tmpl w:val="43B4B6CC"/>
    <w:lvl w:ilvl="0" w:tplc="140A0017">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326252103">
    <w:abstractNumId w:val="6"/>
  </w:num>
  <w:num w:numId="2" w16cid:durableId="1486699651">
    <w:abstractNumId w:val="13"/>
  </w:num>
  <w:num w:numId="3" w16cid:durableId="21248350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22809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7540863">
    <w:abstractNumId w:val="7"/>
  </w:num>
  <w:num w:numId="6" w16cid:durableId="320013967">
    <w:abstractNumId w:val="9"/>
  </w:num>
  <w:num w:numId="7" w16cid:durableId="585841329">
    <w:abstractNumId w:val="18"/>
  </w:num>
  <w:num w:numId="8" w16cid:durableId="132061264">
    <w:abstractNumId w:val="3"/>
  </w:num>
  <w:num w:numId="9" w16cid:durableId="1146507590">
    <w:abstractNumId w:val="2"/>
  </w:num>
  <w:num w:numId="10" w16cid:durableId="1796631963">
    <w:abstractNumId w:val="1"/>
  </w:num>
  <w:num w:numId="11" w16cid:durableId="266235511">
    <w:abstractNumId w:val="0"/>
  </w:num>
  <w:num w:numId="12" w16cid:durableId="1853496179">
    <w:abstractNumId w:val="11"/>
  </w:num>
  <w:num w:numId="13" w16cid:durableId="42297278">
    <w:abstractNumId w:val="10"/>
  </w:num>
  <w:num w:numId="14" w16cid:durableId="150996961">
    <w:abstractNumId w:val="21"/>
  </w:num>
  <w:num w:numId="15" w16cid:durableId="3878455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73890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25803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1788079">
    <w:abstractNumId w:val="22"/>
  </w:num>
  <w:num w:numId="19" w16cid:durableId="1183862731">
    <w:abstractNumId w:val="17"/>
  </w:num>
  <w:num w:numId="20" w16cid:durableId="517081578">
    <w:abstractNumId w:val="4"/>
  </w:num>
  <w:num w:numId="21" w16cid:durableId="343702368">
    <w:abstractNumId w:val="14"/>
  </w:num>
  <w:num w:numId="22" w16cid:durableId="800327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93722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00900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05765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5265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63687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00548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79029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91473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5090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44633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1550899">
    <w:abstractNumId w:val="8"/>
  </w:num>
  <w:num w:numId="34" w16cid:durableId="713848456">
    <w:abstractNumId w:val="16"/>
  </w:num>
  <w:num w:numId="35" w16cid:durableId="1119181815">
    <w:abstractNumId w:val="12"/>
  </w:num>
  <w:num w:numId="36" w16cid:durableId="701323359">
    <w:abstractNumId w:val="5"/>
  </w:num>
  <w:num w:numId="37" w16cid:durableId="16138284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4E"/>
    <w:rsid w:val="000124EB"/>
    <w:rsid w:val="0003240E"/>
    <w:rsid w:val="00035148"/>
    <w:rsid w:val="00036731"/>
    <w:rsid w:val="0004153D"/>
    <w:rsid w:val="000514D2"/>
    <w:rsid w:val="000616E7"/>
    <w:rsid w:val="000703DF"/>
    <w:rsid w:val="000848E2"/>
    <w:rsid w:val="000C5DA5"/>
    <w:rsid w:val="000E1D57"/>
    <w:rsid w:val="000E57D6"/>
    <w:rsid w:val="000F03A3"/>
    <w:rsid w:val="000F215B"/>
    <w:rsid w:val="00112741"/>
    <w:rsid w:val="00121E48"/>
    <w:rsid w:val="00124693"/>
    <w:rsid w:val="0012734C"/>
    <w:rsid w:val="00136FB0"/>
    <w:rsid w:val="00140705"/>
    <w:rsid w:val="00164012"/>
    <w:rsid w:val="0016679A"/>
    <w:rsid w:val="001855CF"/>
    <w:rsid w:val="001B253F"/>
    <w:rsid w:val="001D7D76"/>
    <w:rsid w:val="001F154E"/>
    <w:rsid w:val="00200E4A"/>
    <w:rsid w:val="002141F3"/>
    <w:rsid w:val="002150CA"/>
    <w:rsid w:val="002161A6"/>
    <w:rsid w:val="00221CC5"/>
    <w:rsid w:val="002311E1"/>
    <w:rsid w:val="00233BD3"/>
    <w:rsid w:val="00244797"/>
    <w:rsid w:val="00244E3A"/>
    <w:rsid w:val="0026120D"/>
    <w:rsid w:val="00270075"/>
    <w:rsid w:val="0027276B"/>
    <w:rsid w:val="002841A4"/>
    <w:rsid w:val="00295CA7"/>
    <w:rsid w:val="002B45E7"/>
    <w:rsid w:val="002E4EBC"/>
    <w:rsid w:val="002E7C7D"/>
    <w:rsid w:val="00300CAF"/>
    <w:rsid w:val="003032F1"/>
    <w:rsid w:val="00326852"/>
    <w:rsid w:val="00330DCB"/>
    <w:rsid w:val="00344687"/>
    <w:rsid w:val="00363D82"/>
    <w:rsid w:val="00366014"/>
    <w:rsid w:val="00376CCB"/>
    <w:rsid w:val="00377E4C"/>
    <w:rsid w:val="00384426"/>
    <w:rsid w:val="003862FE"/>
    <w:rsid w:val="003952A7"/>
    <w:rsid w:val="003A22FC"/>
    <w:rsid w:val="003A2D9C"/>
    <w:rsid w:val="003A2E5C"/>
    <w:rsid w:val="003B12E1"/>
    <w:rsid w:val="003B2913"/>
    <w:rsid w:val="003C4040"/>
    <w:rsid w:val="003D1277"/>
    <w:rsid w:val="003D3706"/>
    <w:rsid w:val="003F0D92"/>
    <w:rsid w:val="00406995"/>
    <w:rsid w:val="004117A5"/>
    <w:rsid w:val="00414EFF"/>
    <w:rsid w:val="0041694D"/>
    <w:rsid w:val="00431F6D"/>
    <w:rsid w:val="004650B0"/>
    <w:rsid w:val="00477A1D"/>
    <w:rsid w:val="00497412"/>
    <w:rsid w:val="004B27D7"/>
    <w:rsid w:val="004C3603"/>
    <w:rsid w:val="004D22D6"/>
    <w:rsid w:val="004D78F8"/>
    <w:rsid w:val="004E4599"/>
    <w:rsid w:val="004F7333"/>
    <w:rsid w:val="005110E8"/>
    <w:rsid w:val="00517D62"/>
    <w:rsid w:val="00522D34"/>
    <w:rsid w:val="00574D47"/>
    <w:rsid w:val="005A7144"/>
    <w:rsid w:val="005A7A9F"/>
    <w:rsid w:val="005B6A38"/>
    <w:rsid w:val="005D60C6"/>
    <w:rsid w:val="005F0EFD"/>
    <w:rsid w:val="00605231"/>
    <w:rsid w:val="006058E7"/>
    <w:rsid w:val="006114DD"/>
    <w:rsid w:val="006314CA"/>
    <w:rsid w:val="00631612"/>
    <w:rsid w:val="0064517A"/>
    <w:rsid w:val="006602EB"/>
    <w:rsid w:val="006662A9"/>
    <w:rsid w:val="00681A86"/>
    <w:rsid w:val="006972C9"/>
    <w:rsid w:val="006B4C1A"/>
    <w:rsid w:val="006B4F01"/>
    <w:rsid w:val="006D2F39"/>
    <w:rsid w:val="006D4913"/>
    <w:rsid w:val="006E644C"/>
    <w:rsid w:val="006F0E02"/>
    <w:rsid w:val="006F26B3"/>
    <w:rsid w:val="00710250"/>
    <w:rsid w:val="00727077"/>
    <w:rsid w:val="00751091"/>
    <w:rsid w:val="00756150"/>
    <w:rsid w:val="00757AEA"/>
    <w:rsid w:val="00760C59"/>
    <w:rsid w:val="00764B98"/>
    <w:rsid w:val="00766F36"/>
    <w:rsid w:val="00770A48"/>
    <w:rsid w:val="007759B5"/>
    <w:rsid w:val="00792ABA"/>
    <w:rsid w:val="007C6EFA"/>
    <w:rsid w:val="007D02E4"/>
    <w:rsid w:val="007D1E3D"/>
    <w:rsid w:val="007E72D3"/>
    <w:rsid w:val="007E7DA5"/>
    <w:rsid w:val="007F3BB7"/>
    <w:rsid w:val="007F790D"/>
    <w:rsid w:val="008043BC"/>
    <w:rsid w:val="00811018"/>
    <w:rsid w:val="00814F71"/>
    <w:rsid w:val="008172D8"/>
    <w:rsid w:val="008200B7"/>
    <w:rsid w:val="0082691C"/>
    <w:rsid w:val="008272E5"/>
    <w:rsid w:val="00844730"/>
    <w:rsid w:val="00844C15"/>
    <w:rsid w:val="00855792"/>
    <w:rsid w:val="00871DA1"/>
    <w:rsid w:val="00874C4F"/>
    <w:rsid w:val="0088599E"/>
    <w:rsid w:val="008925FF"/>
    <w:rsid w:val="008A0A63"/>
    <w:rsid w:val="008B01AE"/>
    <w:rsid w:val="008B3BC7"/>
    <w:rsid w:val="008D55B6"/>
    <w:rsid w:val="008D5F84"/>
    <w:rsid w:val="008E09B8"/>
    <w:rsid w:val="00900B79"/>
    <w:rsid w:val="00901120"/>
    <w:rsid w:val="00902010"/>
    <w:rsid w:val="00904FD2"/>
    <w:rsid w:val="00914AD9"/>
    <w:rsid w:val="009166D0"/>
    <w:rsid w:val="00922802"/>
    <w:rsid w:val="009349F3"/>
    <w:rsid w:val="00945205"/>
    <w:rsid w:val="00952FE1"/>
    <w:rsid w:val="00956631"/>
    <w:rsid w:val="00973505"/>
    <w:rsid w:val="00977857"/>
    <w:rsid w:val="00987AAD"/>
    <w:rsid w:val="00987D59"/>
    <w:rsid w:val="0099181E"/>
    <w:rsid w:val="009977D6"/>
    <w:rsid w:val="009A27B7"/>
    <w:rsid w:val="009A63B5"/>
    <w:rsid w:val="009B2522"/>
    <w:rsid w:val="009D4C67"/>
    <w:rsid w:val="009F555C"/>
    <w:rsid w:val="009F7126"/>
    <w:rsid w:val="00A05681"/>
    <w:rsid w:val="00A12FC3"/>
    <w:rsid w:val="00A139F7"/>
    <w:rsid w:val="00A24821"/>
    <w:rsid w:val="00A33A1F"/>
    <w:rsid w:val="00A63D27"/>
    <w:rsid w:val="00A64921"/>
    <w:rsid w:val="00A65FB5"/>
    <w:rsid w:val="00A66281"/>
    <w:rsid w:val="00A7153E"/>
    <w:rsid w:val="00A820E1"/>
    <w:rsid w:val="00A83006"/>
    <w:rsid w:val="00A900A6"/>
    <w:rsid w:val="00AE42B3"/>
    <w:rsid w:val="00AF007C"/>
    <w:rsid w:val="00AF06C5"/>
    <w:rsid w:val="00B1236F"/>
    <w:rsid w:val="00B232F6"/>
    <w:rsid w:val="00B2799E"/>
    <w:rsid w:val="00B3000F"/>
    <w:rsid w:val="00B70F5E"/>
    <w:rsid w:val="00B7752A"/>
    <w:rsid w:val="00B800F4"/>
    <w:rsid w:val="00B911B9"/>
    <w:rsid w:val="00BA0B9B"/>
    <w:rsid w:val="00BA2362"/>
    <w:rsid w:val="00BA2916"/>
    <w:rsid w:val="00BC3B1B"/>
    <w:rsid w:val="00BC77AC"/>
    <w:rsid w:val="00BE09C4"/>
    <w:rsid w:val="00C217BF"/>
    <w:rsid w:val="00C351E0"/>
    <w:rsid w:val="00C357F0"/>
    <w:rsid w:val="00C43642"/>
    <w:rsid w:val="00C46CE7"/>
    <w:rsid w:val="00C56B40"/>
    <w:rsid w:val="00C60009"/>
    <w:rsid w:val="00C6482D"/>
    <w:rsid w:val="00C778B9"/>
    <w:rsid w:val="00CB3316"/>
    <w:rsid w:val="00CB664F"/>
    <w:rsid w:val="00CC5446"/>
    <w:rsid w:val="00CE1AB5"/>
    <w:rsid w:val="00D1584B"/>
    <w:rsid w:val="00D37211"/>
    <w:rsid w:val="00D402E5"/>
    <w:rsid w:val="00D523B4"/>
    <w:rsid w:val="00D9365C"/>
    <w:rsid w:val="00DA0AB1"/>
    <w:rsid w:val="00DA1158"/>
    <w:rsid w:val="00DD2427"/>
    <w:rsid w:val="00DE2D06"/>
    <w:rsid w:val="00DE424E"/>
    <w:rsid w:val="00DF3F7B"/>
    <w:rsid w:val="00E05277"/>
    <w:rsid w:val="00E35433"/>
    <w:rsid w:val="00E42C29"/>
    <w:rsid w:val="00E4511A"/>
    <w:rsid w:val="00E504A3"/>
    <w:rsid w:val="00E62B59"/>
    <w:rsid w:val="00E70FE4"/>
    <w:rsid w:val="00EA754E"/>
    <w:rsid w:val="00EC529F"/>
    <w:rsid w:val="00EC7786"/>
    <w:rsid w:val="00EE13E7"/>
    <w:rsid w:val="00F064F4"/>
    <w:rsid w:val="00F11540"/>
    <w:rsid w:val="00F17C5B"/>
    <w:rsid w:val="00F22F21"/>
    <w:rsid w:val="00F369D7"/>
    <w:rsid w:val="00F5558E"/>
    <w:rsid w:val="00F67069"/>
    <w:rsid w:val="00F83D98"/>
    <w:rsid w:val="00F95A2E"/>
    <w:rsid w:val="00F97E3B"/>
    <w:rsid w:val="00FD2389"/>
    <w:rsid w:val="00FE28B1"/>
    <w:rsid w:val="00FF30A9"/>
    <w:rsid w:val="00FF57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81895"/>
  <w15:chartTrackingRefBased/>
  <w15:docId w15:val="{FEC99EF7-474E-4FEB-A478-8521A00F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4F7333"/>
    <w:pPr>
      <w:spacing w:before="240" w:after="240" w:line="280" w:lineRule="exact"/>
      <w:jc w:val="both"/>
    </w:pPr>
    <w:rPr>
      <w:rFonts w:eastAsia="Times New Roman" w:cs="Times New Roman"/>
      <w:szCs w:val="24"/>
      <w:lang w:val="es-ES"/>
    </w:rPr>
  </w:style>
  <w:style w:type="paragraph" w:styleId="Ttulo1">
    <w:name w:val="heading 1"/>
    <w:basedOn w:val="Normal"/>
    <w:next w:val="Normal"/>
    <w:link w:val="Ttulo1Car1"/>
    <w:uiPriority w:val="9"/>
    <w:qFormat/>
    <w:rsid w:val="00E35433"/>
    <w:pPr>
      <w:keepNext/>
      <w:keepLines/>
      <w:spacing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E35433"/>
    <w:pPr>
      <w:keepNext/>
      <w:keepLines/>
      <w:spacing w:before="40" w:after="0"/>
      <w:outlineLvl w:val="1"/>
    </w:pPr>
    <w:rPr>
      <w:rFonts w:ascii="Aptos Display" w:hAnsi="Aptos Display"/>
      <w:color w:val="0F4761"/>
      <w:sz w:val="32"/>
      <w:szCs w:val="32"/>
      <w:lang w:val="es-CR"/>
    </w:rPr>
  </w:style>
  <w:style w:type="paragraph" w:styleId="Ttulo3">
    <w:name w:val="heading 3"/>
    <w:basedOn w:val="Normal"/>
    <w:next w:val="Normal"/>
    <w:link w:val="Ttulo3Car"/>
    <w:semiHidden/>
    <w:unhideWhenUsed/>
    <w:qFormat/>
    <w:rsid w:val="00E35433"/>
    <w:pPr>
      <w:keepNext/>
      <w:keepLines/>
      <w:spacing w:before="40" w:after="0"/>
      <w:outlineLvl w:val="2"/>
    </w:pPr>
    <w:rPr>
      <w:color w:val="0F4761"/>
      <w:sz w:val="28"/>
      <w:szCs w:val="28"/>
      <w:lang w:val="es-CR"/>
    </w:rPr>
  </w:style>
  <w:style w:type="paragraph" w:styleId="Ttulo4">
    <w:name w:val="heading 4"/>
    <w:basedOn w:val="Normal"/>
    <w:next w:val="Normal"/>
    <w:link w:val="Ttulo4Car"/>
    <w:uiPriority w:val="9"/>
    <w:semiHidden/>
    <w:unhideWhenUsed/>
    <w:qFormat/>
    <w:rsid w:val="00E35433"/>
    <w:pPr>
      <w:keepNext/>
      <w:keepLines/>
      <w:spacing w:before="40" w:after="0"/>
      <w:outlineLvl w:val="3"/>
    </w:pPr>
    <w:rPr>
      <w:i/>
      <w:iCs/>
      <w:color w:val="0F4761"/>
      <w:szCs w:val="22"/>
      <w:lang w:val="es-CR"/>
    </w:rPr>
  </w:style>
  <w:style w:type="paragraph" w:styleId="Ttulo5">
    <w:name w:val="heading 5"/>
    <w:basedOn w:val="Normal"/>
    <w:next w:val="Normal"/>
    <w:link w:val="Ttulo5Car"/>
    <w:uiPriority w:val="9"/>
    <w:semiHidden/>
    <w:unhideWhenUsed/>
    <w:qFormat/>
    <w:rsid w:val="00E35433"/>
    <w:pPr>
      <w:keepNext/>
      <w:keepLines/>
      <w:spacing w:before="40" w:after="0"/>
      <w:outlineLvl w:val="4"/>
    </w:pPr>
    <w:rPr>
      <w:color w:val="0F4761"/>
      <w:szCs w:val="22"/>
      <w:lang w:val="es-CR"/>
    </w:rPr>
  </w:style>
  <w:style w:type="paragraph" w:styleId="Ttulo6">
    <w:name w:val="heading 6"/>
    <w:basedOn w:val="Normal"/>
    <w:next w:val="Normal"/>
    <w:link w:val="Ttulo6Car"/>
    <w:uiPriority w:val="9"/>
    <w:semiHidden/>
    <w:unhideWhenUsed/>
    <w:qFormat/>
    <w:rsid w:val="00E35433"/>
    <w:pPr>
      <w:keepNext/>
      <w:keepLines/>
      <w:spacing w:before="40" w:after="0"/>
      <w:outlineLvl w:val="5"/>
    </w:pPr>
    <w:rPr>
      <w:i/>
      <w:iCs/>
      <w:color w:val="595959"/>
      <w:szCs w:val="22"/>
      <w:lang w:val="es-CR"/>
    </w:rPr>
  </w:style>
  <w:style w:type="paragraph" w:styleId="Ttulo7">
    <w:name w:val="heading 7"/>
    <w:basedOn w:val="Normal"/>
    <w:next w:val="Normal"/>
    <w:link w:val="Ttulo7Car"/>
    <w:uiPriority w:val="9"/>
    <w:semiHidden/>
    <w:unhideWhenUsed/>
    <w:qFormat/>
    <w:rsid w:val="00E35433"/>
    <w:pPr>
      <w:keepNext/>
      <w:keepLines/>
      <w:spacing w:before="40" w:after="0"/>
      <w:outlineLvl w:val="6"/>
    </w:pPr>
    <w:rPr>
      <w:color w:val="595959"/>
      <w:szCs w:val="22"/>
      <w:lang w:val="es-CR"/>
    </w:rPr>
  </w:style>
  <w:style w:type="paragraph" w:styleId="Ttulo8">
    <w:name w:val="heading 8"/>
    <w:basedOn w:val="Normal"/>
    <w:next w:val="Normal"/>
    <w:link w:val="Ttulo8Car"/>
    <w:uiPriority w:val="9"/>
    <w:semiHidden/>
    <w:unhideWhenUsed/>
    <w:qFormat/>
    <w:rsid w:val="00E35433"/>
    <w:pPr>
      <w:keepNext/>
      <w:keepLines/>
      <w:spacing w:before="40" w:after="0"/>
      <w:outlineLvl w:val="7"/>
    </w:pPr>
    <w:rPr>
      <w:i/>
      <w:iCs/>
      <w:color w:val="272727"/>
      <w:szCs w:val="22"/>
      <w:lang w:val="es-CR"/>
    </w:rPr>
  </w:style>
  <w:style w:type="paragraph" w:styleId="Ttulo9">
    <w:name w:val="heading 9"/>
    <w:basedOn w:val="Normal"/>
    <w:next w:val="Normal"/>
    <w:link w:val="Ttulo9Car"/>
    <w:uiPriority w:val="9"/>
    <w:semiHidden/>
    <w:unhideWhenUsed/>
    <w:qFormat/>
    <w:rsid w:val="00E35433"/>
    <w:pPr>
      <w:keepNext/>
      <w:keepLines/>
      <w:spacing w:before="40" w:after="0"/>
      <w:outlineLvl w:val="8"/>
    </w:pPr>
    <w:rPr>
      <w:color w:val="272727"/>
      <w:szCs w:val="22"/>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F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349F3"/>
  </w:style>
  <w:style w:type="paragraph" w:styleId="Piedepgina">
    <w:name w:val="footer"/>
    <w:basedOn w:val="Normal"/>
    <w:link w:val="PiedepginaCar"/>
    <w:uiPriority w:val="99"/>
    <w:unhideWhenUsed/>
    <w:rsid w:val="009349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349F3"/>
  </w:style>
  <w:style w:type="table" w:styleId="Tablaconcuadrcula">
    <w:name w:val="Table Grid"/>
    <w:basedOn w:val="Tablanormal"/>
    <w:uiPriority w:val="39"/>
    <w:rsid w:val="00934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7D62"/>
    <w:rPr>
      <w:color w:val="0563C1" w:themeColor="hyperlink"/>
      <w:u w:val="single"/>
    </w:rPr>
  </w:style>
  <w:style w:type="paragraph" w:customStyle="1" w:styleId="Texto">
    <w:name w:val="Texto"/>
    <w:basedOn w:val="Normal"/>
    <w:link w:val="TextoChar"/>
    <w:qFormat/>
    <w:rsid w:val="006972C9"/>
    <w:pPr>
      <w:spacing w:before="120" w:after="120" w:line="360" w:lineRule="auto"/>
    </w:pPr>
  </w:style>
  <w:style w:type="paragraph" w:customStyle="1" w:styleId="Negrita">
    <w:name w:val="Negrita"/>
    <w:basedOn w:val="Texto"/>
    <w:link w:val="NegritaChar1"/>
    <w:uiPriority w:val="1"/>
    <w:qFormat/>
    <w:rsid w:val="006972C9"/>
    <w:pPr>
      <w:spacing w:before="0" w:after="0"/>
    </w:pPr>
    <w:rPr>
      <w:b/>
    </w:rPr>
  </w:style>
  <w:style w:type="paragraph" w:customStyle="1" w:styleId="numeracion">
    <w:name w:val="numeracion"/>
    <w:basedOn w:val="Texto"/>
    <w:uiPriority w:val="1"/>
    <w:qFormat/>
    <w:rsid w:val="006972C9"/>
    <w:pPr>
      <w:numPr>
        <w:numId w:val="1"/>
      </w:numPr>
    </w:pPr>
  </w:style>
  <w:style w:type="paragraph" w:customStyle="1" w:styleId="vinetas">
    <w:name w:val="vinetas"/>
    <w:basedOn w:val="numeracion"/>
    <w:uiPriority w:val="1"/>
    <w:qFormat/>
    <w:rsid w:val="006972C9"/>
    <w:pPr>
      <w:numPr>
        <w:numId w:val="2"/>
      </w:numPr>
    </w:pPr>
  </w:style>
  <w:style w:type="paragraph" w:customStyle="1" w:styleId="CC">
    <w:name w:val="CC"/>
    <w:basedOn w:val="Texto"/>
    <w:link w:val="CCChar"/>
    <w:qFormat/>
    <w:rsid w:val="006972C9"/>
    <w:pPr>
      <w:spacing w:before="0" w:after="0"/>
    </w:pPr>
    <w:rPr>
      <w:sz w:val="18"/>
      <w:szCs w:val="18"/>
    </w:rPr>
  </w:style>
  <w:style w:type="character" w:customStyle="1" w:styleId="TextoChar">
    <w:name w:val="Texto Char"/>
    <w:basedOn w:val="Fuentedeprrafopredeter"/>
    <w:link w:val="Texto"/>
    <w:rsid w:val="006972C9"/>
    <w:rPr>
      <w:rFonts w:ascii="Cambria" w:eastAsia="Times New Roman" w:hAnsi="Cambria" w:cs="Times New Roman"/>
      <w:szCs w:val="24"/>
      <w:lang w:val="es-ES"/>
    </w:rPr>
  </w:style>
  <w:style w:type="character" w:customStyle="1" w:styleId="CCChar">
    <w:name w:val="CC Char"/>
    <w:basedOn w:val="TextoChar"/>
    <w:link w:val="CC"/>
    <w:rsid w:val="006972C9"/>
    <w:rPr>
      <w:rFonts w:ascii="Cambria" w:eastAsia="Times New Roman" w:hAnsi="Cambria" w:cs="Times New Roman"/>
      <w:sz w:val="18"/>
      <w:szCs w:val="18"/>
      <w:lang w:val="es-ES"/>
    </w:rPr>
  </w:style>
  <w:style w:type="paragraph" w:customStyle="1" w:styleId="encabezado0">
    <w:name w:val="encabezado"/>
    <w:basedOn w:val="Texto"/>
    <w:uiPriority w:val="1"/>
    <w:qFormat/>
    <w:rsid w:val="006972C9"/>
    <w:pPr>
      <w:spacing w:before="0" w:after="0"/>
    </w:pPr>
  </w:style>
  <w:style w:type="character" w:customStyle="1" w:styleId="NegritaChar1">
    <w:name w:val="Negrita Char1"/>
    <w:basedOn w:val="Fuentedeprrafopredeter"/>
    <w:link w:val="Negrita"/>
    <w:uiPriority w:val="1"/>
    <w:rsid w:val="006972C9"/>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6972C9"/>
    <w:pPr>
      <w:jc w:val="center"/>
    </w:pPr>
    <w:rPr>
      <w:b/>
    </w:rPr>
  </w:style>
  <w:style w:type="character" w:customStyle="1" w:styleId="CentradoResaltadoChar">
    <w:name w:val="Centrado Resaltado Char"/>
    <w:basedOn w:val="Fuentedeprrafopredeter"/>
    <w:link w:val="CentradoResaltado"/>
    <w:uiPriority w:val="1"/>
    <w:rsid w:val="006972C9"/>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6972C9"/>
    <w:rPr>
      <w:color w:val="808080"/>
    </w:rPr>
  </w:style>
  <w:style w:type="paragraph" w:customStyle="1" w:styleId="Informacindecontacto">
    <w:name w:val="Información de contacto"/>
    <w:basedOn w:val="Normal"/>
    <w:uiPriority w:val="11"/>
    <w:qFormat/>
    <w:rsid w:val="00376CCB"/>
    <w:pPr>
      <w:spacing w:line="240" w:lineRule="auto"/>
      <w:contextualSpacing/>
      <w:jc w:val="center"/>
    </w:pPr>
    <w:rPr>
      <w:rFonts w:eastAsiaTheme="minorEastAsia" w:cstheme="minorBidi"/>
      <w:color w:val="44546A" w:themeColor="text2"/>
      <w:sz w:val="18"/>
      <w:szCs w:val="22"/>
      <w:lang w:eastAsia="ja-JP"/>
    </w:rPr>
  </w:style>
  <w:style w:type="paragraph" w:customStyle="1" w:styleId="Consecutivo">
    <w:name w:val="Consecutivo"/>
    <w:basedOn w:val="Informacindecontacto"/>
    <w:uiPriority w:val="1"/>
    <w:rsid w:val="004F7333"/>
    <w:pPr>
      <w:spacing w:before="0" w:after="0"/>
      <w:jc w:val="both"/>
    </w:pPr>
    <w:rPr>
      <w:rFonts w:ascii="Arial" w:hAnsi="Arial" w:cs="Arial"/>
      <w:color w:val="003366"/>
      <w:sz w:val="13"/>
      <w:szCs w:val="20"/>
    </w:rPr>
  </w:style>
  <w:style w:type="paragraph" w:customStyle="1" w:styleId="Uso">
    <w:name w:val="Uso"/>
    <w:basedOn w:val="Normal"/>
    <w:uiPriority w:val="1"/>
    <w:rsid w:val="003D3706"/>
    <w:pPr>
      <w:spacing w:before="0" w:after="0" w:line="200" w:lineRule="exact"/>
    </w:pPr>
    <w:rPr>
      <w:color w:val="808080" w:themeColor="background1" w:themeShade="80"/>
      <w:sz w:val="13"/>
    </w:rPr>
  </w:style>
  <w:style w:type="character" w:styleId="Nmerodepgina">
    <w:name w:val="page number"/>
    <w:basedOn w:val="Fuentedeprrafopredeter"/>
    <w:uiPriority w:val="99"/>
    <w:semiHidden/>
    <w:unhideWhenUsed/>
    <w:rsid w:val="003D3706"/>
    <w:rPr>
      <w:rFonts w:asciiTheme="majorHAnsi" w:hAnsiTheme="majorHAnsi"/>
      <w:color w:val="003366"/>
      <w:sz w:val="15"/>
    </w:rPr>
  </w:style>
  <w:style w:type="table" w:customStyle="1" w:styleId="Tablaconcuadrcula1">
    <w:name w:val="Tabla con cuadrícula1"/>
    <w:basedOn w:val="Tablanormal"/>
    <w:next w:val="Tablaconcuadrcula"/>
    <w:uiPriority w:val="39"/>
    <w:rsid w:val="00E35433"/>
    <w:pPr>
      <w:spacing w:after="0" w:line="240" w:lineRule="auto"/>
    </w:pPr>
    <w:rPr>
      <w:rFonts w:ascii="Franklin Gothic Book" w:eastAsia="Calibri" w:hAnsi="Franklin Gothic Book"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 11"/>
    <w:basedOn w:val="Normal"/>
    <w:next w:val="Normal"/>
    <w:link w:val="Ttulo1Car"/>
    <w:uiPriority w:val="9"/>
    <w:qFormat/>
    <w:rsid w:val="00E35433"/>
    <w:pPr>
      <w:keepNext/>
      <w:keepLines/>
      <w:spacing w:before="360" w:after="80" w:line="259" w:lineRule="auto"/>
      <w:jc w:val="left"/>
      <w:outlineLvl w:val="0"/>
    </w:pPr>
    <w:rPr>
      <w:rFonts w:ascii="Aptos Display" w:hAnsi="Aptos Display"/>
      <w:color w:val="0F4761"/>
      <w:sz w:val="40"/>
      <w:szCs w:val="40"/>
      <w:lang w:val="es-CR"/>
    </w:rPr>
  </w:style>
  <w:style w:type="paragraph" w:customStyle="1" w:styleId="Car101">
    <w:name w:val="Car101"/>
    <w:basedOn w:val="Normal"/>
    <w:next w:val="Normal"/>
    <w:uiPriority w:val="9"/>
    <w:unhideWhenUsed/>
    <w:qFormat/>
    <w:rsid w:val="00E35433"/>
    <w:pPr>
      <w:keepNext/>
      <w:keepLines/>
      <w:spacing w:before="160" w:after="80" w:line="259" w:lineRule="auto"/>
      <w:jc w:val="left"/>
      <w:outlineLvl w:val="1"/>
    </w:pPr>
    <w:rPr>
      <w:rFonts w:ascii="Aptos Display" w:hAnsi="Aptos Display"/>
      <w:color w:val="0F4761"/>
      <w:kern w:val="2"/>
      <w:sz w:val="32"/>
      <w:szCs w:val="32"/>
      <w:lang w:val="es-CR"/>
      <w14:ligatures w14:val="standardContextual"/>
    </w:rPr>
  </w:style>
  <w:style w:type="paragraph" w:customStyle="1" w:styleId="Ttulo31">
    <w:name w:val="Título 31"/>
    <w:basedOn w:val="Normal"/>
    <w:next w:val="Normal"/>
    <w:unhideWhenUsed/>
    <w:qFormat/>
    <w:rsid w:val="00E35433"/>
    <w:pPr>
      <w:keepNext/>
      <w:keepLines/>
      <w:spacing w:before="160" w:after="80" w:line="259" w:lineRule="auto"/>
      <w:jc w:val="left"/>
      <w:outlineLvl w:val="2"/>
    </w:pPr>
    <w:rPr>
      <w:color w:val="0F4761"/>
      <w:kern w:val="2"/>
      <w:sz w:val="28"/>
      <w:szCs w:val="28"/>
      <w:lang w:val="es-CR"/>
      <w14:ligatures w14:val="standardContextual"/>
    </w:rPr>
  </w:style>
  <w:style w:type="paragraph" w:customStyle="1" w:styleId="Ttulo41">
    <w:name w:val="Título 41"/>
    <w:basedOn w:val="Normal"/>
    <w:next w:val="Normal"/>
    <w:uiPriority w:val="9"/>
    <w:semiHidden/>
    <w:unhideWhenUsed/>
    <w:qFormat/>
    <w:rsid w:val="00E35433"/>
    <w:pPr>
      <w:keepNext/>
      <w:keepLines/>
      <w:spacing w:before="80" w:after="40" w:line="259" w:lineRule="auto"/>
      <w:jc w:val="left"/>
      <w:outlineLvl w:val="3"/>
    </w:pPr>
    <w:rPr>
      <w:i/>
      <w:iCs/>
      <w:color w:val="0F4761"/>
      <w:kern w:val="2"/>
      <w:szCs w:val="22"/>
      <w:lang w:val="es-CR"/>
      <w14:ligatures w14:val="standardContextual"/>
    </w:rPr>
  </w:style>
  <w:style w:type="paragraph" w:customStyle="1" w:styleId="Ttulo51">
    <w:name w:val="Título 51"/>
    <w:basedOn w:val="Normal"/>
    <w:next w:val="Normal"/>
    <w:uiPriority w:val="9"/>
    <w:semiHidden/>
    <w:unhideWhenUsed/>
    <w:qFormat/>
    <w:rsid w:val="00E35433"/>
    <w:pPr>
      <w:keepNext/>
      <w:keepLines/>
      <w:spacing w:before="80" w:after="40" w:line="259" w:lineRule="auto"/>
      <w:jc w:val="left"/>
      <w:outlineLvl w:val="4"/>
    </w:pPr>
    <w:rPr>
      <w:color w:val="0F4761"/>
      <w:kern w:val="2"/>
      <w:szCs w:val="22"/>
      <w:lang w:val="es-CR"/>
      <w14:ligatures w14:val="standardContextual"/>
    </w:rPr>
  </w:style>
  <w:style w:type="paragraph" w:customStyle="1" w:styleId="Ttulo61">
    <w:name w:val="Título 61"/>
    <w:basedOn w:val="Normal"/>
    <w:next w:val="Normal"/>
    <w:uiPriority w:val="9"/>
    <w:semiHidden/>
    <w:unhideWhenUsed/>
    <w:qFormat/>
    <w:rsid w:val="00E35433"/>
    <w:pPr>
      <w:keepNext/>
      <w:keepLines/>
      <w:spacing w:before="40" w:after="0" w:line="259" w:lineRule="auto"/>
      <w:jc w:val="left"/>
      <w:outlineLvl w:val="5"/>
    </w:pPr>
    <w:rPr>
      <w:i/>
      <w:iCs/>
      <w:color w:val="595959"/>
      <w:kern w:val="2"/>
      <w:szCs w:val="22"/>
      <w:lang w:val="es-CR"/>
      <w14:ligatures w14:val="standardContextual"/>
    </w:rPr>
  </w:style>
  <w:style w:type="paragraph" w:customStyle="1" w:styleId="Ttulo71">
    <w:name w:val="Título 71"/>
    <w:basedOn w:val="Normal"/>
    <w:next w:val="Normal"/>
    <w:uiPriority w:val="9"/>
    <w:semiHidden/>
    <w:unhideWhenUsed/>
    <w:qFormat/>
    <w:rsid w:val="00E35433"/>
    <w:pPr>
      <w:keepNext/>
      <w:keepLines/>
      <w:spacing w:before="40" w:after="0" w:line="259" w:lineRule="auto"/>
      <w:jc w:val="left"/>
      <w:outlineLvl w:val="6"/>
    </w:pPr>
    <w:rPr>
      <w:color w:val="595959"/>
      <w:kern w:val="2"/>
      <w:szCs w:val="22"/>
      <w:lang w:val="es-CR"/>
      <w14:ligatures w14:val="standardContextual"/>
    </w:rPr>
  </w:style>
  <w:style w:type="paragraph" w:customStyle="1" w:styleId="Ttulo81">
    <w:name w:val="Título 81"/>
    <w:basedOn w:val="Normal"/>
    <w:next w:val="Normal"/>
    <w:uiPriority w:val="9"/>
    <w:semiHidden/>
    <w:unhideWhenUsed/>
    <w:qFormat/>
    <w:rsid w:val="00E35433"/>
    <w:pPr>
      <w:keepNext/>
      <w:keepLines/>
      <w:spacing w:before="0" w:after="0" w:line="259" w:lineRule="auto"/>
      <w:jc w:val="left"/>
      <w:outlineLvl w:val="7"/>
    </w:pPr>
    <w:rPr>
      <w:i/>
      <w:iCs/>
      <w:color w:val="272727"/>
      <w:kern w:val="2"/>
      <w:szCs w:val="22"/>
      <w:lang w:val="es-CR"/>
      <w14:ligatures w14:val="standardContextual"/>
    </w:rPr>
  </w:style>
  <w:style w:type="paragraph" w:customStyle="1" w:styleId="Ttulo91">
    <w:name w:val="Título 91"/>
    <w:basedOn w:val="Normal"/>
    <w:next w:val="Normal"/>
    <w:uiPriority w:val="9"/>
    <w:semiHidden/>
    <w:unhideWhenUsed/>
    <w:qFormat/>
    <w:rsid w:val="00E35433"/>
    <w:pPr>
      <w:keepNext/>
      <w:keepLines/>
      <w:spacing w:before="0" w:after="0" w:line="259" w:lineRule="auto"/>
      <w:jc w:val="left"/>
      <w:outlineLvl w:val="8"/>
    </w:pPr>
    <w:rPr>
      <w:color w:val="272727"/>
      <w:kern w:val="2"/>
      <w:szCs w:val="22"/>
      <w:lang w:val="es-CR"/>
      <w14:ligatures w14:val="standardContextual"/>
    </w:rPr>
  </w:style>
  <w:style w:type="numbering" w:customStyle="1" w:styleId="Sinlista1">
    <w:name w:val="Sin lista1"/>
    <w:next w:val="Sinlista"/>
    <w:uiPriority w:val="99"/>
    <w:semiHidden/>
    <w:unhideWhenUsed/>
    <w:rsid w:val="00E35433"/>
  </w:style>
  <w:style w:type="character" w:customStyle="1" w:styleId="Ttulo1Car">
    <w:name w:val="Título 1 Car"/>
    <w:basedOn w:val="Fuentedeprrafopredeter"/>
    <w:link w:val="Ttulo11"/>
    <w:uiPriority w:val="9"/>
    <w:rsid w:val="00E35433"/>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rsid w:val="00E35433"/>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rsid w:val="00E35433"/>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E35433"/>
    <w:rPr>
      <w:rFonts w:eastAsia="Times New Roman" w:cs="Times New Roman"/>
      <w:i/>
      <w:iCs/>
      <w:color w:val="0F4761"/>
    </w:rPr>
  </w:style>
  <w:style w:type="character" w:customStyle="1" w:styleId="Ttulo5Car">
    <w:name w:val="Título 5 Car"/>
    <w:basedOn w:val="Fuentedeprrafopredeter"/>
    <w:link w:val="Ttulo5"/>
    <w:uiPriority w:val="9"/>
    <w:semiHidden/>
    <w:rsid w:val="00E35433"/>
    <w:rPr>
      <w:rFonts w:eastAsia="Times New Roman" w:cs="Times New Roman"/>
      <w:color w:val="0F4761"/>
    </w:rPr>
  </w:style>
  <w:style w:type="character" w:customStyle="1" w:styleId="Ttulo6Car">
    <w:name w:val="Título 6 Car"/>
    <w:basedOn w:val="Fuentedeprrafopredeter"/>
    <w:link w:val="Ttulo6"/>
    <w:uiPriority w:val="9"/>
    <w:semiHidden/>
    <w:rsid w:val="00E35433"/>
    <w:rPr>
      <w:rFonts w:eastAsia="Times New Roman" w:cs="Times New Roman"/>
      <w:i/>
      <w:iCs/>
      <w:color w:val="595959"/>
    </w:rPr>
  </w:style>
  <w:style w:type="character" w:customStyle="1" w:styleId="Ttulo7Car">
    <w:name w:val="Título 7 Car"/>
    <w:basedOn w:val="Fuentedeprrafopredeter"/>
    <w:link w:val="Ttulo7"/>
    <w:uiPriority w:val="9"/>
    <w:semiHidden/>
    <w:rsid w:val="00E35433"/>
    <w:rPr>
      <w:rFonts w:eastAsia="Times New Roman" w:cs="Times New Roman"/>
      <w:color w:val="595959"/>
    </w:rPr>
  </w:style>
  <w:style w:type="character" w:customStyle="1" w:styleId="Ttulo8Car">
    <w:name w:val="Título 8 Car"/>
    <w:basedOn w:val="Fuentedeprrafopredeter"/>
    <w:link w:val="Ttulo8"/>
    <w:uiPriority w:val="9"/>
    <w:semiHidden/>
    <w:rsid w:val="00E35433"/>
    <w:rPr>
      <w:rFonts w:eastAsia="Times New Roman" w:cs="Times New Roman"/>
      <w:i/>
      <w:iCs/>
      <w:color w:val="272727"/>
    </w:rPr>
  </w:style>
  <w:style w:type="character" w:customStyle="1" w:styleId="Ttulo9Car">
    <w:name w:val="Título 9 Car"/>
    <w:basedOn w:val="Fuentedeprrafopredeter"/>
    <w:link w:val="Ttulo9"/>
    <w:uiPriority w:val="9"/>
    <w:semiHidden/>
    <w:rsid w:val="00E35433"/>
    <w:rPr>
      <w:rFonts w:eastAsia="Times New Roman" w:cs="Times New Roman"/>
      <w:color w:val="272727"/>
    </w:rPr>
  </w:style>
  <w:style w:type="paragraph" w:customStyle="1" w:styleId="Ttulo10">
    <w:name w:val="Título1"/>
    <w:basedOn w:val="Normal"/>
    <w:next w:val="Normal"/>
    <w:uiPriority w:val="99"/>
    <w:qFormat/>
    <w:rsid w:val="00E35433"/>
    <w:pPr>
      <w:spacing w:before="0" w:after="80" w:line="240" w:lineRule="auto"/>
      <w:contextualSpacing/>
      <w:jc w:val="left"/>
    </w:pPr>
    <w:rPr>
      <w:rFonts w:ascii="Aptos Display" w:hAnsi="Aptos Display"/>
      <w:spacing w:val="-10"/>
      <w:kern w:val="28"/>
      <w:sz w:val="56"/>
      <w:szCs w:val="56"/>
      <w:lang w:val="es-CR"/>
      <w14:ligatures w14:val="standardContextual"/>
    </w:rPr>
  </w:style>
  <w:style w:type="character" w:customStyle="1" w:styleId="TtuloCar">
    <w:name w:val="Título Car"/>
    <w:basedOn w:val="Fuentedeprrafopredeter"/>
    <w:link w:val="Ttulo"/>
    <w:uiPriority w:val="10"/>
    <w:rsid w:val="00E35433"/>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E35433"/>
    <w:pPr>
      <w:numPr>
        <w:ilvl w:val="1"/>
      </w:numPr>
      <w:spacing w:before="0" w:after="160" w:line="259" w:lineRule="auto"/>
      <w:jc w:val="left"/>
    </w:pPr>
    <w:rPr>
      <w:color w:val="595959"/>
      <w:spacing w:val="15"/>
      <w:kern w:val="2"/>
      <w:sz w:val="28"/>
      <w:szCs w:val="28"/>
      <w:lang w:val="es-CR"/>
      <w14:ligatures w14:val="standardContextual"/>
    </w:rPr>
  </w:style>
  <w:style w:type="character" w:customStyle="1" w:styleId="SubttuloCar">
    <w:name w:val="Subtítulo Car"/>
    <w:basedOn w:val="Fuentedeprrafopredeter"/>
    <w:link w:val="Subttulo"/>
    <w:uiPriority w:val="11"/>
    <w:rsid w:val="00E35433"/>
    <w:rPr>
      <w:rFonts w:eastAsia="Times New Roman" w:cs="Times New Roman"/>
      <w:color w:val="595959"/>
      <w:spacing w:val="15"/>
      <w:sz w:val="28"/>
      <w:szCs w:val="28"/>
    </w:rPr>
  </w:style>
  <w:style w:type="paragraph" w:customStyle="1" w:styleId="Cita1">
    <w:name w:val="Cita1"/>
    <w:basedOn w:val="Normal"/>
    <w:next w:val="Normal"/>
    <w:uiPriority w:val="29"/>
    <w:qFormat/>
    <w:rsid w:val="00E35433"/>
    <w:pPr>
      <w:spacing w:before="160" w:after="160" w:line="259" w:lineRule="auto"/>
      <w:jc w:val="center"/>
    </w:pPr>
    <w:rPr>
      <w:rFonts w:eastAsia="Aptos"/>
      <w:i/>
      <w:iCs/>
      <w:color w:val="404040"/>
      <w:kern w:val="2"/>
      <w:szCs w:val="22"/>
      <w:lang w:val="es-CR"/>
      <w14:ligatures w14:val="standardContextual"/>
    </w:rPr>
  </w:style>
  <w:style w:type="character" w:customStyle="1" w:styleId="CitaCar">
    <w:name w:val="Cita Car"/>
    <w:basedOn w:val="Fuentedeprrafopredeter"/>
    <w:link w:val="Cita"/>
    <w:uiPriority w:val="29"/>
    <w:rsid w:val="00E35433"/>
    <w:rPr>
      <w:i/>
      <w:iCs/>
      <w:color w:val="404040"/>
    </w:rPr>
  </w:style>
  <w:style w:type="paragraph" w:styleId="Prrafodelista">
    <w:name w:val="List Paragraph"/>
    <w:aliases w:val="Párrafo de lista Considerandos,Informe,Con viñetas,Normal con viñetas,3,Use Case List Paragraph,Bullet 1,titulo 3,figuras y gráficos,Viñetas,Bulletr List Paragraph,List Paragraph 1,Numbered List Paragraph,Main numbered paragraph,Bullets"/>
    <w:basedOn w:val="Normal"/>
    <w:link w:val="PrrafodelistaCar"/>
    <w:uiPriority w:val="34"/>
    <w:qFormat/>
    <w:rsid w:val="00E35433"/>
    <w:pPr>
      <w:spacing w:before="0" w:after="160" w:line="259" w:lineRule="auto"/>
      <w:ind w:left="720"/>
      <w:contextualSpacing/>
      <w:jc w:val="left"/>
    </w:pPr>
    <w:rPr>
      <w:rFonts w:eastAsia="Aptos"/>
      <w:kern w:val="2"/>
      <w:szCs w:val="22"/>
      <w:lang w:val="es-CR"/>
      <w14:ligatures w14:val="standardContextual"/>
    </w:rPr>
  </w:style>
  <w:style w:type="character" w:customStyle="1" w:styleId="nfasisintenso1">
    <w:name w:val="Énfasis intenso1"/>
    <w:basedOn w:val="Fuentedeprrafopredeter"/>
    <w:uiPriority w:val="21"/>
    <w:qFormat/>
    <w:rsid w:val="00E35433"/>
    <w:rPr>
      <w:i/>
      <w:iCs/>
      <w:color w:val="0F4761"/>
    </w:rPr>
  </w:style>
  <w:style w:type="paragraph" w:customStyle="1" w:styleId="Citadestacada1">
    <w:name w:val="Cita destacada1"/>
    <w:basedOn w:val="Normal"/>
    <w:next w:val="Normal"/>
    <w:uiPriority w:val="30"/>
    <w:qFormat/>
    <w:rsid w:val="00E35433"/>
    <w:pPr>
      <w:pBdr>
        <w:top w:val="single" w:sz="4" w:space="10" w:color="0F4761"/>
        <w:bottom w:val="single" w:sz="4" w:space="10" w:color="0F4761"/>
      </w:pBdr>
      <w:spacing w:before="360" w:after="360" w:line="259" w:lineRule="auto"/>
      <w:ind w:left="864" w:right="864"/>
      <w:jc w:val="center"/>
    </w:pPr>
    <w:rPr>
      <w:rFonts w:eastAsia="Aptos"/>
      <w:i/>
      <w:iCs/>
      <w:color w:val="0F4761"/>
      <w:kern w:val="2"/>
      <w:szCs w:val="22"/>
      <w:lang w:val="es-CR"/>
      <w14:ligatures w14:val="standardContextual"/>
    </w:rPr>
  </w:style>
  <w:style w:type="character" w:customStyle="1" w:styleId="CitadestacadaCar">
    <w:name w:val="Cita destacada Car"/>
    <w:basedOn w:val="Fuentedeprrafopredeter"/>
    <w:link w:val="Citadestacada"/>
    <w:uiPriority w:val="30"/>
    <w:rsid w:val="00E35433"/>
    <w:rPr>
      <w:i/>
      <w:iCs/>
      <w:color w:val="0F4761"/>
    </w:rPr>
  </w:style>
  <w:style w:type="character" w:customStyle="1" w:styleId="Referenciaintensa1">
    <w:name w:val="Referencia intensa1"/>
    <w:basedOn w:val="Fuentedeprrafopredeter"/>
    <w:uiPriority w:val="32"/>
    <w:qFormat/>
    <w:rsid w:val="00E35433"/>
    <w:rPr>
      <w:b/>
      <w:bCs/>
      <w:smallCaps/>
      <w:color w:val="0F4761"/>
      <w:spacing w:val="5"/>
    </w:rPr>
  </w:style>
  <w:style w:type="table" w:customStyle="1" w:styleId="Tablaconcuadrcula2">
    <w:name w:val="Tabla con cuadrícula2"/>
    <w:basedOn w:val="Tablanormal"/>
    <w:next w:val="Tablaconcuadrcula"/>
    <w:uiPriority w:val="59"/>
    <w:rsid w:val="00E3543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next w:val="Tablaconcuadrculaclara"/>
    <w:uiPriority w:val="40"/>
    <w:rsid w:val="00E35433"/>
    <w:pPr>
      <w:spacing w:after="0" w:line="240" w:lineRule="auto"/>
    </w:pPr>
    <w:rPr>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dice1">
    <w:name w:val="index 1"/>
    <w:basedOn w:val="Normal"/>
    <w:next w:val="Normal"/>
    <w:autoRedefine/>
    <w:uiPriority w:val="99"/>
    <w:semiHidden/>
    <w:unhideWhenUsed/>
    <w:rsid w:val="00E35433"/>
    <w:pPr>
      <w:spacing w:before="0" w:after="0" w:line="240" w:lineRule="auto"/>
      <w:ind w:left="240" w:hanging="240"/>
    </w:pPr>
    <w:rPr>
      <w:rFonts w:ascii="Times New Roman" w:hAnsi="Times New Roman"/>
      <w:sz w:val="24"/>
      <w:lang w:eastAsia="es-ES"/>
    </w:rPr>
  </w:style>
  <w:style w:type="paragraph" w:customStyle="1" w:styleId="Ttulodendice1">
    <w:name w:val="Título de índice1"/>
    <w:basedOn w:val="Normal"/>
    <w:next w:val="ndice1"/>
    <w:uiPriority w:val="99"/>
    <w:semiHidden/>
    <w:unhideWhenUsed/>
    <w:rsid w:val="00E35433"/>
    <w:pPr>
      <w:spacing w:before="0" w:after="0" w:line="240" w:lineRule="auto"/>
    </w:pPr>
    <w:rPr>
      <w:rFonts w:ascii="Aptos Display" w:hAnsi="Aptos Display"/>
      <w:b/>
      <w:bCs/>
      <w:sz w:val="24"/>
      <w:lang w:eastAsia="es-ES"/>
    </w:rPr>
  </w:style>
  <w:style w:type="character" w:styleId="Hipervnculovisitado">
    <w:name w:val="FollowedHyperlink"/>
    <w:uiPriority w:val="99"/>
    <w:semiHidden/>
    <w:unhideWhenUsed/>
    <w:rsid w:val="00E35433"/>
    <w:rPr>
      <w:rFonts w:ascii="Times New Roman" w:hAnsi="Times New Roman" w:cs="Times New Roman" w:hint="default"/>
      <w:color w:val="800080"/>
      <w:u w:val="single"/>
    </w:rPr>
  </w:style>
  <w:style w:type="character" w:customStyle="1" w:styleId="Ttulo2Car1">
    <w:name w:val="Título 2 Car1"/>
    <w:aliases w:val="CAPÍTULO Car1,Car10 Car1"/>
    <w:basedOn w:val="Fuentedeprrafopredeter"/>
    <w:uiPriority w:val="9"/>
    <w:semiHidden/>
    <w:rsid w:val="00E35433"/>
    <w:rPr>
      <w:rFonts w:ascii="Aptos Display" w:eastAsia="Times New Roman" w:hAnsi="Aptos Display" w:cs="Times New Roman"/>
      <w:color w:val="0F4761"/>
      <w:sz w:val="32"/>
      <w:szCs w:val="32"/>
      <w:lang w:val="es-ES" w:eastAsia="es-ES"/>
    </w:rPr>
  </w:style>
  <w:style w:type="paragraph" w:customStyle="1" w:styleId="msonormal0">
    <w:name w:val="msonormal"/>
    <w:basedOn w:val="Normal"/>
    <w:uiPriority w:val="99"/>
    <w:rsid w:val="00E35433"/>
    <w:pPr>
      <w:spacing w:before="100" w:beforeAutospacing="1" w:after="100" w:afterAutospacing="1" w:line="240" w:lineRule="auto"/>
    </w:pPr>
    <w:rPr>
      <w:rFonts w:ascii="Arial" w:hAnsi="Arial" w:cs="Arial"/>
      <w:sz w:val="18"/>
      <w:szCs w:val="18"/>
      <w:lang w:val="es-CR" w:eastAsia="es-CR"/>
    </w:rPr>
  </w:style>
  <w:style w:type="paragraph" w:styleId="NormalWeb">
    <w:name w:val="Normal (Web)"/>
    <w:basedOn w:val="Normal"/>
    <w:uiPriority w:val="99"/>
    <w:unhideWhenUsed/>
    <w:rsid w:val="00E35433"/>
    <w:pPr>
      <w:numPr>
        <w:numId w:val="3"/>
      </w:numPr>
      <w:spacing w:before="100" w:beforeAutospacing="1" w:after="100" w:afterAutospacing="1" w:line="240" w:lineRule="auto"/>
      <w:ind w:left="0" w:firstLine="0"/>
    </w:pPr>
    <w:rPr>
      <w:rFonts w:ascii="Arial" w:hAnsi="Arial" w:cs="Arial"/>
      <w:sz w:val="18"/>
      <w:szCs w:val="18"/>
      <w:lang w:val="es-CR" w:eastAsia="es-CR"/>
    </w:rPr>
  </w:style>
  <w:style w:type="paragraph" w:styleId="TDC1">
    <w:name w:val="toc 1"/>
    <w:basedOn w:val="Normal"/>
    <w:next w:val="Normal"/>
    <w:autoRedefine/>
    <w:uiPriority w:val="39"/>
    <w:unhideWhenUsed/>
    <w:rsid w:val="00E35433"/>
    <w:pPr>
      <w:spacing w:before="120" w:after="120" w:line="240" w:lineRule="auto"/>
      <w:jc w:val="left"/>
    </w:pPr>
    <w:rPr>
      <w:b/>
      <w:bCs/>
      <w:caps/>
      <w:sz w:val="20"/>
      <w:szCs w:val="20"/>
      <w:lang w:eastAsia="es-ES"/>
    </w:rPr>
  </w:style>
  <w:style w:type="paragraph" w:styleId="TDC2">
    <w:name w:val="toc 2"/>
    <w:basedOn w:val="Normal"/>
    <w:next w:val="Normal"/>
    <w:autoRedefine/>
    <w:uiPriority w:val="39"/>
    <w:unhideWhenUsed/>
    <w:rsid w:val="00E35433"/>
    <w:pPr>
      <w:spacing w:before="0" w:after="0" w:line="240" w:lineRule="auto"/>
      <w:ind w:left="240"/>
      <w:jc w:val="left"/>
    </w:pPr>
    <w:rPr>
      <w:smallCaps/>
      <w:sz w:val="20"/>
      <w:szCs w:val="20"/>
      <w:lang w:eastAsia="es-ES"/>
    </w:rPr>
  </w:style>
  <w:style w:type="paragraph" w:styleId="TDC3">
    <w:name w:val="toc 3"/>
    <w:basedOn w:val="Normal"/>
    <w:next w:val="Normal"/>
    <w:autoRedefine/>
    <w:uiPriority w:val="39"/>
    <w:unhideWhenUsed/>
    <w:rsid w:val="00E35433"/>
    <w:pPr>
      <w:tabs>
        <w:tab w:val="right" w:leader="dot" w:pos="9062"/>
      </w:tabs>
      <w:spacing w:before="0" w:after="0" w:line="240" w:lineRule="auto"/>
      <w:ind w:left="480"/>
      <w:jc w:val="left"/>
    </w:pPr>
    <w:rPr>
      <w:rFonts w:ascii="Times New Roman" w:hAnsi="Times New Roman"/>
      <w:i/>
      <w:iCs/>
      <w:noProof/>
      <w:sz w:val="20"/>
      <w:szCs w:val="20"/>
      <w:lang w:eastAsia="es-ES"/>
    </w:rPr>
  </w:style>
  <w:style w:type="paragraph" w:styleId="TDC4">
    <w:name w:val="toc 4"/>
    <w:basedOn w:val="Normal"/>
    <w:next w:val="Normal"/>
    <w:autoRedefine/>
    <w:uiPriority w:val="39"/>
    <w:unhideWhenUsed/>
    <w:rsid w:val="00E35433"/>
    <w:pPr>
      <w:spacing w:before="0" w:after="0" w:line="240" w:lineRule="auto"/>
      <w:ind w:left="720"/>
      <w:jc w:val="left"/>
    </w:pPr>
    <w:rPr>
      <w:sz w:val="18"/>
      <w:szCs w:val="18"/>
      <w:lang w:eastAsia="es-ES"/>
    </w:rPr>
  </w:style>
  <w:style w:type="paragraph" w:styleId="TDC5">
    <w:name w:val="toc 5"/>
    <w:basedOn w:val="Normal"/>
    <w:next w:val="Normal"/>
    <w:autoRedefine/>
    <w:uiPriority w:val="39"/>
    <w:unhideWhenUsed/>
    <w:rsid w:val="00E35433"/>
    <w:pPr>
      <w:spacing w:before="0" w:after="0" w:line="240" w:lineRule="auto"/>
      <w:ind w:left="960"/>
      <w:jc w:val="left"/>
    </w:pPr>
    <w:rPr>
      <w:sz w:val="18"/>
      <w:szCs w:val="18"/>
      <w:lang w:eastAsia="es-ES"/>
    </w:rPr>
  </w:style>
  <w:style w:type="paragraph" w:styleId="TDC6">
    <w:name w:val="toc 6"/>
    <w:basedOn w:val="Normal"/>
    <w:next w:val="Normal"/>
    <w:autoRedefine/>
    <w:uiPriority w:val="39"/>
    <w:unhideWhenUsed/>
    <w:rsid w:val="00E35433"/>
    <w:pPr>
      <w:spacing w:before="0" w:after="0" w:line="240" w:lineRule="auto"/>
      <w:ind w:left="1200"/>
      <w:jc w:val="left"/>
    </w:pPr>
    <w:rPr>
      <w:sz w:val="18"/>
      <w:szCs w:val="18"/>
      <w:lang w:eastAsia="es-ES"/>
    </w:rPr>
  </w:style>
  <w:style w:type="paragraph" w:styleId="TDC7">
    <w:name w:val="toc 7"/>
    <w:basedOn w:val="Normal"/>
    <w:next w:val="Normal"/>
    <w:autoRedefine/>
    <w:uiPriority w:val="39"/>
    <w:unhideWhenUsed/>
    <w:rsid w:val="00E35433"/>
    <w:pPr>
      <w:spacing w:before="0" w:after="0" w:line="240" w:lineRule="auto"/>
      <w:ind w:left="1440"/>
      <w:jc w:val="left"/>
    </w:pPr>
    <w:rPr>
      <w:sz w:val="18"/>
      <w:szCs w:val="18"/>
      <w:lang w:eastAsia="es-ES"/>
    </w:rPr>
  </w:style>
  <w:style w:type="paragraph" w:styleId="TDC8">
    <w:name w:val="toc 8"/>
    <w:basedOn w:val="Normal"/>
    <w:next w:val="Normal"/>
    <w:autoRedefine/>
    <w:uiPriority w:val="39"/>
    <w:unhideWhenUsed/>
    <w:rsid w:val="00E35433"/>
    <w:pPr>
      <w:spacing w:before="0" w:after="0" w:line="240" w:lineRule="auto"/>
      <w:ind w:left="1680"/>
      <w:jc w:val="left"/>
    </w:pPr>
    <w:rPr>
      <w:sz w:val="18"/>
      <w:szCs w:val="18"/>
      <w:lang w:eastAsia="es-ES"/>
    </w:rPr>
  </w:style>
  <w:style w:type="paragraph" w:styleId="TDC9">
    <w:name w:val="toc 9"/>
    <w:basedOn w:val="Normal"/>
    <w:next w:val="Normal"/>
    <w:autoRedefine/>
    <w:uiPriority w:val="39"/>
    <w:unhideWhenUsed/>
    <w:rsid w:val="00E35433"/>
    <w:pPr>
      <w:spacing w:before="0" w:after="0" w:line="240" w:lineRule="auto"/>
      <w:ind w:left="1920"/>
      <w:jc w:val="left"/>
    </w:pPr>
    <w:rPr>
      <w:sz w:val="18"/>
      <w:szCs w:val="18"/>
      <w:lang w:eastAsia="es-ES"/>
    </w:rPr>
  </w:style>
  <w:style w:type="character" w:customStyle="1" w:styleId="TextonotapieCar">
    <w:name w:val="Texto nota pie Car"/>
    <w:aliases w:val="Car1 Car"/>
    <w:link w:val="Textonotapie"/>
    <w:uiPriority w:val="99"/>
    <w:semiHidden/>
    <w:locked/>
    <w:rsid w:val="00E35433"/>
    <w:rPr>
      <w:lang w:eastAsia="es-ES"/>
    </w:rPr>
  </w:style>
  <w:style w:type="paragraph" w:styleId="Textonotapie">
    <w:name w:val="footnote text"/>
    <w:aliases w:val="Car1"/>
    <w:basedOn w:val="Normal"/>
    <w:link w:val="TextonotapieCar"/>
    <w:uiPriority w:val="99"/>
    <w:semiHidden/>
    <w:unhideWhenUsed/>
    <w:rsid w:val="00E35433"/>
    <w:pPr>
      <w:spacing w:before="0" w:after="0" w:line="240" w:lineRule="auto"/>
    </w:pPr>
    <w:rPr>
      <w:rFonts w:eastAsiaTheme="minorHAnsi" w:cstheme="minorBidi"/>
      <w:szCs w:val="22"/>
      <w:lang w:val="es-CR" w:eastAsia="es-ES"/>
    </w:rPr>
  </w:style>
  <w:style w:type="character" w:customStyle="1" w:styleId="TextonotapieCar1">
    <w:name w:val="Texto nota pie Car1"/>
    <w:aliases w:val="Car1 Car1"/>
    <w:basedOn w:val="Fuentedeprrafopredeter"/>
    <w:uiPriority w:val="99"/>
    <w:semiHidden/>
    <w:rsid w:val="00E35433"/>
    <w:rPr>
      <w:rFonts w:eastAsia="Times New Roman" w:cs="Times New Roman"/>
      <w:sz w:val="20"/>
      <w:szCs w:val="20"/>
      <w:lang w:val="es-ES"/>
    </w:rPr>
  </w:style>
  <w:style w:type="paragraph" w:styleId="Textocomentario">
    <w:name w:val="annotation text"/>
    <w:basedOn w:val="Normal"/>
    <w:link w:val="TextocomentarioCar"/>
    <w:uiPriority w:val="99"/>
    <w:unhideWhenUsed/>
    <w:rsid w:val="00E35433"/>
    <w:pPr>
      <w:spacing w:before="0" w:after="0" w:line="240" w:lineRule="auto"/>
    </w:pPr>
    <w:rPr>
      <w:rFonts w:ascii="Times New Roman" w:hAnsi="Times New Roman"/>
      <w:sz w:val="24"/>
      <w:lang w:eastAsia="es-ES"/>
    </w:rPr>
  </w:style>
  <w:style w:type="character" w:customStyle="1" w:styleId="TextocomentarioCar">
    <w:name w:val="Texto comentario Car"/>
    <w:basedOn w:val="Fuentedeprrafopredeter"/>
    <w:link w:val="Textocomentario"/>
    <w:uiPriority w:val="99"/>
    <w:rsid w:val="00E35433"/>
    <w:rPr>
      <w:rFonts w:ascii="Times New Roman" w:eastAsia="Times New Roman" w:hAnsi="Times New Roman" w:cs="Times New Roman"/>
      <w:sz w:val="24"/>
      <w:szCs w:val="24"/>
      <w:lang w:val="es-ES" w:eastAsia="es-ES"/>
    </w:rPr>
  </w:style>
  <w:style w:type="paragraph" w:styleId="Listaconvietas">
    <w:name w:val="List Bullet"/>
    <w:basedOn w:val="Normal"/>
    <w:autoRedefine/>
    <w:uiPriority w:val="99"/>
    <w:unhideWhenUsed/>
    <w:rsid w:val="00E35433"/>
    <w:pPr>
      <w:tabs>
        <w:tab w:val="num" w:pos="360"/>
      </w:tabs>
      <w:spacing w:before="0" w:after="0" w:line="240" w:lineRule="auto"/>
      <w:ind w:left="360" w:hanging="360"/>
    </w:pPr>
    <w:rPr>
      <w:rFonts w:ascii="Times New Roman" w:hAnsi="Times New Roman"/>
      <w:sz w:val="24"/>
      <w:lang w:eastAsia="es-ES"/>
    </w:rPr>
  </w:style>
  <w:style w:type="paragraph" w:styleId="Listaconnmeros">
    <w:name w:val="List Number"/>
    <w:basedOn w:val="Normal"/>
    <w:uiPriority w:val="99"/>
    <w:unhideWhenUsed/>
    <w:rsid w:val="00E35433"/>
    <w:pPr>
      <w:spacing w:before="0" w:after="0" w:line="240" w:lineRule="auto"/>
      <w:contextualSpacing/>
    </w:pPr>
    <w:rPr>
      <w:rFonts w:ascii="Times New Roman" w:hAnsi="Times New Roman"/>
      <w:sz w:val="24"/>
      <w:lang w:val="en-US"/>
    </w:rPr>
  </w:style>
  <w:style w:type="paragraph" w:styleId="Textoindependiente">
    <w:name w:val="Body Text"/>
    <w:basedOn w:val="Normal"/>
    <w:link w:val="TextoindependienteCar"/>
    <w:uiPriority w:val="99"/>
    <w:unhideWhenUsed/>
    <w:rsid w:val="00E35433"/>
    <w:pPr>
      <w:spacing w:before="0" w:after="120" w:line="240" w:lineRule="auto"/>
    </w:pPr>
    <w:rPr>
      <w:rFonts w:ascii="Times New Roman" w:eastAsia="Calibri" w:hAnsi="Times New Roman"/>
      <w:sz w:val="24"/>
    </w:rPr>
  </w:style>
  <w:style w:type="character" w:customStyle="1" w:styleId="TextoindependienteCar">
    <w:name w:val="Texto independiente Car"/>
    <w:basedOn w:val="Fuentedeprrafopredeter"/>
    <w:link w:val="Textoindependiente"/>
    <w:uiPriority w:val="99"/>
    <w:rsid w:val="00E35433"/>
    <w:rPr>
      <w:rFonts w:ascii="Times New Roman" w:eastAsia="Calibri" w:hAnsi="Times New Roman" w:cs="Times New Roman"/>
      <w:sz w:val="24"/>
      <w:szCs w:val="24"/>
      <w:lang w:val="es-ES"/>
    </w:rPr>
  </w:style>
  <w:style w:type="character" w:customStyle="1" w:styleId="SangradetextonormalCar">
    <w:name w:val="Sangría de texto normal Car"/>
    <w:aliases w:val="Sangría de t. independiente Car"/>
    <w:basedOn w:val="Fuentedeprrafopredeter"/>
    <w:link w:val="Sangradetextonormal"/>
    <w:uiPriority w:val="99"/>
    <w:semiHidden/>
    <w:locked/>
    <w:rsid w:val="00E35433"/>
    <w:rPr>
      <w:rFonts w:ascii="Times New Roman" w:eastAsia="Times New Roman" w:hAnsi="Times New Roman" w:cs="Times New Roman"/>
      <w:sz w:val="24"/>
      <w:szCs w:val="24"/>
      <w:lang w:val="es-ES" w:eastAsia="es-ES"/>
    </w:rPr>
  </w:style>
  <w:style w:type="paragraph" w:styleId="Sangradetextonormal">
    <w:name w:val="Body Text Indent"/>
    <w:aliases w:val="Sangría de t. independiente"/>
    <w:basedOn w:val="Normal"/>
    <w:link w:val="SangradetextonormalCar"/>
    <w:uiPriority w:val="99"/>
    <w:semiHidden/>
    <w:unhideWhenUsed/>
    <w:rsid w:val="00E35433"/>
    <w:pPr>
      <w:spacing w:before="0" w:after="0" w:line="360" w:lineRule="auto"/>
      <w:ind w:left="708" w:hanging="707"/>
    </w:pPr>
    <w:rPr>
      <w:rFonts w:ascii="Times New Roman" w:hAnsi="Times New Roman"/>
      <w:sz w:val="24"/>
      <w:lang w:eastAsia="es-ES"/>
    </w:rPr>
  </w:style>
  <w:style w:type="character" w:customStyle="1" w:styleId="SangradetextonormalCar1">
    <w:name w:val="Sangría de texto normal Car1"/>
    <w:aliases w:val="Sangría de t. independiente Car1"/>
    <w:basedOn w:val="Fuentedeprrafopredeter"/>
    <w:uiPriority w:val="99"/>
    <w:semiHidden/>
    <w:rsid w:val="00E35433"/>
    <w:rPr>
      <w:rFonts w:eastAsia="Times New Roman" w:cs="Times New Roman"/>
      <w:szCs w:val="24"/>
      <w:lang w:val="es-ES"/>
    </w:rPr>
  </w:style>
  <w:style w:type="paragraph" w:styleId="Textoindependiente2">
    <w:name w:val="Body Text 2"/>
    <w:basedOn w:val="Normal"/>
    <w:link w:val="Textoindependiente2Car"/>
    <w:uiPriority w:val="99"/>
    <w:unhideWhenUsed/>
    <w:rsid w:val="00E35433"/>
    <w:pPr>
      <w:spacing w:before="0" w:after="120" w:line="480" w:lineRule="auto"/>
    </w:pPr>
    <w:rPr>
      <w:rFonts w:ascii="Times New Roman" w:hAnsi="Times New Roman"/>
      <w:sz w:val="24"/>
      <w:lang w:eastAsia="es-ES"/>
    </w:rPr>
  </w:style>
  <w:style w:type="character" w:customStyle="1" w:styleId="Textoindependiente2Car">
    <w:name w:val="Texto independiente 2 Car"/>
    <w:basedOn w:val="Fuentedeprrafopredeter"/>
    <w:link w:val="Textoindependiente2"/>
    <w:uiPriority w:val="99"/>
    <w:rsid w:val="00E35433"/>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E35433"/>
    <w:pPr>
      <w:widowControl w:val="0"/>
      <w:spacing w:before="0" w:after="0" w:line="240" w:lineRule="auto"/>
    </w:pPr>
    <w:rPr>
      <w:rFonts w:ascii="Times New Roman" w:hAnsi="Times New Roman"/>
      <w:sz w:val="25"/>
      <w:lang w:val="es-CR" w:eastAsia="es-ES"/>
    </w:rPr>
  </w:style>
  <w:style w:type="character" w:customStyle="1" w:styleId="Textoindependiente3Car">
    <w:name w:val="Texto independiente 3 Car"/>
    <w:basedOn w:val="Fuentedeprrafopredeter"/>
    <w:link w:val="Textoindependiente3"/>
    <w:uiPriority w:val="99"/>
    <w:rsid w:val="00E35433"/>
    <w:rPr>
      <w:rFonts w:ascii="Times New Roman" w:eastAsia="Times New Roman" w:hAnsi="Times New Roman" w:cs="Times New Roman"/>
      <w:sz w:val="25"/>
      <w:szCs w:val="24"/>
      <w:lang w:eastAsia="es-ES"/>
    </w:rPr>
  </w:style>
  <w:style w:type="paragraph" w:styleId="Sangra2detindependiente">
    <w:name w:val="Body Text Indent 2"/>
    <w:basedOn w:val="Normal"/>
    <w:link w:val="Sangra2detindependienteCar"/>
    <w:uiPriority w:val="99"/>
    <w:semiHidden/>
    <w:unhideWhenUsed/>
    <w:rsid w:val="00E35433"/>
    <w:pPr>
      <w:spacing w:before="0" w:after="120" w:line="480" w:lineRule="auto"/>
      <w:ind w:left="283"/>
    </w:pPr>
    <w:rPr>
      <w:rFonts w:ascii="Times New Roman" w:hAnsi="Times New Roman"/>
      <w:sz w:val="24"/>
      <w:lang w:eastAsia="es-ES"/>
    </w:rPr>
  </w:style>
  <w:style w:type="character" w:customStyle="1" w:styleId="Sangra2detindependienteCar">
    <w:name w:val="Sangría 2 de t. independiente Car"/>
    <w:basedOn w:val="Fuentedeprrafopredeter"/>
    <w:link w:val="Sangra2detindependiente"/>
    <w:uiPriority w:val="99"/>
    <w:semiHidden/>
    <w:rsid w:val="00E35433"/>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uiPriority w:val="99"/>
    <w:semiHidden/>
    <w:unhideWhenUsed/>
    <w:rsid w:val="00E35433"/>
    <w:pPr>
      <w:widowControl w:val="0"/>
      <w:spacing w:before="0" w:after="0" w:line="240" w:lineRule="auto"/>
      <w:ind w:left="709" w:hanging="709"/>
    </w:pPr>
    <w:rPr>
      <w:rFonts w:ascii="Times New Roman" w:hAnsi="Times New Roman"/>
      <w:sz w:val="19"/>
      <w:lang w:val="es-CR" w:eastAsia="es-ES"/>
    </w:rPr>
  </w:style>
  <w:style w:type="character" w:customStyle="1" w:styleId="Sangra3detindependienteCar">
    <w:name w:val="Sangría 3 de t. independiente Car"/>
    <w:basedOn w:val="Fuentedeprrafopredeter"/>
    <w:link w:val="Sangra3detindependiente"/>
    <w:uiPriority w:val="99"/>
    <w:semiHidden/>
    <w:rsid w:val="00E35433"/>
    <w:rPr>
      <w:rFonts w:ascii="Times New Roman" w:eastAsia="Times New Roman" w:hAnsi="Times New Roman" w:cs="Times New Roman"/>
      <w:sz w:val="19"/>
      <w:szCs w:val="24"/>
      <w:lang w:eastAsia="es-ES"/>
    </w:rPr>
  </w:style>
  <w:style w:type="paragraph" w:styleId="Textodebloque">
    <w:name w:val="Block Text"/>
    <w:basedOn w:val="Normal"/>
    <w:uiPriority w:val="99"/>
    <w:semiHidden/>
    <w:unhideWhenUsed/>
    <w:rsid w:val="00E35433"/>
    <w:pPr>
      <w:widowControl w:val="0"/>
      <w:spacing w:before="0" w:after="0" w:line="240" w:lineRule="auto"/>
      <w:ind w:left="1134" w:right="618"/>
    </w:pPr>
    <w:rPr>
      <w:rFonts w:ascii="Times New Roman" w:hAnsi="Times New Roman"/>
      <w:i/>
      <w:lang w:val="es-CR" w:eastAsia="es-ES"/>
    </w:rPr>
  </w:style>
  <w:style w:type="paragraph" w:styleId="Textosinformato">
    <w:name w:val="Plain Text"/>
    <w:basedOn w:val="Normal"/>
    <w:link w:val="TextosinformatoCar"/>
    <w:uiPriority w:val="99"/>
    <w:semiHidden/>
    <w:unhideWhenUsed/>
    <w:rsid w:val="00E35433"/>
    <w:pPr>
      <w:spacing w:before="0" w:after="0" w:line="240" w:lineRule="auto"/>
    </w:pPr>
    <w:rPr>
      <w:rFonts w:ascii="Consolas" w:eastAsia="Calibri" w:hAnsi="Consolas"/>
      <w:sz w:val="21"/>
      <w:szCs w:val="21"/>
      <w:lang w:val="x-none"/>
    </w:rPr>
  </w:style>
  <w:style w:type="character" w:customStyle="1" w:styleId="TextosinformatoCar">
    <w:name w:val="Texto sin formato Car"/>
    <w:basedOn w:val="Fuentedeprrafopredeter"/>
    <w:link w:val="Textosinformato"/>
    <w:uiPriority w:val="99"/>
    <w:semiHidden/>
    <w:rsid w:val="00E35433"/>
    <w:rPr>
      <w:rFonts w:ascii="Consolas" w:eastAsia="Calibri" w:hAnsi="Consolas" w:cs="Times New Roman"/>
      <w:sz w:val="21"/>
      <w:szCs w:val="21"/>
      <w:lang w:val="x-none"/>
    </w:rPr>
  </w:style>
  <w:style w:type="paragraph" w:styleId="Asuntodelcomentario">
    <w:name w:val="annotation subject"/>
    <w:basedOn w:val="Textocomentario"/>
    <w:next w:val="Textocomentario"/>
    <w:link w:val="AsuntodelcomentarioCar"/>
    <w:uiPriority w:val="99"/>
    <w:semiHidden/>
    <w:unhideWhenUsed/>
    <w:rsid w:val="00E35433"/>
    <w:rPr>
      <w:b/>
      <w:bCs/>
      <w:lang w:val="es-CR"/>
    </w:rPr>
  </w:style>
  <w:style w:type="character" w:customStyle="1" w:styleId="AsuntodelcomentarioCar">
    <w:name w:val="Asunto del comentario Car"/>
    <w:basedOn w:val="TextocomentarioCar"/>
    <w:link w:val="Asuntodelcomentario"/>
    <w:uiPriority w:val="99"/>
    <w:semiHidden/>
    <w:rsid w:val="00E35433"/>
    <w:rPr>
      <w:rFonts w:ascii="Times New Roman" w:eastAsia="Times New Roman" w:hAnsi="Times New Roman" w:cs="Times New Roman"/>
      <w:b/>
      <w:bCs/>
      <w:sz w:val="24"/>
      <w:szCs w:val="24"/>
      <w:lang w:val="es-ES" w:eastAsia="es-ES"/>
    </w:rPr>
  </w:style>
  <w:style w:type="paragraph" w:styleId="Textodeglobo">
    <w:name w:val="Balloon Text"/>
    <w:basedOn w:val="Normal"/>
    <w:link w:val="TextodegloboCar"/>
    <w:uiPriority w:val="99"/>
    <w:semiHidden/>
    <w:unhideWhenUsed/>
    <w:rsid w:val="00E35433"/>
    <w:pPr>
      <w:spacing w:before="0" w:after="0" w:line="240" w:lineRule="auto"/>
    </w:pPr>
    <w:rPr>
      <w:rFonts w:ascii="Tahoma" w:hAnsi="Tahoma" w:cs="Tahoma"/>
      <w:sz w:val="16"/>
      <w:szCs w:val="16"/>
      <w:lang w:eastAsia="es-ES"/>
    </w:rPr>
  </w:style>
  <w:style w:type="character" w:customStyle="1" w:styleId="TextodegloboCar">
    <w:name w:val="Texto de globo Car"/>
    <w:basedOn w:val="Fuentedeprrafopredeter"/>
    <w:link w:val="Textodeglobo"/>
    <w:uiPriority w:val="99"/>
    <w:semiHidden/>
    <w:rsid w:val="00E35433"/>
    <w:rPr>
      <w:rFonts w:ascii="Tahoma" w:eastAsia="Times New Roman" w:hAnsi="Tahoma" w:cs="Tahoma"/>
      <w:sz w:val="16"/>
      <w:szCs w:val="16"/>
      <w:lang w:val="es-ES" w:eastAsia="es-ES"/>
    </w:rPr>
  </w:style>
  <w:style w:type="character" w:customStyle="1" w:styleId="SinespaciadoCar">
    <w:name w:val="Sin espaciado Car"/>
    <w:link w:val="Sinespaciado"/>
    <w:uiPriority w:val="1"/>
    <w:locked/>
    <w:rsid w:val="00E35433"/>
    <w:rPr>
      <w:lang w:val="en-US"/>
    </w:rPr>
  </w:style>
  <w:style w:type="paragraph" w:styleId="Sinespaciado">
    <w:name w:val="No Spacing"/>
    <w:link w:val="SinespaciadoCar"/>
    <w:uiPriority w:val="1"/>
    <w:qFormat/>
    <w:rsid w:val="00E35433"/>
    <w:pPr>
      <w:spacing w:after="0" w:line="240" w:lineRule="auto"/>
    </w:pPr>
    <w:rPr>
      <w:lang w:val="en-US"/>
    </w:rPr>
  </w:style>
  <w:style w:type="paragraph" w:styleId="Revisin">
    <w:name w:val="Revision"/>
    <w:uiPriority w:val="99"/>
    <w:semiHidden/>
    <w:rsid w:val="00E35433"/>
    <w:pPr>
      <w:spacing w:after="0" w:line="240" w:lineRule="auto"/>
    </w:pPr>
    <w:rPr>
      <w:rFonts w:ascii="Calibri" w:eastAsia="Calibri" w:hAnsi="Calibri" w:cs="Times New Roman"/>
    </w:rPr>
  </w:style>
  <w:style w:type="character" w:customStyle="1" w:styleId="PrrafodelistaCar">
    <w:name w:val="Párrafo de lista Car"/>
    <w:aliases w:val="Párrafo de lista Considerandos Car,Informe Car,Con viñetas Car,Normal con viñetas Car,3 Car,Use Case List Paragraph Car,Bullet 1 Car,titulo 3 Car,figuras y gráficos Car,Viñetas Car,Bulletr List Paragraph Car,List Paragraph 1 Car"/>
    <w:link w:val="Prrafodelista"/>
    <w:uiPriority w:val="34"/>
    <w:qFormat/>
    <w:locked/>
    <w:rsid w:val="00E35433"/>
    <w:rPr>
      <w:rFonts w:eastAsia="Aptos" w:cs="Times New Roman"/>
      <w:kern w:val="2"/>
      <w14:ligatures w14:val="standardContextual"/>
    </w:rPr>
  </w:style>
  <w:style w:type="character" w:customStyle="1" w:styleId="Ttulo1Car1">
    <w:name w:val="Título 1 Car1"/>
    <w:basedOn w:val="Fuentedeprrafopredeter"/>
    <w:link w:val="Ttulo1"/>
    <w:uiPriority w:val="9"/>
    <w:rsid w:val="00E35433"/>
    <w:rPr>
      <w:rFonts w:asciiTheme="majorHAnsi" w:eastAsiaTheme="majorEastAsia" w:hAnsiTheme="majorHAnsi" w:cstheme="majorBidi"/>
      <w:color w:val="2E74B5" w:themeColor="accent1" w:themeShade="BF"/>
      <w:sz w:val="32"/>
      <w:szCs w:val="32"/>
      <w:lang w:val="es-ES"/>
    </w:rPr>
  </w:style>
  <w:style w:type="paragraph" w:styleId="TtuloTDC">
    <w:name w:val="TOC Heading"/>
    <w:basedOn w:val="Ttulo1"/>
    <w:next w:val="Normal"/>
    <w:uiPriority w:val="39"/>
    <w:unhideWhenUsed/>
    <w:qFormat/>
    <w:rsid w:val="00E35433"/>
    <w:pPr>
      <w:keepNext w:val="0"/>
      <w:spacing w:after="120" w:line="256" w:lineRule="auto"/>
      <w:jc w:val="left"/>
      <w:outlineLvl w:val="9"/>
    </w:pPr>
    <w:rPr>
      <w:b/>
      <w:iCs/>
      <w:lang w:val="es-CR" w:eastAsia="es-CR"/>
    </w:rPr>
  </w:style>
  <w:style w:type="character" w:customStyle="1" w:styleId="PiepaginaChar">
    <w:name w:val="Pie pagina Char"/>
    <w:link w:val="Piepagina"/>
    <w:uiPriority w:val="1"/>
    <w:locked/>
    <w:rsid w:val="00E35433"/>
    <w:rPr>
      <w:rFonts w:ascii="Franklin Gothic Book" w:eastAsia="Times New Roman" w:hAnsi="Franklin Gothic Book"/>
      <w:color w:val="004990"/>
      <w:sz w:val="16"/>
      <w:szCs w:val="16"/>
      <w:lang w:val="es-ES"/>
    </w:rPr>
  </w:style>
  <w:style w:type="paragraph" w:customStyle="1" w:styleId="Piepagina">
    <w:name w:val="Pie pagina"/>
    <w:basedOn w:val="Normal"/>
    <w:link w:val="PiepaginaChar"/>
    <w:uiPriority w:val="1"/>
    <w:qFormat/>
    <w:rsid w:val="00E35433"/>
    <w:pPr>
      <w:spacing w:before="0" w:after="0" w:line="240" w:lineRule="auto"/>
    </w:pPr>
    <w:rPr>
      <w:rFonts w:ascii="Franklin Gothic Book" w:hAnsi="Franklin Gothic Book" w:cstheme="minorBidi"/>
      <w:color w:val="004990"/>
      <w:sz w:val="16"/>
      <w:szCs w:val="16"/>
    </w:rPr>
  </w:style>
  <w:style w:type="paragraph" w:customStyle="1" w:styleId="p4">
    <w:name w:val="p4"/>
    <w:basedOn w:val="Normal"/>
    <w:uiPriority w:val="99"/>
    <w:rsid w:val="00E35433"/>
    <w:pPr>
      <w:tabs>
        <w:tab w:val="left" w:pos="720"/>
      </w:tabs>
      <w:overflowPunct w:val="0"/>
      <w:autoSpaceDE w:val="0"/>
      <w:autoSpaceDN w:val="0"/>
      <w:adjustRightInd w:val="0"/>
      <w:spacing w:before="0" w:after="0" w:line="278" w:lineRule="auto"/>
    </w:pPr>
    <w:rPr>
      <w:rFonts w:ascii="Arial" w:hAnsi="Arial"/>
      <w:sz w:val="24"/>
      <w:lang w:val="es-ES_tradnl" w:eastAsia="es-ES"/>
    </w:rPr>
  </w:style>
  <w:style w:type="paragraph" w:customStyle="1" w:styleId="CM14">
    <w:name w:val="CM14"/>
    <w:basedOn w:val="Normal"/>
    <w:next w:val="Normal"/>
    <w:uiPriority w:val="99"/>
    <w:rsid w:val="00E35433"/>
    <w:pPr>
      <w:widowControl w:val="0"/>
      <w:autoSpaceDE w:val="0"/>
      <w:autoSpaceDN w:val="0"/>
      <w:adjustRightInd w:val="0"/>
      <w:spacing w:before="0" w:after="145" w:line="240" w:lineRule="auto"/>
    </w:pPr>
    <w:rPr>
      <w:rFonts w:ascii="Times New Roman" w:hAnsi="Times New Roman"/>
      <w:sz w:val="24"/>
      <w:lang w:val="es-CR" w:eastAsia="es-CR"/>
    </w:rPr>
  </w:style>
  <w:style w:type="paragraph" w:customStyle="1" w:styleId="CM10">
    <w:name w:val="CM10"/>
    <w:basedOn w:val="Normal"/>
    <w:next w:val="Normal"/>
    <w:uiPriority w:val="99"/>
    <w:rsid w:val="00E35433"/>
    <w:pPr>
      <w:widowControl w:val="0"/>
      <w:autoSpaceDE w:val="0"/>
      <w:autoSpaceDN w:val="0"/>
      <w:adjustRightInd w:val="0"/>
      <w:spacing w:before="0" w:after="0" w:line="231" w:lineRule="atLeast"/>
    </w:pPr>
    <w:rPr>
      <w:rFonts w:ascii="Times New Roman" w:hAnsi="Times New Roman"/>
      <w:sz w:val="24"/>
      <w:lang w:val="es-CR" w:eastAsia="es-CR"/>
    </w:rPr>
  </w:style>
  <w:style w:type="paragraph" w:customStyle="1" w:styleId="Default">
    <w:name w:val="Default"/>
    <w:uiPriority w:val="99"/>
    <w:rsid w:val="00E35433"/>
    <w:pPr>
      <w:autoSpaceDE w:val="0"/>
      <w:autoSpaceDN w:val="0"/>
      <w:adjustRightInd w:val="0"/>
      <w:spacing w:after="0" w:line="240" w:lineRule="auto"/>
    </w:pPr>
    <w:rPr>
      <w:rFonts w:ascii="Arial" w:eastAsia="Times New Roman" w:hAnsi="Arial" w:cs="Arial"/>
      <w:color w:val="000000"/>
      <w:sz w:val="24"/>
      <w:szCs w:val="24"/>
      <w:lang w:eastAsia="es-CR"/>
    </w:rPr>
  </w:style>
  <w:style w:type="paragraph" w:customStyle="1" w:styleId="CNV">
    <w:name w:val="CNV"/>
    <w:basedOn w:val="Normal"/>
    <w:uiPriority w:val="99"/>
    <w:rsid w:val="00E35433"/>
    <w:pPr>
      <w:spacing w:before="0" w:after="0" w:line="240" w:lineRule="auto"/>
    </w:pPr>
    <w:rPr>
      <w:rFonts w:ascii="BR-01T" w:hAnsi="BR-01T"/>
      <w:sz w:val="24"/>
      <w:lang w:val="es-ES_tradnl" w:eastAsia="es-ES"/>
    </w:rPr>
  </w:style>
  <w:style w:type="paragraph" w:customStyle="1" w:styleId="Epgrafe">
    <w:name w:val="Epígrafe"/>
    <w:basedOn w:val="Normal"/>
    <w:next w:val="Normal"/>
    <w:uiPriority w:val="99"/>
    <w:qFormat/>
    <w:rsid w:val="00E35433"/>
    <w:pPr>
      <w:spacing w:before="0" w:after="0" w:line="240" w:lineRule="auto"/>
      <w:ind w:left="284"/>
      <w:jc w:val="right"/>
    </w:pPr>
    <w:rPr>
      <w:rFonts w:ascii="Times New Roman" w:hAnsi="Times New Roman"/>
      <w:i/>
      <w:sz w:val="24"/>
      <w:lang w:val="es-ES_tradnl" w:eastAsia="es-ES"/>
    </w:rPr>
  </w:style>
  <w:style w:type="paragraph" w:customStyle="1" w:styleId="BodyText21">
    <w:name w:val="Body Text 21"/>
    <w:basedOn w:val="Normal"/>
    <w:uiPriority w:val="99"/>
    <w:rsid w:val="00E35433"/>
    <w:pPr>
      <w:widowControl w:val="0"/>
      <w:spacing w:before="0" w:after="0" w:line="240" w:lineRule="auto"/>
    </w:pPr>
    <w:rPr>
      <w:rFonts w:ascii="Times New Roman" w:hAnsi="Times New Roman"/>
      <w:sz w:val="24"/>
      <w:lang w:val="es-CR" w:eastAsia="es-ES"/>
    </w:rPr>
  </w:style>
  <w:style w:type="paragraph" w:customStyle="1" w:styleId="xl40">
    <w:name w:val="xl40"/>
    <w:basedOn w:val="Normal"/>
    <w:uiPriority w:val="99"/>
    <w:rsid w:val="00E35433"/>
    <w:pPr>
      <w:spacing w:before="100" w:beforeAutospacing="1" w:after="100" w:afterAutospacing="1" w:line="240" w:lineRule="auto"/>
      <w:jc w:val="center"/>
    </w:pPr>
    <w:rPr>
      <w:rFonts w:ascii="Times New Roman" w:eastAsia="Arial Unicode MS" w:hAnsi="Times New Roman"/>
      <w:b/>
      <w:bCs/>
      <w:sz w:val="24"/>
      <w:lang w:eastAsia="es-ES"/>
    </w:rPr>
  </w:style>
  <w:style w:type="paragraph" w:customStyle="1" w:styleId="xl28">
    <w:name w:val="xl28"/>
    <w:basedOn w:val="Normal"/>
    <w:uiPriority w:val="99"/>
    <w:rsid w:val="00E35433"/>
    <w:pPr>
      <w:spacing w:before="100" w:beforeAutospacing="1" w:after="100" w:afterAutospacing="1" w:line="240" w:lineRule="auto"/>
    </w:pPr>
    <w:rPr>
      <w:rFonts w:ascii="Arial" w:eastAsia="Arial Unicode MS" w:hAnsi="Arial" w:cs="Arial"/>
      <w:sz w:val="18"/>
      <w:szCs w:val="18"/>
      <w:lang w:eastAsia="es-ES"/>
    </w:rPr>
  </w:style>
  <w:style w:type="paragraph" w:customStyle="1" w:styleId="xl27">
    <w:name w:val="xl27"/>
    <w:basedOn w:val="Normal"/>
    <w:uiPriority w:val="99"/>
    <w:rsid w:val="00E35433"/>
    <w:pPr>
      <w:spacing w:before="100" w:beforeAutospacing="1" w:after="100" w:afterAutospacing="1" w:line="240" w:lineRule="auto"/>
    </w:pPr>
    <w:rPr>
      <w:rFonts w:ascii="Arial" w:eastAsia="Arial Unicode MS" w:hAnsi="Arial" w:cs="Arial"/>
      <w:sz w:val="16"/>
      <w:szCs w:val="16"/>
      <w:lang w:eastAsia="es-ES"/>
    </w:rPr>
  </w:style>
  <w:style w:type="paragraph" w:customStyle="1" w:styleId="xl26">
    <w:name w:val="xl26"/>
    <w:basedOn w:val="Normal"/>
    <w:uiPriority w:val="99"/>
    <w:rsid w:val="00E35433"/>
    <w:pPr>
      <w:spacing w:before="100" w:beforeAutospacing="1" w:after="100" w:afterAutospacing="1" w:line="240" w:lineRule="auto"/>
    </w:pPr>
    <w:rPr>
      <w:rFonts w:ascii="Arial" w:eastAsia="Arial Unicode MS" w:hAnsi="Arial" w:cs="Arial"/>
      <w:b/>
      <w:bCs/>
      <w:sz w:val="18"/>
      <w:szCs w:val="18"/>
      <w:lang w:eastAsia="es-ES"/>
    </w:rPr>
  </w:style>
  <w:style w:type="paragraph" w:customStyle="1" w:styleId="Tcnico">
    <w:name w:val="Técnico"/>
    <w:basedOn w:val="Normal"/>
    <w:uiPriority w:val="99"/>
    <w:rsid w:val="00E35433"/>
    <w:pPr>
      <w:autoSpaceDE w:val="0"/>
      <w:autoSpaceDN w:val="0"/>
      <w:spacing w:before="0" w:after="0" w:line="240" w:lineRule="auto"/>
      <w:ind w:left="3544" w:hanging="2126"/>
    </w:pPr>
    <w:rPr>
      <w:rFonts w:ascii="Times New Roman" w:hAnsi="Times New Roman"/>
      <w:b/>
      <w:bCs/>
      <w:sz w:val="24"/>
      <w:szCs w:val="22"/>
      <w:lang w:val="es-ES_tradnl" w:eastAsia="es-ES"/>
    </w:rPr>
  </w:style>
  <w:style w:type="paragraph" w:customStyle="1" w:styleId="p2">
    <w:name w:val="p2"/>
    <w:basedOn w:val="Normal"/>
    <w:uiPriority w:val="99"/>
    <w:rsid w:val="00E35433"/>
    <w:pPr>
      <w:widowControl w:val="0"/>
      <w:tabs>
        <w:tab w:val="left" w:pos="720"/>
      </w:tabs>
      <w:spacing w:before="0" w:after="0" w:line="320" w:lineRule="atLeast"/>
    </w:pPr>
    <w:rPr>
      <w:rFonts w:ascii="Times New Roman" w:hAnsi="Times New Roman"/>
      <w:sz w:val="24"/>
      <w:lang w:eastAsia="es-ES"/>
    </w:rPr>
  </w:style>
  <w:style w:type="paragraph" w:customStyle="1" w:styleId="NORMAL2">
    <w:name w:val="NORMAL2"/>
    <w:basedOn w:val="Normal"/>
    <w:autoRedefine/>
    <w:uiPriority w:val="99"/>
    <w:rsid w:val="00E35433"/>
    <w:pPr>
      <w:autoSpaceDE w:val="0"/>
      <w:autoSpaceDN w:val="0"/>
      <w:spacing w:before="0" w:after="0" w:line="240" w:lineRule="auto"/>
    </w:pPr>
    <w:rPr>
      <w:rFonts w:ascii="Arial" w:hAnsi="Arial" w:cs="Arial"/>
      <w:b/>
      <w:bCs/>
      <w:sz w:val="24"/>
      <w:szCs w:val="22"/>
      <w:lang w:val="es-ES_tradnl" w:eastAsia="es-ES"/>
    </w:rPr>
  </w:style>
  <w:style w:type="paragraph" w:customStyle="1" w:styleId="CharCharCarCar">
    <w:name w:val="Char Char Car Car"/>
    <w:basedOn w:val="Normal"/>
    <w:uiPriority w:val="99"/>
    <w:rsid w:val="00E35433"/>
    <w:pPr>
      <w:spacing w:before="0" w:after="160" w:line="240" w:lineRule="exact"/>
    </w:pPr>
    <w:rPr>
      <w:rFonts w:ascii="Arial" w:eastAsia="MS Mincho" w:hAnsi="Arial"/>
      <w:sz w:val="24"/>
    </w:rPr>
  </w:style>
  <w:style w:type="paragraph" w:customStyle="1" w:styleId="Prrafodelista1">
    <w:name w:val="Párrafo de lista1"/>
    <w:basedOn w:val="Normal"/>
    <w:uiPriority w:val="99"/>
    <w:rsid w:val="00E35433"/>
    <w:pPr>
      <w:spacing w:before="0" w:after="0" w:line="240" w:lineRule="auto"/>
      <w:ind w:left="720"/>
      <w:contextualSpacing/>
    </w:pPr>
    <w:rPr>
      <w:rFonts w:ascii="Times New Roman" w:hAnsi="Times New Roman"/>
      <w:sz w:val="24"/>
      <w:lang w:eastAsia="es-ES"/>
    </w:rPr>
  </w:style>
  <w:style w:type="paragraph" w:customStyle="1" w:styleId="texto0">
    <w:name w:val="texto"/>
    <w:basedOn w:val="Normal"/>
    <w:uiPriority w:val="99"/>
    <w:locked/>
    <w:rsid w:val="00E35433"/>
    <w:pPr>
      <w:spacing w:before="100" w:beforeAutospacing="1" w:after="100" w:afterAutospacing="1" w:line="240" w:lineRule="atLeast"/>
    </w:pPr>
    <w:rPr>
      <w:rFonts w:ascii="Cambria" w:hAnsi="Cambria"/>
      <w:color w:val="000000"/>
      <w:szCs w:val="18"/>
    </w:rPr>
  </w:style>
  <w:style w:type="character" w:customStyle="1" w:styleId="italicaChar">
    <w:name w:val="italica Char"/>
    <w:basedOn w:val="Fuentedeprrafopredeter"/>
    <w:link w:val="italica"/>
    <w:locked/>
    <w:rsid w:val="00E35433"/>
    <w:rPr>
      <w:rFonts w:ascii="Cambria" w:eastAsia="Times New Roman" w:hAnsi="Cambria"/>
      <w:i/>
      <w:color w:val="000000"/>
      <w:szCs w:val="24"/>
      <w:lang w:val="es-ES"/>
    </w:rPr>
  </w:style>
  <w:style w:type="paragraph" w:customStyle="1" w:styleId="italica">
    <w:name w:val="italica"/>
    <w:basedOn w:val="Normal"/>
    <w:link w:val="italicaChar"/>
    <w:autoRedefine/>
    <w:qFormat/>
    <w:rsid w:val="00E35433"/>
    <w:pPr>
      <w:spacing w:before="0" w:after="0" w:line="240" w:lineRule="atLeast"/>
      <w:outlineLvl w:val="0"/>
    </w:pPr>
    <w:rPr>
      <w:rFonts w:ascii="Cambria" w:hAnsi="Cambria" w:cstheme="minorBidi"/>
      <w:i/>
      <w:color w:val="000000"/>
    </w:rPr>
  </w:style>
  <w:style w:type="character" w:customStyle="1" w:styleId="TextoTablaChar">
    <w:name w:val="Texto Tabla Char"/>
    <w:basedOn w:val="TextoChar"/>
    <w:link w:val="TextoTabla"/>
    <w:uiPriority w:val="1"/>
    <w:locked/>
    <w:rsid w:val="00E35433"/>
    <w:rPr>
      <w:rFonts w:ascii="Cambria" w:eastAsia="Times New Roman" w:hAnsi="Cambria" w:cs="Times New Roman"/>
      <w:szCs w:val="24"/>
      <w:lang w:val="es-ES"/>
    </w:rPr>
  </w:style>
  <w:style w:type="paragraph" w:customStyle="1" w:styleId="TextoTabla">
    <w:name w:val="Texto Tabla"/>
    <w:basedOn w:val="Texto"/>
    <w:link w:val="TextoTablaChar"/>
    <w:uiPriority w:val="1"/>
    <w:qFormat/>
    <w:rsid w:val="00E35433"/>
    <w:pPr>
      <w:numPr>
        <w:numId w:val="4"/>
      </w:numPr>
      <w:spacing w:before="20" w:after="20"/>
      <w:ind w:left="0" w:firstLine="0"/>
    </w:pPr>
    <w:rPr>
      <w:rFonts w:ascii="Cambria" w:hAnsi="Cambria" w:cstheme="minorBidi"/>
    </w:rPr>
  </w:style>
  <w:style w:type="paragraph" w:customStyle="1" w:styleId="Negritacentrado">
    <w:name w:val="Negrita centrado"/>
    <w:basedOn w:val="Negrita"/>
    <w:uiPriority w:val="99"/>
    <w:rsid w:val="00E35433"/>
    <w:pPr>
      <w:jc w:val="center"/>
    </w:pPr>
    <w:rPr>
      <w:rFonts w:ascii="Cambria" w:hAnsi="Cambria"/>
      <w:b w:val="0"/>
      <w:bCs/>
      <w:color w:val="FFFFFF"/>
      <w:kern w:val="2"/>
      <w:szCs w:val="20"/>
      <w14:ligatures w14:val="standardContextual"/>
    </w:rPr>
  </w:style>
  <w:style w:type="paragraph" w:customStyle="1" w:styleId="Car">
    <w:name w:val="Car"/>
    <w:basedOn w:val="Normal"/>
    <w:uiPriority w:val="99"/>
    <w:rsid w:val="00E35433"/>
    <w:pPr>
      <w:spacing w:before="0" w:after="160" w:line="240" w:lineRule="exact"/>
    </w:pPr>
    <w:rPr>
      <w:rFonts w:ascii="Arial" w:eastAsia="MS Mincho" w:hAnsi="Arial"/>
      <w:sz w:val="24"/>
    </w:rPr>
  </w:style>
  <w:style w:type="paragraph" w:customStyle="1" w:styleId="Cuadrculamedia21">
    <w:name w:val="Cuadrícula media 21"/>
    <w:uiPriority w:val="1"/>
    <w:qFormat/>
    <w:rsid w:val="00E35433"/>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E35433"/>
    <w:pPr>
      <w:spacing w:before="0" w:after="200" w:line="276" w:lineRule="auto"/>
      <w:ind w:left="720"/>
      <w:contextualSpacing/>
    </w:pPr>
    <w:rPr>
      <w:rFonts w:ascii="Calibri" w:eastAsia="Calibri" w:hAnsi="Calibri"/>
      <w:szCs w:val="22"/>
    </w:rPr>
  </w:style>
  <w:style w:type="paragraph" w:customStyle="1" w:styleId="Textoindependiente21">
    <w:name w:val="Texto independiente 21"/>
    <w:basedOn w:val="Normal"/>
    <w:uiPriority w:val="99"/>
    <w:rsid w:val="00E35433"/>
    <w:pPr>
      <w:spacing w:before="0" w:after="0" w:line="240" w:lineRule="auto"/>
    </w:pPr>
    <w:rPr>
      <w:rFonts w:ascii="Arial Narrow" w:eastAsia="Calibri" w:hAnsi="Arial Narrow"/>
      <w:lang w:val="es-ES_tradnl" w:eastAsia="es-CR"/>
    </w:rPr>
  </w:style>
  <w:style w:type="paragraph" w:customStyle="1" w:styleId="j">
    <w:name w:val="j"/>
    <w:basedOn w:val="Normal"/>
    <w:uiPriority w:val="99"/>
    <w:rsid w:val="00E35433"/>
    <w:pPr>
      <w:spacing w:before="0" w:after="120" w:line="240" w:lineRule="auto"/>
    </w:pPr>
    <w:rPr>
      <w:rFonts w:ascii="Times New Roman" w:hAnsi="Times New Roman"/>
      <w:sz w:val="24"/>
      <w:lang w:val="es-CR" w:eastAsia="es-CR"/>
    </w:rPr>
  </w:style>
  <w:style w:type="character" w:customStyle="1" w:styleId="TextodereglamentoChar">
    <w:name w:val="Texto de reglamento Char"/>
    <w:basedOn w:val="Fuentedeprrafopredeter"/>
    <w:link w:val="Textodereglamento"/>
    <w:locked/>
    <w:rsid w:val="00E35433"/>
    <w:rPr>
      <w:lang w:eastAsia="es-ES"/>
    </w:rPr>
  </w:style>
  <w:style w:type="paragraph" w:customStyle="1" w:styleId="Textodereglamento">
    <w:name w:val="Texto de reglamento"/>
    <w:basedOn w:val="Normal"/>
    <w:link w:val="TextodereglamentoChar"/>
    <w:rsid w:val="00E35433"/>
    <w:pPr>
      <w:spacing w:before="120" w:after="0" w:line="240" w:lineRule="auto"/>
    </w:pPr>
    <w:rPr>
      <w:rFonts w:eastAsiaTheme="minorHAnsi" w:cstheme="minorBidi"/>
      <w:szCs w:val="22"/>
      <w:lang w:val="es-CR" w:eastAsia="es-ES"/>
    </w:rPr>
  </w:style>
  <w:style w:type="character" w:customStyle="1" w:styleId="TituloderesolucionCar">
    <w:name w:val="Titulo de resolucion Car"/>
    <w:basedOn w:val="Fuentedeprrafopredeter"/>
    <w:link w:val="Tituloderesolucion"/>
    <w:locked/>
    <w:rsid w:val="00E35433"/>
    <w:rPr>
      <w:rFonts w:ascii="Times New Roman" w:hAnsi="Times New Roman"/>
      <w:b/>
    </w:rPr>
  </w:style>
  <w:style w:type="paragraph" w:customStyle="1" w:styleId="Tituloderesolucion">
    <w:name w:val="Titulo de resolucion"/>
    <w:basedOn w:val="Normal"/>
    <w:link w:val="TituloderesolucionCar"/>
    <w:autoRedefine/>
    <w:qFormat/>
    <w:rsid w:val="00E35433"/>
    <w:pPr>
      <w:spacing w:before="0" w:after="160" w:line="240" w:lineRule="auto"/>
      <w:jc w:val="center"/>
    </w:pPr>
    <w:rPr>
      <w:rFonts w:ascii="Times New Roman" w:eastAsiaTheme="minorHAnsi" w:hAnsi="Times New Roman" w:cstheme="minorBidi"/>
      <w:b/>
      <w:szCs w:val="22"/>
      <w:lang w:val="es-CR"/>
    </w:rPr>
  </w:style>
  <w:style w:type="character" w:customStyle="1" w:styleId="TablasCar">
    <w:name w:val="Tablas Car"/>
    <w:basedOn w:val="Fuentedeprrafopredeter"/>
    <w:link w:val="Tablas"/>
    <w:locked/>
    <w:rsid w:val="00E35433"/>
    <w:rPr>
      <w:rFonts w:ascii="Times New Roman" w:hAnsi="Times New Roman"/>
      <w:i/>
      <w:sz w:val="16"/>
    </w:rPr>
  </w:style>
  <w:style w:type="paragraph" w:customStyle="1" w:styleId="Tablas">
    <w:name w:val="Tablas"/>
    <w:basedOn w:val="Normal"/>
    <w:link w:val="TablasCar"/>
    <w:qFormat/>
    <w:rsid w:val="00E35433"/>
    <w:pPr>
      <w:spacing w:before="0" w:after="0" w:line="240" w:lineRule="auto"/>
      <w:jc w:val="left"/>
    </w:pPr>
    <w:rPr>
      <w:rFonts w:ascii="Times New Roman" w:eastAsiaTheme="minorHAnsi" w:hAnsi="Times New Roman" w:cstheme="minorBidi"/>
      <w:i/>
      <w:sz w:val="16"/>
      <w:szCs w:val="22"/>
      <w:lang w:val="es-CR"/>
    </w:rPr>
  </w:style>
  <w:style w:type="character" w:customStyle="1" w:styleId="LISTACONSIDERANDOCar">
    <w:name w:val="LISTA CONSIDERANDO Car"/>
    <w:basedOn w:val="PrrafodelistaCar"/>
    <w:link w:val="LISTACONSIDERANDO"/>
    <w:uiPriority w:val="99"/>
    <w:locked/>
    <w:rsid w:val="00E35433"/>
    <w:rPr>
      <w:rFonts w:eastAsia="Aptos" w:cs="Times New Roman"/>
      <w:i/>
      <w:kern w:val="2"/>
      <w14:ligatures w14:val="standardContextual"/>
    </w:rPr>
  </w:style>
  <w:style w:type="paragraph" w:customStyle="1" w:styleId="LISTACONSIDERANDO">
    <w:name w:val="LISTA CONSIDERANDO"/>
    <w:basedOn w:val="Prrafodelista"/>
    <w:link w:val="LISTACONSIDERANDOCar"/>
    <w:uiPriority w:val="99"/>
    <w:qFormat/>
    <w:rsid w:val="00E35433"/>
    <w:pPr>
      <w:spacing w:before="120" w:after="120" w:line="240" w:lineRule="auto"/>
      <w:ind w:left="0"/>
      <w:contextualSpacing w:val="0"/>
      <w:jc w:val="both"/>
    </w:pPr>
    <w:rPr>
      <w:i/>
    </w:rPr>
  </w:style>
  <w:style w:type="character" w:customStyle="1" w:styleId="LISTANUMEROSCar">
    <w:name w:val="LISTA NUMEROS Car"/>
    <w:basedOn w:val="PrrafodelistaCar"/>
    <w:link w:val="LISTANUMEROS"/>
    <w:uiPriority w:val="99"/>
    <w:locked/>
    <w:rsid w:val="00E35433"/>
    <w:rPr>
      <w:rFonts w:eastAsia="Aptos" w:cs="Times New Roman"/>
      <w:i/>
      <w:kern w:val="2"/>
      <w14:ligatures w14:val="standardContextual"/>
    </w:rPr>
  </w:style>
  <w:style w:type="paragraph" w:customStyle="1" w:styleId="LISTANUMEROS">
    <w:name w:val="LISTA NUMEROS"/>
    <w:basedOn w:val="Prrafodelista"/>
    <w:link w:val="LISTANUMEROSCar"/>
    <w:uiPriority w:val="99"/>
    <w:qFormat/>
    <w:rsid w:val="00E35433"/>
    <w:pPr>
      <w:spacing w:before="120" w:after="120" w:line="240" w:lineRule="auto"/>
      <w:ind w:left="0"/>
      <w:contextualSpacing w:val="0"/>
      <w:jc w:val="both"/>
    </w:pPr>
    <w:rPr>
      <w:i/>
    </w:rPr>
  </w:style>
  <w:style w:type="character" w:customStyle="1" w:styleId="LISTALETRASCar">
    <w:name w:val="LISTA LETRAS Car"/>
    <w:basedOn w:val="PrrafodelistaCar"/>
    <w:link w:val="LISTALETRAS"/>
    <w:uiPriority w:val="99"/>
    <w:locked/>
    <w:rsid w:val="00E35433"/>
    <w:rPr>
      <w:rFonts w:eastAsia="Aptos" w:cs="Times New Roman"/>
      <w:i/>
      <w:kern w:val="2"/>
      <w14:ligatures w14:val="standardContextual"/>
    </w:rPr>
  </w:style>
  <w:style w:type="paragraph" w:customStyle="1" w:styleId="LISTALETRAS">
    <w:name w:val="LISTA LETRAS"/>
    <w:basedOn w:val="Prrafodelista"/>
    <w:link w:val="LISTALETRASCar"/>
    <w:uiPriority w:val="99"/>
    <w:qFormat/>
    <w:rsid w:val="00E35433"/>
    <w:pPr>
      <w:spacing w:before="120" w:after="120" w:line="240" w:lineRule="auto"/>
      <w:ind w:left="0"/>
      <w:contextualSpacing w:val="0"/>
      <w:jc w:val="both"/>
    </w:pPr>
    <w:rPr>
      <w:i/>
    </w:rPr>
  </w:style>
  <w:style w:type="character" w:customStyle="1" w:styleId="LISTAiCar">
    <w:name w:val="LISTA i Car"/>
    <w:basedOn w:val="PrrafodelistaCar"/>
    <w:link w:val="LISTAi"/>
    <w:uiPriority w:val="99"/>
    <w:locked/>
    <w:rsid w:val="00E35433"/>
    <w:rPr>
      <w:rFonts w:eastAsia="Aptos" w:cs="Times New Roman"/>
      <w:i/>
      <w:kern w:val="2"/>
      <w14:ligatures w14:val="standardContextual"/>
    </w:rPr>
  </w:style>
  <w:style w:type="paragraph" w:customStyle="1" w:styleId="LISTAi">
    <w:name w:val="LISTA i"/>
    <w:basedOn w:val="Prrafodelista"/>
    <w:link w:val="LISTAiCar"/>
    <w:uiPriority w:val="99"/>
    <w:qFormat/>
    <w:rsid w:val="00E35433"/>
    <w:pPr>
      <w:spacing w:before="120" w:after="120" w:line="240" w:lineRule="auto"/>
      <w:ind w:left="0"/>
      <w:contextualSpacing w:val="0"/>
      <w:jc w:val="both"/>
    </w:pPr>
    <w:rPr>
      <w:i/>
    </w:rPr>
  </w:style>
  <w:style w:type="character" w:customStyle="1" w:styleId="LISTANCar">
    <w:name w:val="LISTA N Car"/>
    <w:basedOn w:val="Fuentedeprrafopredeter"/>
    <w:link w:val="LISTAN"/>
    <w:locked/>
    <w:rsid w:val="00E35433"/>
    <w:rPr>
      <w:rFonts w:ascii="Times New Roman" w:hAnsi="Times New Roman"/>
      <w:i/>
    </w:rPr>
  </w:style>
  <w:style w:type="paragraph" w:customStyle="1" w:styleId="LISTAN">
    <w:name w:val="LISTA N"/>
    <w:basedOn w:val="Normal"/>
    <w:link w:val="LISTANCar"/>
    <w:qFormat/>
    <w:rsid w:val="00E35433"/>
    <w:pPr>
      <w:spacing w:before="0" w:after="160" w:line="240" w:lineRule="auto"/>
      <w:ind w:left="726" w:hanging="363"/>
    </w:pPr>
    <w:rPr>
      <w:rFonts w:ascii="Times New Roman" w:eastAsiaTheme="minorHAnsi" w:hAnsi="Times New Roman" w:cstheme="minorBidi"/>
      <w:i/>
      <w:szCs w:val="22"/>
      <w:lang w:val="es-CR"/>
    </w:rPr>
  </w:style>
  <w:style w:type="character" w:customStyle="1" w:styleId="ListaletrasCar0">
    <w:name w:val="Lista letras Car"/>
    <w:basedOn w:val="Fuentedeprrafopredeter"/>
    <w:link w:val="Listaletras0"/>
    <w:uiPriority w:val="99"/>
    <w:locked/>
    <w:rsid w:val="00E35433"/>
    <w:rPr>
      <w:rFonts w:ascii="Times New Roman" w:hAnsi="Times New Roman"/>
      <w:i/>
    </w:rPr>
  </w:style>
  <w:style w:type="paragraph" w:customStyle="1" w:styleId="Listaletras0">
    <w:name w:val="Lista letras"/>
    <w:basedOn w:val="Normal"/>
    <w:link w:val="ListaletrasCar0"/>
    <w:uiPriority w:val="99"/>
    <w:qFormat/>
    <w:rsid w:val="00E35433"/>
    <w:pPr>
      <w:spacing w:before="0" w:after="160" w:line="240" w:lineRule="auto"/>
      <w:jc w:val="left"/>
    </w:pPr>
    <w:rPr>
      <w:rFonts w:ascii="Times New Roman" w:eastAsiaTheme="minorHAnsi" w:hAnsi="Times New Roman" w:cstheme="minorBidi"/>
      <w:i/>
      <w:szCs w:val="22"/>
      <w:lang w:val="es-CR"/>
    </w:rPr>
  </w:style>
  <w:style w:type="character" w:styleId="Refdenotaalpie">
    <w:name w:val="footnote reference"/>
    <w:uiPriority w:val="99"/>
    <w:semiHidden/>
    <w:unhideWhenUsed/>
    <w:rsid w:val="00E35433"/>
    <w:rPr>
      <w:vertAlign w:val="superscript"/>
    </w:rPr>
  </w:style>
  <w:style w:type="character" w:styleId="Refdecomentario">
    <w:name w:val="annotation reference"/>
    <w:uiPriority w:val="99"/>
    <w:semiHidden/>
    <w:unhideWhenUsed/>
    <w:rsid w:val="00E35433"/>
    <w:rPr>
      <w:sz w:val="16"/>
      <w:szCs w:val="16"/>
    </w:rPr>
  </w:style>
  <w:style w:type="character" w:customStyle="1" w:styleId="Negritacursiva1">
    <w:name w:val="Negrita cursiva1"/>
    <w:basedOn w:val="Fuentedeprrafopredeter"/>
    <w:uiPriority w:val="19"/>
    <w:qFormat/>
    <w:rsid w:val="00E35433"/>
    <w:rPr>
      <w:i/>
      <w:iCs/>
      <w:color w:val="404040"/>
    </w:rPr>
  </w:style>
  <w:style w:type="character" w:customStyle="1" w:styleId="A2">
    <w:name w:val="A2"/>
    <w:uiPriority w:val="99"/>
    <w:rsid w:val="00E35433"/>
    <w:rPr>
      <w:b/>
      <w:bCs/>
      <w:color w:val="000000"/>
    </w:rPr>
  </w:style>
  <w:style w:type="character" w:customStyle="1" w:styleId="AsuntodelcomentarioCar1">
    <w:name w:val="Asunto del comentario Car1"/>
    <w:basedOn w:val="TextocomentarioCar"/>
    <w:uiPriority w:val="99"/>
    <w:semiHidden/>
    <w:rsid w:val="00E35433"/>
    <w:rPr>
      <w:rFonts w:ascii="Calibri" w:eastAsia="Times New Roman" w:hAnsi="Calibri" w:cs="Calibri" w:hint="default"/>
      <w:b/>
      <w:bCs/>
      <w:kern w:val="0"/>
      <w:sz w:val="24"/>
      <w:szCs w:val="24"/>
      <w:lang w:val="es-ES" w:eastAsia="en-US"/>
      <w14:ligatures w14:val="none"/>
    </w:rPr>
  </w:style>
  <w:style w:type="character" w:customStyle="1" w:styleId="b1">
    <w:name w:val="b1"/>
    <w:basedOn w:val="Fuentedeprrafopredeter"/>
    <w:rsid w:val="00E35433"/>
    <w:rPr>
      <w:color w:val="000000"/>
    </w:rPr>
  </w:style>
  <w:style w:type="character" w:customStyle="1" w:styleId="nacep">
    <w:name w:val="n_acep"/>
    <w:basedOn w:val="Fuentedeprrafopredeter"/>
    <w:rsid w:val="00E35433"/>
  </w:style>
  <w:style w:type="character" w:customStyle="1" w:styleId="Ninguno">
    <w:name w:val="Ninguno"/>
    <w:rsid w:val="00E35433"/>
    <w:rPr>
      <w:lang w:val="es-ES_tradnl"/>
    </w:rPr>
  </w:style>
  <w:style w:type="table" w:customStyle="1" w:styleId="Sombreadoclaro-nfasis61">
    <w:name w:val="Sombreado claro - Énfasis 61"/>
    <w:basedOn w:val="Tablanormal"/>
    <w:next w:val="Sombreadoclaro-nfasis6"/>
    <w:uiPriority w:val="60"/>
    <w:unhideWhenUsed/>
    <w:rsid w:val="00E35433"/>
    <w:pPr>
      <w:spacing w:after="0" w:line="240" w:lineRule="auto"/>
    </w:pPr>
    <w:rPr>
      <w:rFonts w:ascii="Franklin Gothic Book" w:eastAsia="Calibri" w:hAnsi="Franklin Gothic Book" w:cs="Times New Roman"/>
      <w:color w:val="3A7C22"/>
      <w:sz w:val="20"/>
      <w:szCs w:val="20"/>
      <w:lang w:eastAsia="es-CR"/>
    </w:rPr>
    <w:tblPr>
      <w:tblStyleRowBandSize w:val="1"/>
      <w:tblStyleColBandSize w:val="1"/>
      <w:tblInd w:w="0" w:type="nil"/>
      <w:tblBorders>
        <w:top w:val="single" w:sz="8" w:space="0" w:color="4EA72E"/>
        <w:bottom w:val="single" w:sz="8" w:space="0" w:color="4EA72E"/>
      </w:tblBorders>
    </w:tblPr>
    <w:tblStylePr w:type="firstRow">
      <w:pPr>
        <w:spacing w:beforeLines="0" w:before="0" w:beforeAutospacing="0" w:afterLines="0" w:after="0" w:afterAutospacing="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Listaclara-nfasis61">
    <w:name w:val="Lista clara - Énfasis 61"/>
    <w:basedOn w:val="Tablanormal"/>
    <w:next w:val="Listaclara-nfasis6"/>
    <w:uiPriority w:val="61"/>
    <w:unhideWhenUsed/>
    <w:rsid w:val="00E35433"/>
    <w:pPr>
      <w:spacing w:after="0" w:line="240" w:lineRule="auto"/>
    </w:pPr>
    <w:rPr>
      <w:rFonts w:ascii="Franklin Gothic Book" w:eastAsia="Calibri" w:hAnsi="Franklin Gothic Book" w:cs="Times New Roman"/>
      <w:sz w:val="20"/>
      <w:szCs w:val="20"/>
      <w:lang w:eastAsia="es-CR"/>
    </w:rPr>
    <w:tblPr>
      <w:tblStyleRowBandSize w:val="1"/>
      <w:tblStyleColBandSize w:val="1"/>
      <w:tblInd w:w="0" w:type="nil"/>
      <w:tblBorders>
        <w:top w:val="single" w:sz="8" w:space="0" w:color="4EA72E"/>
        <w:left w:val="single" w:sz="8" w:space="0" w:color="4EA72E"/>
        <w:bottom w:val="single" w:sz="8" w:space="0" w:color="4EA72E"/>
        <w:right w:val="single" w:sz="8" w:space="0" w:color="4EA72E"/>
      </w:tblBorders>
    </w:tblPr>
    <w:tblStylePr w:type="firstRow">
      <w:pPr>
        <w:spacing w:beforeLines="0" w:before="0" w:beforeAutospacing="0" w:afterLines="0" w:after="0" w:afterAutospacing="0" w:line="240" w:lineRule="auto"/>
      </w:pPr>
      <w:rPr>
        <w:b/>
        <w:bCs/>
        <w:color w:val="FFFFFF"/>
      </w:rPr>
      <w:tblPr/>
      <w:tcPr>
        <w:shd w:val="clear" w:color="auto" w:fill="4EA72E"/>
      </w:tcPr>
    </w:tblStylePr>
    <w:tblStylePr w:type="lastRow">
      <w:pPr>
        <w:spacing w:beforeLines="0" w:before="0" w:beforeAutospacing="0" w:afterLines="0" w:after="0" w:afterAutospacing="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Cuadrculaclara-nfasis61">
    <w:name w:val="Cuadrícula clara - Énfasis 61"/>
    <w:basedOn w:val="Tablanormal"/>
    <w:next w:val="Cuadrculaclara-nfasis6"/>
    <w:uiPriority w:val="62"/>
    <w:unhideWhenUsed/>
    <w:rsid w:val="00E35433"/>
    <w:pPr>
      <w:spacing w:after="0" w:line="240" w:lineRule="auto"/>
    </w:pPr>
    <w:rPr>
      <w:rFonts w:ascii="Franklin Gothic Book" w:eastAsia="Calibri" w:hAnsi="Franklin Gothic Book" w:cs="Times New Roman"/>
      <w:sz w:val="20"/>
      <w:szCs w:val="20"/>
      <w:lang w:eastAsia="es-CR"/>
    </w:rPr>
    <w:tblPr>
      <w:tblStyleRowBandSize w:val="1"/>
      <w:tblStyleColBandSize w:val="1"/>
      <w:tblInd w:w="0" w:type="nil"/>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Lines="0" w:before="0" w:beforeAutospacing="0" w:afterLines="0" w:after="0" w:afterAutospacing="0" w:line="240" w:lineRule="auto"/>
      </w:pPr>
      <w:rPr>
        <w:rFonts w:ascii="Aptos Display" w:eastAsia="Times New Roman" w:hAnsi="Aptos Display" w:cs="Times New Roman" w:hint="default"/>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Lines="0" w:before="0" w:beforeAutospacing="0" w:afterLines="0" w:after="0" w:afterAutospacing="0" w:line="240" w:lineRule="auto"/>
      </w:pPr>
      <w:rPr>
        <w:rFonts w:ascii="Aptos Display" w:eastAsia="Times New Roman" w:hAnsi="Aptos Display" w:cs="Times New Roman" w:hint="default"/>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hint="default"/>
        <w:b/>
        <w:bCs/>
      </w:rPr>
    </w:tblStylePr>
    <w:tblStylePr w:type="lastCol">
      <w:rPr>
        <w:rFonts w:ascii="Aptos Display" w:eastAsia="Times New Roman" w:hAnsi="Aptos Display" w:cs="Times New Roman" w:hint="default"/>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Sombreadomedio1-nfasis61">
    <w:name w:val="Sombreado medio 1 - Énfasis 61"/>
    <w:basedOn w:val="Tablanormal"/>
    <w:next w:val="Sombreadomedio1-nfasis6"/>
    <w:uiPriority w:val="63"/>
    <w:unhideWhenUsed/>
    <w:rsid w:val="00E35433"/>
    <w:pPr>
      <w:spacing w:after="0" w:line="240" w:lineRule="auto"/>
    </w:pPr>
    <w:rPr>
      <w:rFonts w:ascii="Franklin Gothic Book" w:eastAsia="Calibri" w:hAnsi="Franklin Gothic Book" w:cs="Times New Roman"/>
      <w:sz w:val="20"/>
      <w:szCs w:val="20"/>
      <w:lang w:eastAsia="es-CR"/>
    </w:rPr>
    <w:tblPr>
      <w:tblStyleRowBandSize w:val="1"/>
      <w:tblStyleColBandSize w:val="1"/>
      <w:tblInd w:w="0" w:type="nil"/>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Lines="0" w:before="0" w:beforeAutospacing="0" w:afterLines="0" w:after="0" w:afterAutospacing="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Lines="0" w:before="0" w:beforeAutospacing="0" w:afterLines="0" w:after="0" w:afterAutospacing="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Tabladecuadrcula41">
    <w:name w:val="Tabla de cuadrícula 41"/>
    <w:basedOn w:val="Tablanormal"/>
    <w:next w:val="Tabladecuadrcula4"/>
    <w:uiPriority w:val="49"/>
    <w:rsid w:val="00E35433"/>
    <w:pPr>
      <w:spacing w:after="0" w:line="240" w:lineRule="auto"/>
    </w:pPr>
    <w:rPr>
      <w:rFonts w:ascii="Calibri" w:eastAsia="Calibri" w:hAnsi="Calibri" w:cs="Times New Roman"/>
      <w:sz w:val="20"/>
      <w:szCs w:val="20"/>
      <w:lang w:eastAsia="es-CR"/>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5oscura1">
    <w:name w:val="Tabla con cuadrícula 5 oscura1"/>
    <w:basedOn w:val="Tablanormal"/>
    <w:next w:val="Tablaconcuadrcula5oscura"/>
    <w:uiPriority w:val="50"/>
    <w:rsid w:val="00E35433"/>
    <w:pPr>
      <w:spacing w:after="0" w:line="240" w:lineRule="auto"/>
    </w:pPr>
    <w:rPr>
      <w:rFonts w:ascii="Calibri" w:eastAsia="Calibri" w:hAnsi="Calibri" w:cs="Times New Roman"/>
      <w:sz w:val="20"/>
      <w:szCs w:val="20"/>
      <w:lang w:eastAsia="es-CR"/>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concuadrcula4-nfasis31">
    <w:name w:val="Tabla con cuadrícula 4 - Énfasis 31"/>
    <w:basedOn w:val="Tablanormal"/>
    <w:next w:val="Tablaconcuadrcula4-nfasis3"/>
    <w:uiPriority w:val="49"/>
    <w:rsid w:val="00E35433"/>
    <w:pPr>
      <w:spacing w:after="0" w:line="240" w:lineRule="auto"/>
    </w:pPr>
    <w:rPr>
      <w:rFonts w:ascii="Calibri" w:eastAsia="Calibri" w:hAnsi="Calibri" w:cs="Times New Roman"/>
      <w:sz w:val="20"/>
      <w:szCs w:val="20"/>
      <w:lang w:eastAsia="es-CR"/>
    </w:rPr>
    <w:tblPr>
      <w:tblStyleRowBandSize w:val="1"/>
      <w:tblStyleColBandSize w:val="1"/>
      <w:tblInd w:w="0" w:type="nil"/>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Tablaconcuadrcula1clara-nfasis51">
    <w:name w:val="Tabla con cuadrícula 1 clara - Énfasis 51"/>
    <w:basedOn w:val="Tablanormal"/>
    <w:next w:val="Tablaconcuadrcula1clara-nfasis5"/>
    <w:uiPriority w:val="46"/>
    <w:rsid w:val="00E35433"/>
    <w:pPr>
      <w:spacing w:after="0" w:line="240" w:lineRule="auto"/>
    </w:pPr>
    <w:tblPr>
      <w:tblStyleRowBandSize w:val="1"/>
      <w:tblStyleColBandSize w:val="1"/>
      <w:tblInd w:w="0" w:type="nil"/>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customStyle="1" w:styleId="Tablaconcuadrcula4-nfasis51">
    <w:name w:val="Tabla con cuadrícula 4 - Énfasis 51"/>
    <w:basedOn w:val="Tablanormal"/>
    <w:next w:val="Tablaconcuadrcula4-nfasis5"/>
    <w:uiPriority w:val="49"/>
    <w:rsid w:val="00E35433"/>
    <w:pPr>
      <w:spacing w:after="0" w:line="240" w:lineRule="auto"/>
    </w:pPr>
    <w:rPr>
      <w:rFonts w:ascii="Calibri" w:eastAsia="Calibri" w:hAnsi="Calibri" w:cs="Times New Roman"/>
      <w:sz w:val="20"/>
      <w:szCs w:val="20"/>
      <w:lang w:eastAsia="es-CR"/>
    </w:rPr>
    <w:tblPr>
      <w:tblStyleRowBandSize w:val="1"/>
      <w:tblStyleColBandSize w:val="1"/>
      <w:tblInd w:w="0" w:type="nil"/>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Listaclara1">
    <w:name w:val="Lista clara1"/>
    <w:basedOn w:val="Tablanormal"/>
    <w:uiPriority w:val="61"/>
    <w:rsid w:val="00E35433"/>
    <w:pPr>
      <w:spacing w:after="0" w:line="240" w:lineRule="auto"/>
      <w:jc w:val="both"/>
    </w:pPr>
    <w:rPr>
      <w:rFonts w:ascii="Calibri" w:eastAsia="Times New Roman" w:hAnsi="Calibri" w:cs="Times New Roman"/>
      <w:sz w:val="20"/>
      <w:szCs w:val="20"/>
      <w:lang w:val="en-US" w:bidi="en-U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uiPriority w:val="59"/>
    <w:rsid w:val="00E3543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E35433"/>
    <w:pPr>
      <w:spacing w:after="0" w:line="240" w:lineRule="auto"/>
    </w:pPr>
    <w:rPr>
      <w:rFonts w:ascii="Times New Roman" w:eastAsia="Times New Roman" w:hAnsi="Times New Roman" w:cs="Times New Roman"/>
      <w:sz w:val="20"/>
      <w:szCs w:val="20"/>
      <w:lang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anormal"/>
    <w:uiPriority w:val="60"/>
    <w:locked/>
    <w:rsid w:val="00E35433"/>
    <w:pPr>
      <w:spacing w:after="0" w:line="240" w:lineRule="auto"/>
    </w:pPr>
    <w:rPr>
      <w:rFonts w:ascii="Franklin Gothic Book" w:eastAsia="Calibri" w:hAnsi="Franklin Gothic Book" w:cs="Times New Roman"/>
      <w:color w:val="0F4761"/>
      <w:sz w:val="20"/>
      <w:szCs w:val="20"/>
      <w:lang w:eastAsia="es-CR"/>
    </w:rPr>
    <w:tblPr>
      <w:tblStyleRowBandSize w:val="1"/>
      <w:tblStyleColBandSize w:val="1"/>
      <w:tblInd w:w="0" w:type="nil"/>
      <w:tblBorders>
        <w:top w:val="single" w:sz="8" w:space="0" w:color="156082"/>
        <w:bottom w:val="single" w:sz="8" w:space="0" w:color="156082"/>
      </w:tblBorders>
    </w:tblPr>
    <w:tblStylePr w:type="firstRow">
      <w:pPr>
        <w:spacing w:beforeLines="0" w:before="0" w:beforeAutospacing="0" w:afterLines="0" w:after="0" w:afterAutospacing="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Correspondencia1">
    <w:name w:val="Correspondencia1"/>
    <w:basedOn w:val="Tablanormal"/>
    <w:uiPriority w:val="99"/>
    <w:qFormat/>
    <w:locked/>
    <w:rsid w:val="00E35433"/>
    <w:pPr>
      <w:spacing w:before="20" w:after="20" w:line="240" w:lineRule="auto"/>
    </w:pPr>
    <w:rPr>
      <w:rFonts w:ascii="Franklin Gothic Book" w:eastAsia="Calibri" w:hAnsi="Franklin Gothic Book" w:cs="Times New Roman"/>
      <w:sz w:val="20"/>
      <w:szCs w:val="20"/>
      <w:lang w:eastAsia="es-CR"/>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Narrow" w:hAnsi="Arial Narrow" w:hint="default"/>
        <w:b/>
        <w:sz w:val="20"/>
        <w:szCs w:val="20"/>
      </w:rPr>
      <w:tblPr/>
      <w:tcPr>
        <w:tcBorders>
          <w:top w:val="nil"/>
          <w:left w:val="nil"/>
          <w:bottom w:val="single" w:sz="4" w:space="0" w:color="D9F2D0"/>
          <w:right w:val="nil"/>
          <w:insideH w:val="nil"/>
          <w:insideV w:val="nil"/>
          <w:tl2br w:val="nil"/>
          <w:tr2bl w:val="nil"/>
        </w:tcBorders>
        <w:shd w:val="clear" w:color="auto" w:fill="4EA72E"/>
      </w:tcPr>
    </w:tblStylePr>
    <w:tblStylePr w:type="lastRow">
      <w:rPr>
        <w:rFonts w:ascii="Arial Narrow" w:hAnsi="Arial Narrow" w:hint="default"/>
        <w:sz w:val="20"/>
        <w:szCs w:val="20"/>
      </w:rPr>
      <w:tblPr/>
      <w:tcPr>
        <w:tcBorders>
          <w:top w:val="single" w:sz="4" w:space="0" w:color="D9F2D0"/>
          <w:left w:val="single" w:sz="4" w:space="0" w:color="D9F2D0"/>
          <w:bottom w:val="single" w:sz="4" w:space="0" w:color="D9F2D0"/>
          <w:right w:val="single" w:sz="4" w:space="0" w:color="D9F2D0"/>
          <w:insideH w:val="single" w:sz="4" w:space="0" w:color="D9F2D0"/>
          <w:insideV w:val="single" w:sz="4" w:space="0" w:color="D9F2D0"/>
          <w:tl2br w:val="nil"/>
          <w:tr2bl w:val="nil"/>
        </w:tcBorders>
        <w:shd w:val="clear" w:color="auto" w:fill="B3E5A1"/>
      </w:tcPr>
    </w:tblStylePr>
    <w:tblStylePr w:type="band1Horz">
      <w:rPr>
        <w:rFonts w:ascii="Arial Narrow" w:hAnsi="Arial Narrow" w:hint="default"/>
        <w:color w:val="auto"/>
        <w:sz w:val="20"/>
        <w:szCs w:val="20"/>
      </w:rPr>
      <w:tblPr/>
      <w:tcPr>
        <w:tcBorders>
          <w:top w:val="single" w:sz="4" w:space="0" w:color="D9F2D0"/>
          <w:left w:val="single" w:sz="4" w:space="0" w:color="D9F2D0"/>
          <w:bottom w:val="single" w:sz="4" w:space="0" w:color="D9F2D0"/>
          <w:right w:val="single" w:sz="4" w:space="0" w:color="D9F2D0"/>
          <w:insideH w:val="single" w:sz="4" w:space="0" w:color="D9F2D0"/>
          <w:insideV w:val="single" w:sz="4" w:space="0" w:color="D9F2D0"/>
          <w:tl2br w:val="nil"/>
          <w:tr2bl w:val="nil"/>
        </w:tcBorders>
      </w:tcPr>
    </w:tblStylePr>
    <w:tblStylePr w:type="band2Horz">
      <w:tblPr/>
      <w:tcPr>
        <w:tcBorders>
          <w:top w:val="single" w:sz="4" w:space="0" w:color="D9F2D0"/>
          <w:left w:val="single" w:sz="4" w:space="0" w:color="D9F2D0"/>
          <w:bottom w:val="single" w:sz="4" w:space="0" w:color="D9F2D0"/>
          <w:right w:val="single" w:sz="4" w:space="0" w:color="D9F2D0"/>
          <w:insideH w:val="single" w:sz="4" w:space="0" w:color="D9F2D0"/>
          <w:insideV w:val="single" w:sz="4" w:space="0" w:color="D9F2D0"/>
          <w:tl2br w:val="nil"/>
          <w:tr2bl w:val="nil"/>
        </w:tcBorders>
        <w:shd w:val="clear" w:color="auto" w:fill="B3E5A1"/>
      </w:tcPr>
    </w:tblStylePr>
  </w:style>
  <w:style w:type="character" w:styleId="Fuerte">
    <w:name w:val="Strong"/>
    <w:basedOn w:val="Fuentedeprrafopredeter"/>
    <w:uiPriority w:val="22"/>
    <w:qFormat/>
    <w:rsid w:val="00E35433"/>
    <w:rPr>
      <w:b/>
      <w:bCs/>
    </w:rPr>
  </w:style>
  <w:style w:type="character" w:styleId="nfasis">
    <w:name w:val="Emphasis"/>
    <w:basedOn w:val="Fuentedeprrafopredeter"/>
    <w:uiPriority w:val="20"/>
    <w:qFormat/>
    <w:rsid w:val="00E35433"/>
    <w:rPr>
      <w:i/>
      <w:iCs/>
    </w:rPr>
  </w:style>
  <w:style w:type="character" w:styleId="Mencinsinresolver">
    <w:name w:val="Unresolved Mention"/>
    <w:basedOn w:val="Fuentedeprrafopredeter"/>
    <w:uiPriority w:val="99"/>
    <w:semiHidden/>
    <w:unhideWhenUsed/>
    <w:rsid w:val="00E35433"/>
    <w:rPr>
      <w:color w:val="605E5C"/>
      <w:shd w:val="clear" w:color="auto" w:fill="E1DFDD"/>
    </w:rPr>
  </w:style>
  <w:style w:type="table" w:customStyle="1" w:styleId="Tablaconcuadrcula4">
    <w:name w:val="Tabla con cuadrícula4"/>
    <w:basedOn w:val="Tablanormal"/>
    <w:next w:val="Tablaconcuadrcula"/>
    <w:uiPriority w:val="39"/>
    <w:rsid w:val="00E35433"/>
    <w:pPr>
      <w:spacing w:after="0" w:line="240" w:lineRule="auto"/>
    </w:pPr>
    <w:rPr>
      <w:rFonts w:ascii="Franklin Gothic Book" w:eastAsia="Times New Roman" w:hAnsi="Franklin Gothic Boo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31">
    <w:name w:val="Tabla con cuadrícula 1 clara - Énfasis 31"/>
    <w:basedOn w:val="Tablanormal"/>
    <w:next w:val="Tablaconcuadrcula1clara-nfasis3"/>
    <w:uiPriority w:val="46"/>
    <w:rsid w:val="00E35433"/>
    <w:pPr>
      <w:spacing w:after="0" w:line="240" w:lineRule="auto"/>
    </w:p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paragraph" w:customStyle="1" w:styleId="Lista1">
    <w:name w:val="Lista1"/>
    <w:basedOn w:val="Normal"/>
    <w:next w:val="Lista"/>
    <w:uiPriority w:val="99"/>
    <w:unhideWhenUsed/>
    <w:rsid w:val="00E35433"/>
    <w:pPr>
      <w:spacing w:before="0" w:after="200" w:line="276" w:lineRule="auto"/>
      <w:ind w:left="360" w:hanging="360"/>
      <w:contextualSpacing/>
      <w:jc w:val="left"/>
    </w:pPr>
    <w:rPr>
      <w:szCs w:val="22"/>
      <w:lang w:val="en-US"/>
    </w:rPr>
  </w:style>
  <w:style w:type="paragraph" w:customStyle="1" w:styleId="Lista21">
    <w:name w:val="Lista 21"/>
    <w:basedOn w:val="Normal"/>
    <w:next w:val="Lista2"/>
    <w:uiPriority w:val="99"/>
    <w:unhideWhenUsed/>
    <w:rsid w:val="00E35433"/>
    <w:pPr>
      <w:spacing w:before="0" w:after="200" w:line="276" w:lineRule="auto"/>
      <w:ind w:left="720" w:hanging="360"/>
      <w:contextualSpacing/>
      <w:jc w:val="left"/>
    </w:pPr>
    <w:rPr>
      <w:szCs w:val="22"/>
      <w:lang w:val="en-US"/>
    </w:rPr>
  </w:style>
  <w:style w:type="paragraph" w:customStyle="1" w:styleId="Lista31">
    <w:name w:val="Lista 31"/>
    <w:basedOn w:val="Normal"/>
    <w:next w:val="Lista3"/>
    <w:uiPriority w:val="99"/>
    <w:unhideWhenUsed/>
    <w:rsid w:val="00E35433"/>
    <w:pPr>
      <w:spacing w:before="0" w:after="200" w:line="276" w:lineRule="auto"/>
      <w:ind w:left="1080" w:hanging="360"/>
      <w:contextualSpacing/>
      <w:jc w:val="left"/>
    </w:pPr>
    <w:rPr>
      <w:szCs w:val="22"/>
      <w:lang w:val="en-US"/>
    </w:rPr>
  </w:style>
  <w:style w:type="paragraph" w:customStyle="1" w:styleId="Listaconvietas21">
    <w:name w:val="Lista con viñetas 21"/>
    <w:basedOn w:val="Normal"/>
    <w:next w:val="Listaconvietas2"/>
    <w:uiPriority w:val="99"/>
    <w:unhideWhenUsed/>
    <w:rsid w:val="00E35433"/>
    <w:pPr>
      <w:numPr>
        <w:numId w:val="8"/>
      </w:numPr>
      <w:tabs>
        <w:tab w:val="clear" w:pos="720"/>
      </w:tabs>
      <w:spacing w:before="0" w:after="200" w:line="276" w:lineRule="auto"/>
      <w:ind w:left="0" w:firstLine="0"/>
      <w:contextualSpacing/>
      <w:jc w:val="left"/>
    </w:pPr>
    <w:rPr>
      <w:szCs w:val="22"/>
      <w:lang w:val="en-US"/>
    </w:rPr>
  </w:style>
  <w:style w:type="paragraph" w:customStyle="1" w:styleId="Listaconvietas31">
    <w:name w:val="Lista con viñetas 31"/>
    <w:basedOn w:val="Normal"/>
    <w:next w:val="Listaconvietas3"/>
    <w:uiPriority w:val="99"/>
    <w:unhideWhenUsed/>
    <w:rsid w:val="00E35433"/>
    <w:pPr>
      <w:numPr>
        <w:numId w:val="9"/>
      </w:numPr>
      <w:tabs>
        <w:tab w:val="clear" w:pos="1080"/>
      </w:tabs>
      <w:spacing w:before="0" w:after="200" w:line="276" w:lineRule="auto"/>
      <w:ind w:left="0" w:firstLine="0"/>
      <w:contextualSpacing/>
      <w:jc w:val="left"/>
    </w:pPr>
    <w:rPr>
      <w:szCs w:val="22"/>
      <w:lang w:val="en-US"/>
    </w:rPr>
  </w:style>
  <w:style w:type="paragraph" w:customStyle="1" w:styleId="Listaconnmeros21">
    <w:name w:val="Lista con números 21"/>
    <w:basedOn w:val="Normal"/>
    <w:next w:val="Listaconnmeros2"/>
    <w:uiPriority w:val="99"/>
    <w:unhideWhenUsed/>
    <w:rsid w:val="00E35433"/>
    <w:pPr>
      <w:numPr>
        <w:numId w:val="10"/>
      </w:numPr>
      <w:tabs>
        <w:tab w:val="clear" w:pos="720"/>
      </w:tabs>
      <w:spacing w:before="0" w:after="200" w:line="276" w:lineRule="auto"/>
      <w:ind w:left="0" w:firstLine="0"/>
      <w:contextualSpacing/>
      <w:jc w:val="left"/>
    </w:pPr>
    <w:rPr>
      <w:szCs w:val="22"/>
      <w:lang w:val="en-US"/>
    </w:rPr>
  </w:style>
  <w:style w:type="paragraph" w:customStyle="1" w:styleId="Listaconnmeros31">
    <w:name w:val="Lista con números 31"/>
    <w:basedOn w:val="Normal"/>
    <w:next w:val="Listaconnmeros3"/>
    <w:uiPriority w:val="99"/>
    <w:unhideWhenUsed/>
    <w:rsid w:val="00E35433"/>
    <w:pPr>
      <w:numPr>
        <w:numId w:val="11"/>
      </w:numPr>
      <w:tabs>
        <w:tab w:val="clear" w:pos="1080"/>
      </w:tabs>
      <w:spacing w:before="0" w:after="200" w:line="276" w:lineRule="auto"/>
      <w:ind w:left="0" w:firstLine="0"/>
      <w:contextualSpacing/>
      <w:jc w:val="left"/>
    </w:pPr>
    <w:rPr>
      <w:szCs w:val="22"/>
      <w:lang w:val="en-US"/>
    </w:rPr>
  </w:style>
  <w:style w:type="paragraph" w:customStyle="1" w:styleId="Continuarlista1">
    <w:name w:val="Continuar lista1"/>
    <w:basedOn w:val="Normal"/>
    <w:next w:val="Continuarlista"/>
    <w:uiPriority w:val="99"/>
    <w:unhideWhenUsed/>
    <w:rsid w:val="00E35433"/>
    <w:pPr>
      <w:spacing w:before="0" w:after="120" w:line="276" w:lineRule="auto"/>
      <w:ind w:left="360"/>
      <w:contextualSpacing/>
      <w:jc w:val="left"/>
    </w:pPr>
    <w:rPr>
      <w:szCs w:val="22"/>
      <w:lang w:val="en-US"/>
    </w:rPr>
  </w:style>
  <w:style w:type="paragraph" w:customStyle="1" w:styleId="Continuarlista21">
    <w:name w:val="Continuar lista 21"/>
    <w:basedOn w:val="Normal"/>
    <w:next w:val="Continuarlista2"/>
    <w:uiPriority w:val="99"/>
    <w:unhideWhenUsed/>
    <w:rsid w:val="00E35433"/>
    <w:pPr>
      <w:spacing w:before="0" w:after="120" w:line="276" w:lineRule="auto"/>
      <w:ind w:left="720"/>
      <w:contextualSpacing/>
      <w:jc w:val="left"/>
    </w:pPr>
    <w:rPr>
      <w:szCs w:val="22"/>
      <w:lang w:val="en-US"/>
    </w:rPr>
  </w:style>
  <w:style w:type="paragraph" w:customStyle="1" w:styleId="Continuarlista31">
    <w:name w:val="Continuar lista 31"/>
    <w:basedOn w:val="Normal"/>
    <w:next w:val="Continuarlista3"/>
    <w:uiPriority w:val="99"/>
    <w:unhideWhenUsed/>
    <w:rsid w:val="00E35433"/>
    <w:pPr>
      <w:spacing w:before="0" w:after="120" w:line="276" w:lineRule="auto"/>
      <w:ind w:left="1080"/>
      <w:contextualSpacing/>
      <w:jc w:val="left"/>
    </w:pPr>
    <w:rPr>
      <w:szCs w:val="22"/>
      <w:lang w:val="en-US"/>
    </w:rPr>
  </w:style>
  <w:style w:type="paragraph" w:customStyle="1" w:styleId="Textomacro1">
    <w:name w:val="Texto macro1"/>
    <w:next w:val="Textomacro"/>
    <w:link w:val="TextomacroCar"/>
    <w:uiPriority w:val="99"/>
    <w:unhideWhenUsed/>
    <w:rsid w:val="00E35433"/>
    <w:pPr>
      <w:tabs>
        <w:tab w:val="left" w:pos="576"/>
        <w:tab w:val="left" w:pos="1152"/>
        <w:tab w:val="left" w:pos="1728"/>
        <w:tab w:val="left" w:pos="2304"/>
        <w:tab w:val="left" w:pos="2880"/>
        <w:tab w:val="left" w:pos="3456"/>
        <w:tab w:val="left" w:pos="4032"/>
      </w:tabs>
      <w:spacing w:after="200" w:line="276" w:lineRule="auto"/>
    </w:pPr>
    <w:rPr>
      <w:rFonts w:ascii="Courier" w:eastAsia="Times New Roman" w:hAnsi="Courier"/>
      <w:sz w:val="20"/>
      <w:szCs w:val="20"/>
      <w:lang w:val="en-US"/>
    </w:rPr>
  </w:style>
  <w:style w:type="character" w:customStyle="1" w:styleId="TextomacroCar">
    <w:name w:val="Texto macro Car"/>
    <w:basedOn w:val="Fuentedeprrafopredeter"/>
    <w:link w:val="Textomacro1"/>
    <w:uiPriority w:val="99"/>
    <w:rsid w:val="00E35433"/>
    <w:rPr>
      <w:rFonts w:ascii="Courier" w:eastAsia="Times New Roman" w:hAnsi="Courier"/>
      <w:kern w:val="0"/>
      <w:sz w:val="20"/>
      <w:szCs w:val="20"/>
      <w:lang w:val="en-US"/>
      <w14:ligatures w14:val="none"/>
    </w:rPr>
  </w:style>
  <w:style w:type="paragraph" w:customStyle="1" w:styleId="Descripcin1">
    <w:name w:val="Descripción1"/>
    <w:basedOn w:val="Normal"/>
    <w:next w:val="Normal"/>
    <w:uiPriority w:val="35"/>
    <w:semiHidden/>
    <w:unhideWhenUsed/>
    <w:qFormat/>
    <w:rsid w:val="00E35433"/>
    <w:pPr>
      <w:spacing w:before="0" w:after="200" w:line="240" w:lineRule="auto"/>
      <w:jc w:val="left"/>
    </w:pPr>
    <w:rPr>
      <w:b/>
      <w:bCs/>
      <w:color w:val="156082"/>
      <w:sz w:val="18"/>
      <w:szCs w:val="18"/>
      <w:lang w:val="en-US"/>
    </w:rPr>
  </w:style>
  <w:style w:type="character" w:customStyle="1" w:styleId="Referenciasutil1">
    <w:name w:val="Referencia sutil1"/>
    <w:basedOn w:val="Fuentedeprrafopredeter"/>
    <w:uiPriority w:val="31"/>
    <w:qFormat/>
    <w:rsid w:val="00E35433"/>
    <w:rPr>
      <w:smallCaps/>
      <w:color w:val="E97132"/>
      <w:u w:val="single"/>
    </w:rPr>
  </w:style>
  <w:style w:type="character" w:styleId="Ttulodellibro">
    <w:name w:val="Book Title"/>
    <w:basedOn w:val="Fuentedeprrafopredeter"/>
    <w:uiPriority w:val="33"/>
    <w:qFormat/>
    <w:rsid w:val="00E35433"/>
    <w:rPr>
      <w:b/>
      <w:bCs/>
      <w:smallCaps/>
      <w:spacing w:val="5"/>
    </w:rPr>
  </w:style>
  <w:style w:type="table" w:customStyle="1" w:styleId="Sombreadoclaro1">
    <w:name w:val="Sombreado claro1"/>
    <w:basedOn w:val="Tablanormal"/>
    <w:next w:val="Sombreadoclaro"/>
    <w:uiPriority w:val="60"/>
    <w:rsid w:val="00E35433"/>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next w:val="Sombreadoclaro-nfasis1"/>
    <w:uiPriority w:val="60"/>
    <w:rsid w:val="00E35433"/>
    <w:pPr>
      <w:spacing w:after="0" w:line="240" w:lineRule="auto"/>
    </w:pPr>
    <w:rPr>
      <w:rFonts w:eastAsia="Times New Roman"/>
      <w:color w:val="0F4761"/>
      <w:lang w:val="en-US"/>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Sombreadoclaro-nfasis21">
    <w:name w:val="Sombreado claro - Énfasis 21"/>
    <w:basedOn w:val="Tablanormal"/>
    <w:next w:val="Sombreadoclaro-nfasis2"/>
    <w:uiPriority w:val="60"/>
    <w:rsid w:val="00E35433"/>
    <w:pPr>
      <w:spacing w:after="0" w:line="240" w:lineRule="auto"/>
    </w:pPr>
    <w:rPr>
      <w:rFonts w:eastAsia="Times New Roman"/>
      <w:color w:val="BF4E14"/>
      <w:lang w:val="en-US"/>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Sombreadoclaro-nfasis31">
    <w:name w:val="Sombreado claro - Énfasis 31"/>
    <w:basedOn w:val="Tablanormal"/>
    <w:next w:val="Sombreadoclaro-nfasis3"/>
    <w:uiPriority w:val="60"/>
    <w:rsid w:val="00E35433"/>
    <w:pPr>
      <w:spacing w:after="0" w:line="240" w:lineRule="auto"/>
    </w:pPr>
    <w:rPr>
      <w:rFonts w:eastAsia="Times New Roman"/>
      <w:color w:val="124F1A"/>
      <w:lang w:val="en-US"/>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Sombreadoclaro-nfasis41">
    <w:name w:val="Sombreado claro - Énfasis 41"/>
    <w:basedOn w:val="Tablanormal"/>
    <w:next w:val="Sombreadoclaro-nfasis4"/>
    <w:uiPriority w:val="60"/>
    <w:rsid w:val="00E35433"/>
    <w:pPr>
      <w:spacing w:after="0" w:line="240" w:lineRule="auto"/>
    </w:pPr>
    <w:rPr>
      <w:rFonts w:eastAsia="Times New Roman"/>
      <w:color w:val="0B769F"/>
      <w:lang w:val="en-US"/>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Sombreadoclaro-nfasis51">
    <w:name w:val="Sombreado claro - Énfasis 51"/>
    <w:basedOn w:val="Tablanormal"/>
    <w:next w:val="Sombreadoclaro-nfasis5"/>
    <w:uiPriority w:val="60"/>
    <w:rsid w:val="00E35433"/>
    <w:pPr>
      <w:spacing w:after="0" w:line="240" w:lineRule="auto"/>
    </w:pPr>
    <w:rPr>
      <w:rFonts w:eastAsia="Times New Roman"/>
      <w:color w:val="77206D"/>
      <w:lang w:val="en-US"/>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Listaclara2">
    <w:name w:val="Lista clara2"/>
    <w:basedOn w:val="Tablanormal"/>
    <w:next w:val="Listaclara"/>
    <w:uiPriority w:val="61"/>
    <w:rsid w:val="00E35433"/>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
    <w:name w:val="Lista clara - Énfasis 11"/>
    <w:basedOn w:val="Tablanormal"/>
    <w:next w:val="Listaclara-nfasis1"/>
    <w:uiPriority w:val="61"/>
    <w:rsid w:val="00E35433"/>
    <w:pPr>
      <w:spacing w:after="0" w:line="240" w:lineRule="auto"/>
    </w:pPr>
    <w:rPr>
      <w:rFonts w:eastAsia="Times New Roman"/>
      <w:lang w:val="en-US"/>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Listaclara-nfasis21">
    <w:name w:val="Lista clara - Énfasis 21"/>
    <w:basedOn w:val="Tablanormal"/>
    <w:next w:val="Listaclara-nfasis2"/>
    <w:uiPriority w:val="61"/>
    <w:rsid w:val="00E35433"/>
    <w:pPr>
      <w:spacing w:after="0" w:line="240" w:lineRule="auto"/>
    </w:pPr>
    <w:rPr>
      <w:rFonts w:eastAsia="Times New Roman"/>
      <w:lang w:val="en-US"/>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Listaclara-nfasis31">
    <w:name w:val="Lista clara - Énfasis 31"/>
    <w:basedOn w:val="Tablanormal"/>
    <w:next w:val="Listaclara-nfasis3"/>
    <w:uiPriority w:val="61"/>
    <w:rsid w:val="00E35433"/>
    <w:pPr>
      <w:spacing w:after="0" w:line="240" w:lineRule="auto"/>
    </w:pPr>
    <w:rPr>
      <w:rFonts w:eastAsia="Times New Roman"/>
      <w:lang w:val="en-US"/>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Listaclara-nfasis41">
    <w:name w:val="Lista clara - Énfasis 41"/>
    <w:basedOn w:val="Tablanormal"/>
    <w:next w:val="Listaclara-nfasis4"/>
    <w:uiPriority w:val="61"/>
    <w:rsid w:val="00E35433"/>
    <w:pPr>
      <w:spacing w:after="0" w:line="240" w:lineRule="auto"/>
    </w:pPr>
    <w:rPr>
      <w:rFonts w:eastAsia="Times New Roman"/>
      <w:lang w:val="en-US"/>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Listaclara-nfasis51">
    <w:name w:val="Lista clara - Énfasis 51"/>
    <w:basedOn w:val="Tablanormal"/>
    <w:next w:val="Listaclara-nfasis5"/>
    <w:uiPriority w:val="61"/>
    <w:rsid w:val="00E35433"/>
    <w:pPr>
      <w:spacing w:after="0" w:line="240" w:lineRule="auto"/>
    </w:pPr>
    <w:rPr>
      <w:rFonts w:eastAsia="Times New Roman"/>
      <w:lang w:val="en-US"/>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Cuadrculaclara1">
    <w:name w:val="Cuadrícula clara1"/>
    <w:basedOn w:val="Tablanormal"/>
    <w:next w:val="Cuadrculaclara"/>
    <w:uiPriority w:val="62"/>
    <w:rsid w:val="00E35433"/>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uadrculaclara-nfasis11">
    <w:name w:val="Cuadrícula clara - Énfasis 11"/>
    <w:basedOn w:val="Tablanormal"/>
    <w:next w:val="Cuadrculaclara-nfasis1"/>
    <w:uiPriority w:val="62"/>
    <w:rsid w:val="00E35433"/>
    <w:pPr>
      <w:spacing w:after="0" w:line="240" w:lineRule="auto"/>
    </w:pPr>
    <w:rPr>
      <w:rFonts w:eastAsia="Times New Roman"/>
      <w:lang w:val="en-US"/>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Cuadrculaclara-nfasis21">
    <w:name w:val="Cuadrícula clara - Énfasis 21"/>
    <w:basedOn w:val="Tablanormal"/>
    <w:next w:val="Cuadrculaclara-nfasis2"/>
    <w:uiPriority w:val="62"/>
    <w:rsid w:val="00E35433"/>
    <w:pPr>
      <w:spacing w:after="0" w:line="240" w:lineRule="auto"/>
    </w:pPr>
    <w:rPr>
      <w:rFonts w:eastAsia="Times New Roman"/>
      <w:lang w:val="en-US"/>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Cuadrculaclara-nfasis31">
    <w:name w:val="Cuadrícula clara - Énfasis 31"/>
    <w:basedOn w:val="Tablanormal"/>
    <w:next w:val="Cuadrculaclara-nfasis3"/>
    <w:uiPriority w:val="62"/>
    <w:rsid w:val="00E35433"/>
    <w:pPr>
      <w:spacing w:after="0" w:line="240" w:lineRule="auto"/>
    </w:pPr>
    <w:rPr>
      <w:rFonts w:eastAsia="Times New Roman"/>
      <w:lang w:val="en-US"/>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Cuadrculaclara-nfasis41">
    <w:name w:val="Cuadrícula clara - Énfasis 41"/>
    <w:basedOn w:val="Tablanormal"/>
    <w:next w:val="Cuadrculaclara-nfasis4"/>
    <w:uiPriority w:val="62"/>
    <w:rsid w:val="00E35433"/>
    <w:pPr>
      <w:spacing w:after="0" w:line="240" w:lineRule="auto"/>
    </w:pPr>
    <w:rPr>
      <w:rFonts w:eastAsia="Times New Roman"/>
      <w:lang w:val="en-US"/>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Cuadrculaclara-nfasis51">
    <w:name w:val="Cuadrícula clara - Énfasis 51"/>
    <w:basedOn w:val="Tablanormal"/>
    <w:next w:val="Cuadrculaclara-nfasis5"/>
    <w:uiPriority w:val="62"/>
    <w:rsid w:val="00E35433"/>
    <w:pPr>
      <w:spacing w:after="0" w:line="240" w:lineRule="auto"/>
    </w:pPr>
    <w:rPr>
      <w:rFonts w:eastAsia="Times New Roman"/>
      <w:lang w:val="en-US"/>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Sombreadomedio11">
    <w:name w:val="Sombreado medio 11"/>
    <w:basedOn w:val="Tablanormal"/>
    <w:next w:val="Sombreadomedio1"/>
    <w:uiPriority w:val="63"/>
    <w:rsid w:val="00E35433"/>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11">
    <w:name w:val="Sombreado medio 1 - Énfasis 11"/>
    <w:basedOn w:val="Tablanormal"/>
    <w:next w:val="Sombreadomedio1-nfasis1"/>
    <w:uiPriority w:val="63"/>
    <w:rsid w:val="00E35433"/>
    <w:pPr>
      <w:spacing w:after="0" w:line="240" w:lineRule="auto"/>
    </w:pPr>
    <w:rPr>
      <w:rFonts w:eastAsia="Times New Roman"/>
      <w:lang w:val="en-US"/>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Sombreadomedio1-nfasis21">
    <w:name w:val="Sombreado medio 1 - Énfasis 21"/>
    <w:basedOn w:val="Tablanormal"/>
    <w:next w:val="Sombreadomedio1-nfasis2"/>
    <w:uiPriority w:val="63"/>
    <w:rsid w:val="00E35433"/>
    <w:pPr>
      <w:spacing w:after="0" w:line="240" w:lineRule="auto"/>
    </w:pPr>
    <w:rPr>
      <w:rFonts w:eastAsia="Times New Roman"/>
      <w:lang w:val="en-US"/>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Sombreadomedio1-nfasis31">
    <w:name w:val="Sombreado medio 1 - Énfasis 31"/>
    <w:basedOn w:val="Tablanormal"/>
    <w:next w:val="Sombreadomedio1-nfasis3"/>
    <w:uiPriority w:val="63"/>
    <w:rsid w:val="00E35433"/>
    <w:pPr>
      <w:spacing w:after="0" w:line="240" w:lineRule="auto"/>
    </w:pPr>
    <w:rPr>
      <w:rFonts w:eastAsia="Times New Roman"/>
      <w:lang w:val="en-US"/>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Sombreadomedio1-nfasis41">
    <w:name w:val="Sombreado medio 1 - Énfasis 41"/>
    <w:basedOn w:val="Tablanormal"/>
    <w:next w:val="Sombreadomedio1-nfasis4"/>
    <w:uiPriority w:val="63"/>
    <w:rsid w:val="00E35433"/>
    <w:pPr>
      <w:spacing w:after="0" w:line="240" w:lineRule="auto"/>
    </w:pPr>
    <w:rPr>
      <w:rFonts w:eastAsia="Times New Roman"/>
      <w:lang w:val="en-US"/>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rsid w:val="00E35433"/>
    <w:pPr>
      <w:spacing w:after="0" w:line="240" w:lineRule="auto"/>
    </w:pPr>
    <w:rPr>
      <w:rFonts w:eastAsia="Times New Roman"/>
      <w:lang w:val="en-US"/>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Sombreadomedio21">
    <w:name w:val="Sombreado medio 21"/>
    <w:basedOn w:val="Tablanormal"/>
    <w:next w:val="Sombreadomedio2"/>
    <w:uiPriority w:val="64"/>
    <w:rsid w:val="00E3543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
    <w:name w:val="Sombreado medio 2 - Énfasis 11"/>
    <w:basedOn w:val="Tablanormal"/>
    <w:next w:val="Sombreadomedio2-nfasis1"/>
    <w:uiPriority w:val="64"/>
    <w:rsid w:val="00E3543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E3543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E3543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E3543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E3543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61">
    <w:name w:val="Sombreado medio 2 - Énfasis 61"/>
    <w:basedOn w:val="Tablanormal"/>
    <w:next w:val="Sombreadomedio2-nfasis6"/>
    <w:uiPriority w:val="64"/>
    <w:rsid w:val="00E3543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
    <w:name w:val="Lista media 11"/>
    <w:basedOn w:val="Tablanormal"/>
    <w:next w:val="Listamedia1"/>
    <w:uiPriority w:val="65"/>
    <w:rsid w:val="00E35433"/>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1">
    <w:name w:val="Lista media 1 - Énfasis 11"/>
    <w:basedOn w:val="Tablanormal"/>
    <w:next w:val="Listamedia1-nfasis1"/>
    <w:uiPriority w:val="65"/>
    <w:rsid w:val="00E35433"/>
    <w:pPr>
      <w:spacing w:after="0" w:line="240" w:lineRule="auto"/>
    </w:pPr>
    <w:rPr>
      <w:rFonts w:eastAsia="Times New Roman"/>
      <w:color w:val="000000"/>
      <w:lang w:val="en-US"/>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Listamedia1-nfasis21">
    <w:name w:val="Lista media 1 - Énfasis 21"/>
    <w:basedOn w:val="Tablanormal"/>
    <w:next w:val="Listamedia1-nfasis2"/>
    <w:uiPriority w:val="65"/>
    <w:rsid w:val="00E35433"/>
    <w:pPr>
      <w:spacing w:after="0" w:line="240" w:lineRule="auto"/>
    </w:pPr>
    <w:rPr>
      <w:rFonts w:eastAsia="Times New Roman"/>
      <w:color w:val="000000"/>
      <w:lang w:val="en-US"/>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Listamedia1-nfasis31">
    <w:name w:val="Lista media 1 - Énfasis 31"/>
    <w:basedOn w:val="Tablanormal"/>
    <w:next w:val="Listamedia1-nfasis3"/>
    <w:uiPriority w:val="65"/>
    <w:rsid w:val="00E35433"/>
    <w:pPr>
      <w:spacing w:after="0" w:line="240" w:lineRule="auto"/>
    </w:pPr>
    <w:rPr>
      <w:rFonts w:eastAsia="Times New Roman"/>
      <w:color w:val="000000"/>
      <w:lang w:val="en-US"/>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Listamedia1-nfasis41">
    <w:name w:val="Lista media 1 - Énfasis 41"/>
    <w:basedOn w:val="Tablanormal"/>
    <w:next w:val="Listamedia1-nfasis4"/>
    <w:uiPriority w:val="65"/>
    <w:rsid w:val="00E35433"/>
    <w:pPr>
      <w:spacing w:after="0" w:line="240" w:lineRule="auto"/>
    </w:pPr>
    <w:rPr>
      <w:rFonts w:eastAsia="Times New Roman"/>
      <w:color w:val="000000"/>
      <w:lang w:val="en-US"/>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Listamedia1-nfasis51">
    <w:name w:val="Lista media 1 - Énfasis 51"/>
    <w:basedOn w:val="Tablanormal"/>
    <w:next w:val="Listamedia1-nfasis5"/>
    <w:uiPriority w:val="65"/>
    <w:rsid w:val="00E35433"/>
    <w:pPr>
      <w:spacing w:after="0" w:line="240" w:lineRule="auto"/>
    </w:pPr>
    <w:rPr>
      <w:rFonts w:eastAsia="Times New Roman"/>
      <w:color w:val="000000"/>
      <w:lang w:val="en-US"/>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Listamedia1-nfasis61">
    <w:name w:val="Lista media 1 - Énfasis 61"/>
    <w:basedOn w:val="Tablanormal"/>
    <w:next w:val="Listamedia1-nfasis6"/>
    <w:uiPriority w:val="65"/>
    <w:rsid w:val="00E35433"/>
    <w:pPr>
      <w:spacing w:after="0" w:line="240" w:lineRule="auto"/>
    </w:pPr>
    <w:rPr>
      <w:rFonts w:eastAsia="Times New Roman"/>
      <w:color w:val="000000"/>
      <w:lang w:val="en-US"/>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Listamedia21">
    <w:name w:val="Lista media 21"/>
    <w:basedOn w:val="Tablanormal"/>
    <w:next w:val="Listamedia2"/>
    <w:uiPriority w:val="66"/>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edia2-nfasis11">
    <w:name w:val="Lista media 2 - Énfasis 11"/>
    <w:basedOn w:val="Tablanormal"/>
    <w:next w:val="Listamedia2-nfasis1"/>
    <w:uiPriority w:val="66"/>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Listamedia2-nfasis21">
    <w:name w:val="Lista media 2 - Énfasis 21"/>
    <w:basedOn w:val="Tablanormal"/>
    <w:next w:val="Listamedia2-nfasis2"/>
    <w:uiPriority w:val="66"/>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bottom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Listamedia2-nfasis31">
    <w:name w:val="Lista media 2 - Énfasis 31"/>
    <w:basedOn w:val="Tablanormal"/>
    <w:next w:val="Listamedia2-nfasis3"/>
    <w:uiPriority w:val="66"/>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Listamedia2-nfasis41">
    <w:name w:val="Lista media 2 - Énfasis 41"/>
    <w:basedOn w:val="Tablanormal"/>
    <w:next w:val="Listamedia2-nfasis4"/>
    <w:uiPriority w:val="66"/>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Listamedia2-nfasis51">
    <w:name w:val="Lista media 2 - Énfasis 51"/>
    <w:basedOn w:val="Tablanormal"/>
    <w:next w:val="Listamedia2-nfasis5"/>
    <w:uiPriority w:val="66"/>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Listamedia2-nfasis61">
    <w:name w:val="Lista media 2 - Énfasis 61"/>
    <w:basedOn w:val="Tablanormal"/>
    <w:next w:val="Listamedia2-nfasis6"/>
    <w:uiPriority w:val="66"/>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Cuadrculamedia11">
    <w:name w:val="Cuadrícula media 11"/>
    <w:basedOn w:val="Tablanormal"/>
    <w:next w:val="Cuadrculamedia1"/>
    <w:uiPriority w:val="67"/>
    <w:rsid w:val="00E35433"/>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uadrculamedia1-nfasis11">
    <w:name w:val="Cuadrícula media 1 - Énfasis 11"/>
    <w:basedOn w:val="Tablanormal"/>
    <w:next w:val="Cuadrculamedia1-nfasis1"/>
    <w:uiPriority w:val="67"/>
    <w:rsid w:val="00E35433"/>
    <w:pPr>
      <w:spacing w:after="0" w:line="240" w:lineRule="auto"/>
    </w:pPr>
    <w:rPr>
      <w:rFonts w:eastAsia="Times New Roman"/>
      <w:lang w:val="en-US"/>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Cuadrculamedia1-nfasis21">
    <w:name w:val="Cuadrícula media 1 - Énfasis 21"/>
    <w:basedOn w:val="Tablanormal"/>
    <w:next w:val="Cuadrculamedia1-nfasis2"/>
    <w:uiPriority w:val="67"/>
    <w:rsid w:val="00E35433"/>
    <w:pPr>
      <w:spacing w:after="0" w:line="240" w:lineRule="auto"/>
    </w:pPr>
    <w:rPr>
      <w:rFonts w:eastAsia="Times New Roman"/>
      <w:lang w:val="en-US"/>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Cuadrculamedia1-nfasis31">
    <w:name w:val="Cuadrícula media 1 - Énfasis 31"/>
    <w:basedOn w:val="Tablanormal"/>
    <w:next w:val="Cuadrculamedia1-nfasis3"/>
    <w:uiPriority w:val="67"/>
    <w:rsid w:val="00E35433"/>
    <w:pPr>
      <w:spacing w:after="0" w:line="240" w:lineRule="auto"/>
    </w:pPr>
    <w:rPr>
      <w:rFonts w:eastAsia="Times New Roman"/>
      <w:lang w:val="en-US"/>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Cuadrculamedia1-nfasis41">
    <w:name w:val="Cuadrícula media 1 - Énfasis 41"/>
    <w:basedOn w:val="Tablanormal"/>
    <w:next w:val="Cuadrculamedia1-nfasis4"/>
    <w:uiPriority w:val="67"/>
    <w:rsid w:val="00E35433"/>
    <w:pPr>
      <w:spacing w:after="0" w:line="240" w:lineRule="auto"/>
    </w:pPr>
    <w:rPr>
      <w:rFonts w:eastAsia="Times New Roman"/>
      <w:lang w:val="en-US"/>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Cuadrculamedia1-nfasis51">
    <w:name w:val="Cuadrícula media 1 - Énfasis 51"/>
    <w:basedOn w:val="Tablanormal"/>
    <w:next w:val="Cuadrculamedia1-nfasis5"/>
    <w:uiPriority w:val="67"/>
    <w:rsid w:val="00E35433"/>
    <w:pPr>
      <w:spacing w:after="0" w:line="240" w:lineRule="auto"/>
    </w:pPr>
    <w:rPr>
      <w:rFonts w:eastAsia="Times New Roman"/>
      <w:lang w:val="en-US"/>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Cuadrculamedia1-nfasis61">
    <w:name w:val="Cuadrícula media 1 - Énfasis 61"/>
    <w:basedOn w:val="Tablanormal"/>
    <w:next w:val="Cuadrculamedia1-nfasis6"/>
    <w:uiPriority w:val="67"/>
    <w:rsid w:val="00E35433"/>
    <w:pPr>
      <w:spacing w:after="0" w:line="240" w:lineRule="auto"/>
    </w:pPr>
    <w:rPr>
      <w:rFonts w:eastAsia="Times New Roman"/>
      <w:lang w:val="en-US"/>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Cuadrculamedia22">
    <w:name w:val="Cuadrícula media 22"/>
    <w:basedOn w:val="Tablanormal"/>
    <w:next w:val="Cuadrculamedia2"/>
    <w:uiPriority w:val="68"/>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Cuadrculamedia2-nfasis11">
    <w:name w:val="Cuadrícula media 2 - Énfasis 11"/>
    <w:basedOn w:val="Tablanormal"/>
    <w:next w:val="Cuadrculamedia2-nfasis1"/>
    <w:uiPriority w:val="68"/>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Cuadrculamedia2-nfasis21">
    <w:name w:val="Cuadrícula media 2 - Énfasis 21"/>
    <w:basedOn w:val="Tablanormal"/>
    <w:next w:val="Cuadrculamedia2-nfasis2"/>
    <w:uiPriority w:val="68"/>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Cuadrculamedia2-nfasis31">
    <w:name w:val="Cuadrícula media 2 - Énfasis 31"/>
    <w:basedOn w:val="Tablanormal"/>
    <w:next w:val="Cuadrculamedia2-nfasis3"/>
    <w:uiPriority w:val="68"/>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Cuadrculamedia2-nfasis41">
    <w:name w:val="Cuadrícula media 2 - Énfasis 41"/>
    <w:basedOn w:val="Tablanormal"/>
    <w:next w:val="Cuadrculamedia2-nfasis4"/>
    <w:uiPriority w:val="68"/>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Cuadrculamedia2-nfasis51">
    <w:name w:val="Cuadrícula media 2 - Énfasis 51"/>
    <w:basedOn w:val="Tablanormal"/>
    <w:next w:val="Cuadrculamedia2-nfasis5"/>
    <w:uiPriority w:val="68"/>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Cuadrculamedia2-nfasis61">
    <w:name w:val="Cuadrícula media 2 - Énfasis 61"/>
    <w:basedOn w:val="Tablanormal"/>
    <w:next w:val="Cuadrculamedia2-nfasis6"/>
    <w:uiPriority w:val="68"/>
    <w:rsid w:val="00E35433"/>
    <w:pPr>
      <w:spacing w:after="0" w:line="240" w:lineRule="auto"/>
    </w:pPr>
    <w:rPr>
      <w:rFonts w:ascii="Aptos Display" w:eastAsia="Times New Roman" w:hAnsi="Aptos Display" w:cs="Times New Roman"/>
      <w:color w:val="000000"/>
      <w:lang w:val="en-US"/>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Cuadrculamedia31">
    <w:name w:val="Cuadrícula media 31"/>
    <w:basedOn w:val="Tablanormal"/>
    <w:next w:val="Cuadrculamedia3"/>
    <w:uiPriority w:val="69"/>
    <w:rsid w:val="00E3543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Cuadrculamedia3-nfasis11">
    <w:name w:val="Cuadrícula media 3 - Énfasis 11"/>
    <w:basedOn w:val="Tablanormal"/>
    <w:next w:val="Cuadrculamedia3-nfasis1"/>
    <w:uiPriority w:val="69"/>
    <w:rsid w:val="00E3543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Cuadrculamedia3-nfasis21">
    <w:name w:val="Cuadrícula media 3 - Énfasis 21"/>
    <w:basedOn w:val="Tablanormal"/>
    <w:next w:val="Cuadrculamedia3-nfasis2"/>
    <w:uiPriority w:val="69"/>
    <w:rsid w:val="00E3543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Cuadrculamedia3-nfasis31">
    <w:name w:val="Cuadrícula media 3 - Énfasis 31"/>
    <w:basedOn w:val="Tablanormal"/>
    <w:next w:val="Cuadrculamedia3-nfasis3"/>
    <w:uiPriority w:val="69"/>
    <w:rsid w:val="00E3543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Cuadrculamedia3-nfasis41">
    <w:name w:val="Cuadrícula media 3 - Énfasis 41"/>
    <w:basedOn w:val="Tablanormal"/>
    <w:next w:val="Cuadrculamedia3-nfasis4"/>
    <w:uiPriority w:val="69"/>
    <w:rsid w:val="00E3543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Cuadrculamedia3-nfasis51">
    <w:name w:val="Cuadrícula media 3 - Énfasis 51"/>
    <w:basedOn w:val="Tablanormal"/>
    <w:next w:val="Cuadrculamedia3-nfasis5"/>
    <w:uiPriority w:val="69"/>
    <w:rsid w:val="00E3543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Cuadrculamedia3-nfasis61">
    <w:name w:val="Cuadrícula media 3 - Énfasis 61"/>
    <w:basedOn w:val="Tablanormal"/>
    <w:next w:val="Cuadrculamedia3-nfasis6"/>
    <w:uiPriority w:val="69"/>
    <w:rsid w:val="00E3543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Listaoscura1">
    <w:name w:val="Lista oscura1"/>
    <w:basedOn w:val="Tablanormal"/>
    <w:next w:val="Listaoscura"/>
    <w:uiPriority w:val="70"/>
    <w:rsid w:val="00E35433"/>
    <w:pPr>
      <w:spacing w:after="0" w:line="240" w:lineRule="auto"/>
    </w:pPr>
    <w:rPr>
      <w:rFonts w:eastAsia="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staoscura-nfasis11">
    <w:name w:val="Lista oscura - Énfasis 11"/>
    <w:basedOn w:val="Tablanormal"/>
    <w:next w:val="Listaoscura-nfasis1"/>
    <w:uiPriority w:val="70"/>
    <w:rsid w:val="00E35433"/>
    <w:pPr>
      <w:spacing w:after="0" w:line="240" w:lineRule="auto"/>
    </w:pPr>
    <w:rPr>
      <w:rFonts w:eastAsia="Times New Roman"/>
      <w:color w:val="FFFFFF"/>
      <w:lang w:val="en-US"/>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Listaoscura-nfasis21">
    <w:name w:val="Lista oscura - Énfasis 21"/>
    <w:basedOn w:val="Tablanormal"/>
    <w:next w:val="Listaoscura-nfasis2"/>
    <w:uiPriority w:val="70"/>
    <w:rsid w:val="00E35433"/>
    <w:pPr>
      <w:spacing w:after="0" w:line="240" w:lineRule="auto"/>
    </w:pPr>
    <w:rPr>
      <w:rFonts w:eastAsia="Times New Roman"/>
      <w:color w:val="FFFFFF"/>
      <w:lang w:val="en-US"/>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Listaoscura-nfasis31">
    <w:name w:val="Lista oscura - Énfasis 31"/>
    <w:basedOn w:val="Tablanormal"/>
    <w:next w:val="Listaoscura-nfasis3"/>
    <w:uiPriority w:val="70"/>
    <w:rsid w:val="00E35433"/>
    <w:pPr>
      <w:spacing w:after="0" w:line="240" w:lineRule="auto"/>
    </w:pPr>
    <w:rPr>
      <w:rFonts w:eastAsia="Times New Roman"/>
      <w:color w:val="FFFFFF"/>
      <w:lang w:val="en-US"/>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Listaoscura-nfasis41">
    <w:name w:val="Lista oscura - Énfasis 41"/>
    <w:basedOn w:val="Tablanormal"/>
    <w:next w:val="Listaoscura-nfasis4"/>
    <w:uiPriority w:val="70"/>
    <w:rsid w:val="00E35433"/>
    <w:pPr>
      <w:spacing w:after="0" w:line="240" w:lineRule="auto"/>
    </w:pPr>
    <w:rPr>
      <w:rFonts w:eastAsia="Times New Roman"/>
      <w:color w:val="FFFFFF"/>
      <w:lang w:val="en-US"/>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Listaoscura-nfasis51">
    <w:name w:val="Lista oscura - Énfasis 51"/>
    <w:basedOn w:val="Tablanormal"/>
    <w:next w:val="Listaoscura-nfasis5"/>
    <w:uiPriority w:val="70"/>
    <w:rsid w:val="00E35433"/>
    <w:pPr>
      <w:spacing w:after="0" w:line="240" w:lineRule="auto"/>
    </w:pPr>
    <w:rPr>
      <w:rFonts w:eastAsia="Times New Roman"/>
      <w:color w:val="FFFFFF"/>
      <w:lang w:val="en-US"/>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Listaoscura-nfasis61">
    <w:name w:val="Lista oscura - Énfasis 61"/>
    <w:basedOn w:val="Tablanormal"/>
    <w:next w:val="Listaoscura-nfasis6"/>
    <w:uiPriority w:val="70"/>
    <w:rsid w:val="00E35433"/>
    <w:pPr>
      <w:spacing w:after="0" w:line="240" w:lineRule="auto"/>
    </w:pPr>
    <w:rPr>
      <w:rFonts w:eastAsia="Times New Roman"/>
      <w:color w:val="FFFFFF"/>
      <w:lang w:val="en-US"/>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Sombreadovistoso1">
    <w:name w:val="Sombreado vistoso1"/>
    <w:basedOn w:val="Tablanormal"/>
    <w:next w:val="Sombreadovistoso"/>
    <w:uiPriority w:val="71"/>
    <w:rsid w:val="00E35433"/>
    <w:pPr>
      <w:spacing w:after="0" w:line="240" w:lineRule="auto"/>
    </w:pPr>
    <w:rPr>
      <w:rFonts w:eastAsia="Times New Roman"/>
      <w:color w:val="000000"/>
      <w:lang w:val="en-US"/>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Sombreadovistoso-nfasis11">
    <w:name w:val="Sombreado vistoso - Énfasis 11"/>
    <w:basedOn w:val="Tablanormal"/>
    <w:next w:val="Sombreadovistoso-nfasis1"/>
    <w:uiPriority w:val="71"/>
    <w:rsid w:val="00E35433"/>
    <w:pPr>
      <w:spacing w:after="0" w:line="240" w:lineRule="auto"/>
    </w:pPr>
    <w:rPr>
      <w:rFonts w:eastAsia="Times New Roman"/>
      <w:color w:val="000000"/>
      <w:lang w:val="en-US"/>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Sombreadovistoso-nfasis21">
    <w:name w:val="Sombreado vistoso - Énfasis 21"/>
    <w:basedOn w:val="Tablanormal"/>
    <w:next w:val="Sombreadovistoso-nfasis2"/>
    <w:uiPriority w:val="71"/>
    <w:rsid w:val="00E35433"/>
    <w:pPr>
      <w:spacing w:after="0" w:line="240" w:lineRule="auto"/>
    </w:pPr>
    <w:rPr>
      <w:rFonts w:eastAsia="Times New Roman"/>
      <w:color w:val="000000"/>
      <w:lang w:val="en-US"/>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Sombreadovistoso-nfasis31">
    <w:name w:val="Sombreado vistoso - Énfasis 31"/>
    <w:basedOn w:val="Tablanormal"/>
    <w:next w:val="Sombreadovistoso-nfasis3"/>
    <w:uiPriority w:val="71"/>
    <w:rsid w:val="00E35433"/>
    <w:pPr>
      <w:spacing w:after="0" w:line="240" w:lineRule="auto"/>
    </w:pPr>
    <w:rPr>
      <w:rFonts w:eastAsia="Times New Roman"/>
      <w:color w:val="000000"/>
      <w:lang w:val="en-US"/>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Sombreadovistoso-nfasis41">
    <w:name w:val="Sombreado vistoso - Énfasis 41"/>
    <w:basedOn w:val="Tablanormal"/>
    <w:next w:val="Sombreadovistoso-nfasis4"/>
    <w:uiPriority w:val="71"/>
    <w:rsid w:val="00E35433"/>
    <w:pPr>
      <w:spacing w:after="0" w:line="240" w:lineRule="auto"/>
    </w:pPr>
    <w:rPr>
      <w:rFonts w:eastAsia="Times New Roman"/>
      <w:color w:val="000000"/>
      <w:lang w:val="en-US"/>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E35433"/>
    <w:pPr>
      <w:spacing w:after="0" w:line="240" w:lineRule="auto"/>
    </w:pPr>
    <w:rPr>
      <w:rFonts w:eastAsia="Times New Roman"/>
      <w:color w:val="000000"/>
      <w:lang w:val="en-US"/>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Sombreadovistoso-nfasis61">
    <w:name w:val="Sombreado vistoso - Énfasis 61"/>
    <w:basedOn w:val="Tablanormal"/>
    <w:next w:val="Sombreadovistoso-nfasis6"/>
    <w:uiPriority w:val="71"/>
    <w:rsid w:val="00E35433"/>
    <w:pPr>
      <w:spacing w:after="0" w:line="240" w:lineRule="auto"/>
    </w:pPr>
    <w:rPr>
      <w:rFonts w:eastAsia="Times New Roman"/>
      <w:color w:val="000000"/>
      <w:lang w:val="en-US"/>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Listavistosa1">
    <w:name w:val="Lista vistosa1"/>
    <w:basedOn w:val="Tablanormal"/>
    <w:next w:val="Listavistosa"/>
    <w:uiPriority w:val="72"/>
    <w:rsid w:val="00E35433"/>
    <w:pPr>
      <w:spacing w:after="0" w:line="240" w:lineRule="auto"/>
    </w:pPr>
    <w:rPr>
      <w:rFonts w:eastAsia="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stavistosa-nfasis12">
    <w:name w:val="Lista vistosa - Énfasis 12"/>
    <w:basedOn w:val="Tablanormal"/>
    <w:next w:val="Listavistosa-nfasis1"/>
    <w:uiPriority w:val="72"/>
    <w:rsid w:val="00E35433"/>
    <w:pPr>
      <w:spacing w:after="0" w:line="240" w:lineRule="auto"/>
    </w:pPr>
    <w:rPr>
      <w:rFonts w:eastAsia="Times New Roman"/>
      <w:color w:val="000000"/>
      <w:lang w:val="en-US"/>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Listavistosa-nfasis21">
    <w:name w:val="Lista vistosa - Énfasis 21"/>
    <w:basedOn w:val="Tablanormal"/>
    <w:next w:val="Listavistosa-nfasis2"/>
    <w:uiPriority w:val="72"/>
    <w:rsid w:val="00E35433"/>
    <w:pPr>
      <w:spacing w:after="0" w:line="240" w:lineRule="auto"/>
    </w:pPr>
    <w:rPr>
      <w:rFonts w:eastAsia="Times New Roman"/>
      <w:color w:val="000000"/>
      <w:lang w:val="en-US"/>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Listavistosa-nfasis31">
    <w:name w:val="Lista vistosa - Énfasis 31"/>
    <w:basedOn w:val="Tablanormal"/>
    <w:next w:val="Listavistosa-nfasis3"/>
    <w:uiPriority w:val="72"/>
    <w:rsid w:val="00E35433"/>
    <w:pPr>
      <w:spacing w:after="0" w:line="240" w:lineRule="auto"/>
    </w:pPr>
    <w:rPr>
      <w:rFonts w:eastAsia="Times New Roman"/>
      <w:color w:val="000000"/>
      <w:lang w:val="en-US"/>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Listavistosa-nfasis41">
    <w:name w:val="Lista vistosa - Énfasis 41"/>
    <w:basedOn w:val="Tablanormal"/>
    <w:next w:val="Listavistosa-nfasis4"/>
    <w:uiPriority w:val="72"/>
    <w:rsid w:val="00E35433"/>
    <w:pPr>
      <w:spacing w:after="0" w:line="240" w:lineRule="auto"/>
    </w:pPr>
    <w:rPr>
      <w:rFonts w:eastAsia="Times New Roman"/>
      <w:color w:val="000000"/>
      <w:lang w:val="en-US"/>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Listavistosa-nfasis51">
    <w:name w:val="Lista vistosa - Énfasis 51"/>
    <w:basedOn w:val="Tablanormal"/>
    <w:next w:val="Listavistosa-nfasis5"/>
    <w:uiPriority w:val="72"/>
    <w:rsid w:val="00E35433"/>
    <w:pPr>
      <w:spacing w:after="0" w:line="240" w:lineRule="auto"/>
    </w:pPr>
    <w:rPr>
      <w:rFonts w:eastAsia="Times New Roman"/>
      <w:color w:val="000000"/>
      <w:lang w:val="en-US"/>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Listavistosa-nfasis61">
    <w:name w:val="Lista vistosa - Énfasis 61"/>
    <w:basedOn w:val="Tablanormal"/>
    <w:next w:val="Listavistosa-nfasis6"/>
    <w:uiPriority w:val="72"/>
    <w:rsid w:val="00E35433"/>
    <w:pPr>
      <w:spacing w:after="0" w:line="240" w:lineRule="auto"/>
    </w:pPr>
    <w:rPr>
      <w:rFonts w:eastAsia="Times New Roman"/>
      <w:color w:val="000000"/>
      <w:lang w:val="en-US"/>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Cuadrculavistosa1">
    <w:name w:val="Cuadrícula vistosa1"/>
    <w:basedOn w:val="Tablanormal"/>
    <w:next w:val="Cuadrculavistosa"/>
    <w:uiPriority w:val="73"/>
    <w:rsid w:val="00E3543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uadrculavistosa-nfasis11">
    <w:name w:val="Cuadrícula vistosa - Énfasis 11"/>
    <w:basedOn w:val="Tablanormal"/>
    <w:next w:val="Cuadrculavistosa-nfasis1"/>
    <w:uiPriority w:val="73"/>
    <w:rsid w:val="00E3543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Cuadrculavistosa-nfasis21">
    <w:name w:val="Cuadrícula vistosa - Énfasis 21"/>
    <w:basedOn w:val="Tablanormal"/>
    <w:next w:val="Cuadrculavistosa-nfasis2"/>
    <w:uiPriority w:val="73"/>
    <w:rsid w:val="00E3543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Cuadrculavistosa-nfasis31">
    <w:name w:val="Cuadrícula vistosa - Énfasis 31"/>
    <w:basedOn w:val="Tablanormal"/>
    <w:next w:val="Cuadrculavistosa-nfasis3"/>
    <w:uiPriority w:val="73"/>
    <w:rsid w:val="00E3543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Cuadrculavistosa-nfasis41">
    <w:name w:val="Cuadrícula vistosa - Énfasis 41"/>
    <w:basedOn w:val="Tablanormal"/>
    <w:next w:val="Cuadrculavistosa-nfasis4"/>
    <w:uiPriority w:val="73"/>
    <w:rsid w:val="00E3543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Cuadrculavistosa-nfasis51">
    <w:name w:val="Cuadrícula vistosa - Énfasis 51"/>
    <w:basedOn w:val="Tablanormal"/>
    <w:next w:val="Cuadrculavistosa-nfasis5"/>
    <w:uiPriority w:val="73"/>
    <w:rsid w:val="00E3543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Cuadrculavistosa-nfasis61">
    <w:name w:val="Cuadrícula vistosa - Énfasis 61"/>
    <w:basedOn w:val="Tablanormal"/>
    <w:next w:val="Cuadrculavistosa-nfasis6"/>
    <w:uiPriority w:val="73"/>
    <w:rsid w:val="00E3543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character" w:customStyle="1" w:styleId="Ttulo2Car2">
    <w:name w:val="Título 2 Car2"/>
    <w:basedOn w:val="Fuentedeprrafopredeter"/>
    <w:uiPriority w:val="9"/>
    <w:semiHidden/>
    <w:rsid w:val="00E35433"/>
    <w:rPr>
      <w:rFonts w:asciiTheme="majorHAnsi" w:eastAsiaTheme="majorEastAsia" w:hAnsiTheme="majorHAnsi" w:cstheme="majorBidi"/>
      <w:color w:val="2E74B5" w:themeColor="accent1" w:themeShade="BF"/>
      <w:sz w:val="26"/>
      <w:szCs w:val="26"/>
      <w:lang w:val="es-ES"/>
    </w:rPr>
  </w:style>
  <w:style w:type="character" w:customStyle="1" w:styleId="Ttulo3Car1">
    <w:name w:val="Título 3 Car1"/>
    <w:basedOn w:val="Fuentedeprrafopredeter"/>
    <w:uiPriority w:val="9"/>
    <w:semiHidden/>
    <w:rsid w:val="00E35433"/>
    <w:rPr>
      <w:rFonts w:asciiTheme="majorHAnsi" w:eastAsiaTheme="majorEastAsia" w:hAnsiTheme="majorHAnsi" w:cstheme="majorBidi"/>
      <w:color w:val="1F4D78" w:themeColor="accent1" w:themeShade="7F"/>
      <w:sz w:val="24"/>
      <w:szCs w:val="24"/>
      <w:lang w:val="es-ES"/>
    </w:rPr>
  </w:style>
  <w:style w:type="character" w:customStyle="1" w:styleId="Ttulo4Car1">
    <w:name w:val="Título 4 Car1"/>
    <w:basedOn w:val="Fuentedeprrafopredeter"/>
    <w:uiPriority w:val="9"/>
    <w:semiHidden/>
    <w:rsid w:val="00E35433"/>
    <w:rPr>
      <w:rFonts w:asciiTheme="majorHAnsi" w:eastAsiaTheme="majorEastAsia" w:hAnsiTheme="majorHAnsi" w:cstheme="majorBidi"/>
      <w:i/>
      <w:iCs/>
      <w:color w:val="2E74B5" w:themeColor="accent1" w:themeShade="BF"/>
      <w:szCs w:val="24"/>
      <w:lang w:val="es-ES"/>
    </w:rPr>
  </w:style>
  <w:style w:type="character" w:customStyle="1" w:styleId="Ttulo5Car1">
    <w:name w:val="Título 5 Car1"/>
    <w:basedOn w:val="Fuentedeprrafopredeter"/>
    <w:uiPriority w:val="9"/>
    <w:semiHidden/>
    <w:rsid w:val="00E35433"/>
    <w:rPr>
      <w:rFonts w:asciiTheme="majorHAnsi" w:eastAsiaTheme="majorEastAsia" w:hAnsiTheme="majorHAnsi" w:cstheme="majorBidi"/>
      <w:color w:val="2E74B5" w:themeColor="accent1" w:themeShade="BF"/>
      <w:szCs w:val="24"/>
      <w:lang w:val="es-ES"/>
    </w:rPr>
  </w:style>
  <w:style w:type="character" w:customStyle="1" w:styleId="Ttulo6Car1">
    <w:name w:val="Título 6 Car1"/>
    <w:basedOn w:val="Fuentedeprrafopredeter"/>
    <w:uiPriority w:val="9"/>
    <w:semiHidden/>
    <w:rsid w:val="00E35433"/>
    <w:rPr>
      <w:rFonts w:asciiTheme="majorHAnsi" w:eastAsiaTheme="majorEastAsia" w:hAnsiTheme="majorHAnsi" w:cstheme="majorBidi"/>
      <w:color w:val="1F4D78" w:themeColor="accent1" w:themeShade="7F"/>
      <w:szCs w:val="24"/>
      <w:lang w:val="es-ES"/>
    </w:rPr>
  </w:style>
  <w:style w:type="character" w:customStyle="1" w:styleId="Ttulo7Car1">
    <w:name w:val="Título 7 Car1"/>
    <w:basedOn w:val="Fuentedeprrafopredeter"/>
    <w:uiPriority w:val="9"/>
    <w:semiHidden/>
    <w:rsid w:val="00E35433"/>
    <w:rPr>
      <w:rFonts w:asciiTheme="majorHAnsi" w:eastAsiaTheme="majorEastAsia" w:hAnsiTheme="majorHAnsi" w:cstheme="majorBidi"/>
      <w:i/>
      <w:iCs/>
      <w:color w:val="1F4D78" w:themeColor="accent1" w:themeShade="7F"/>
      <w:szCs w:val="24"/>
      <w:lang w:val="es-ES"/>
    </w:rPr>
  </w:style>
  <w:style w:type="character" w:customStyle="1" w:styleId="Ttulo8Car1">
    <w:name w:val="Título 8 Car1"/>
    <w:basedOn w:val="Fuentedeprrafopredeter"/>
    <w:uiPriority w:val="9"/>
    <w:semiHidden/>
    <w:rsid w:val="00E35433"/>
    <w:rPr>
      <w:rFonts w:asciiTheme="majorHAnsi" w:eastAsiaTheme="majorEastAsia" w:hAnsiTheme="majorHAnsi" w:cstheme="majorBidi"/>
      <w:color w:val="272727" w:themeColor="text1" w:themeTint="D8"/>
      <w:sz w:val="21"/>
      <w:szCs w:val="21"/>
      <w:lang w:val="es-ES"/>
    </w:rPr>
  </w:style>
  <w:style w:type="character" w:customStyle="1" w:styleId="Ttulo9Car1">
    <w:name w:val="Título 9 Car1"/>
    <w:basedOn w:val="Fuentedeprrafopredeter"/>
    <w:uiPriority w:val="9"/>
    <w:semiHidden/>
    <w:rsid w:val="00E35433"/>
    <w:rPr>
      <w:rFonts w:asciiTheme="majorHAnsi" w:eastAsiaTheme="majorEastAsia" w:hAnsiTheme="majorHAnsi" w:cstheme="majorBidi"/>
      <w:i/>
      <w:iCs/>
      <w:color w:val="272727" w:themeColor="text1" w:themeTint="D8"/>
      <w:sz w:val="21"/>
      <w:szCs w:val="21"/>
      <w:lang w:val="es-ES"/>
    </w:rPr>
  </w:style>
  <w:style w:type="paragraph" w:styleId="Ttulo">
    <w:name w:val="Title"/>
    <w:basedOn w:val="Normal"/>
    <w:next w:val="Normal"/>
    <w:link w:val="TtuloCar"/>
    <w:uiPriority w:val="10"/>
    <w:qFormat/>
    <w:rsid w:val="00E35433"/>
    <w:pPr>
      <w:spacing w:before="0" w:after="0" w:line="240" w:lineRule="auto"/>
      <w:contextualSpacing/>
    </w:pPr>
    <w:rPr>
      <w:rFonts w:ascii="Aptos Display" w:hAnsi="Aptos Display"/>
      <w:spacing w:val="-10"/>
      <w:kern w:val="28"/>
      <w:sz w:val="56"/>
      <w:szCs w:val="56"/>
      <w:lang w:val="es-CR"/>
    </w:rPr>
  </w:style>
  <w:style w:type="character" w:customStyle="1" w:styleId="TtuloCar1">
    <w:name w:val="Título Car1"/>
    <w:basedOn w:val="Fuentedeprrafopredeter"/>
    <w:uiPriority w:val="10"/>
    <w:rsid w:val="00E35433"/>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E35433"/>
    <w:pPr>
      <w:numPr>
        <w:ilvl w:val="1"/>
      </w:numPr>
      <w:spacing w:after="160"/>
    </w:pPr>
    <w:rPr>
      <w:color w:val="595959"/>
      <w:spacing w:val="15"/>
      <w:sz w:val="28"/>
      <w:szCs w:val="28"/>
      <w:lang w:val="es-CR"/>
    </w:rPr>
  </w:style>
  <w:style w:type="character" w:customStyle="1" w:styleId="SubttuloCar1">
    <w:name w:val="Subtítulo Car1"/>
    <w:basedOn w:val="Fuentedeprrafopredeter"/>
    <w:uiPriority w:val="11"/>
    <w:rsid w:val="00E35433"/>
    <w:rPr>
      <w:rFonts w:eastAsiaTheme="minorEastAsia"/>
      <w:color w:val="5A5A5A" w:themeColor="text1" w:themeTint="A5"/>
      <w:spacing w:val="15"/>
      <w:lang w:val="es-ES"/>
    </w:rPr>
  </w:style>
  <w:style w:type="paragraph" w:styleId="Cita">
    <w:name w:val="Quote"/>
    <w:basedOn w:val="Normal"/>
    <w:next w:val="Normal"/>
    <w:link w:val="CitaCar"/>
    <w:uiPriority w:val="29"/>
    <w:qFormat/>
    <w:rsid w:val="00E35433"/>
    <w:pPr>
      <w:spacing w:before="200" w:after="160"/>
      <w:ind w:left="864" w:right="864"/>
      <w:jc w:val="center"/>
    </w:pPr>
    <w:rPr>
      <w:rFonts w:eastAsiaTheme="minorHAnsi" w:cstheme="minorBidi"/>
      <w:i/>
      <w:iCs/>
      <w:color w:val="404040"/>
      <w:szCs w:val="22"/>
      <w:lang w:val="es-CR"/>
    </w:rPr>
  </w:style>
  <w:style w:type="character" w:customStyle="1" w:styleId="CitaCar1">
    <w:name w:val="Cita Car1"/>
    <w:basedOn w:val="Fuentedeprrafopredeter"/>
    <w:uiPriority w:val="29"/>
    <w:rsid w:val="00E35433"/>
    <w:rPr>
      <w:rFonts w:eastAsia="Times New Roman" w:cs="Times New Roman"/>
      <w:i/>
      <w:iCs/>
      <w:color w:val="404040" w:themeColor="text1" w:themeTint="BF"/>
      <w:szCs w:val="24"/>
      <w:lang w:val="es-ES"/>
    </w:rPr>
  </w:style>
  <w:style w:type="character" w:styleId="nfasisintenso">
    <w:name w:val="Intense Emphasis"/>
    <w:basedOn w:val="Fuentedeprrafopredeter"/>
    <w:uiPriority w:val="21"/>
    <w:qFormat/>
    <w:rsid w:val="00E35433"/>
    <w:rPr>
      <w:i/>
      <w:iCs/>
      <w:color w:val="5B9BD5" w:themeColor="accent1"/>
    </w:rPr>
  </w:style>
  <w:style w:type="paragraph" w:styleId="Citadestacada">
    <w:name w:val="Intense Quote"/>
    <w:basedOn w:val="Normal"/>
    <w:next w:val="Normal"/>
    <w:link w:val="CitadestacadaCar"/>
    <w:uiPriority w:val="30"/>
    <w:qFormat/>
    <w:rsid w:val="00E35433"/>
    <w:pPr>
      <w:pBdr>
        <w:top w:val="single" w:sz="4" w:space="10" w:color="5B9BD5" w:themeColor="accent1"/>
        <w:bottom w:val="single" w:sz="4" w:space="10" w:color="5B9BD5" w:themeColor="accent1"/>
      </w:pBdr>
      <w:spacing w:before="360" w:after="360"/>
      <w:ind w:left="864" w:right="864"/>
      <w:jc w:val="center"/>
    </w:pPr>
    <w:rPr>
      <w:rFonts w:eastAsiaTheme="minorHAnsi" w:cstheme="minorBidi"/>
      <w:i/>
      <w:iCs/>
      <w:color w:val="0F4761"/>
      <w:szCs w:val="22"/>
      <w:lang w:val="es-CR"/>
    </w:rPr>
  </w:style>
  <w:style w:type="character" w:customStyle="1" w:styleId="CitadestacadaCar1">
    <w:name w:val="Cita destacada Car1"/>
    <w:basedOn w:val="Fuentedeprrafopredeter"/>
    <w:uiPriority w:val="30"/>
    <w:rsid w:val="00E35433"/>
    <w:rPr>
      <w:rFonts w:eastAsia="Times New Roman" w:cs="Times New Roman"/>
      <w:i/>
      <w:iCs/>
      <w:color w:val="5B9BD5" w:themeColor="accent1"/>
      <w:szCs w:val="24"/>
      <w:lang w:val="es-ES"/>
    </w:rPr>
  </w:style>
  <w:style w:type="character" w:styleId="Referenciaintensa">
    <w:name w:val="Intense Reference"/>
    <w:basedOn w:val="Fuentedeprrafopredeter"/>
    <w:uiPriority w:val="32"/>
    <w:qFormat/>
    <w:rsid w:val="00E35433"/>
    <w:rPr>
      <w:b/>
      <w:bCs/>
      <w:smallCaps/>
      <w:color w:val="5B9BD5" w:themeColor="accent1"/>
      <w:spacing w:val="5"/>
    </w:rPr>
  </w:style>
  <w:style w:type="table" w:styleId="Tablaconcuadrculaclara">
    <w:name w:val="Grid Table Light"/>
    <w:basedOn w:val="Tablanormal"/>
    <w:uiPriority w:val="40"/>
    <w:rsid w:val="00E354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sutil">
    <w:name w:val="Subtle Emphasis"/>
    <w:basedOn w:val="Fuentedeprrafopredeter"/>
    <w:uiPriority w:val="19"/>
    <w:qFormat/>
    <w:rsid w:val="00E35433"/>
    <w:rPr>
      <w:i/>
      <w:iCs/>
      <w:color w:val="404040" w:themeColor="text1" w:themeTint="BF"/>
    </w:rPr>
  </w:style>
  <w:style w:type="table" w:styleId="Sombreadoclaro-nfasis6">
    <w:name w:val="Light Shading Accent 6"/>
    <w:basedOn w:val="Tablanormal"/>
    <w:uiPriority w:val="60"/>
    <w:semiHidden/>
    <w:unhideWhenUsed/>
    <w:rsid w:val="00E35433"/>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nfasis6">
    <w:name w:val="Light List Accent 6"/>
    <w:basedOn w:val="Tablanormal"/>
    <w:uiPriority w:val="61"/>
    <w:semiHidden/>
    <w:unhideWhenUsed/>
    <w:rsid w:val="00E3543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Cuadrculaclara-nfasis6">
    <w:name w:val="Light Grid Accent 6"/>
    <w:basedOn w:val="Tablanormal"/>
    <w:uiPriority w:val="62"/>
    <w:semiHidden/>
    <w:unhideWhenUsed/>
    <w:rsid w:val="00E3543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domedio1-nfasis6">
    <w:name w:val="Medium Shading 1 Accent 6"/>
    <w:basedOn w:val="Tablanormal"/>
    <w:uiPriority w:val="63"/>
    <w:semiHidden/>
    <w:unhideWhenUsed/>
    <w:rsid w:val="00E3543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Tabladecuadrcula4">
    <w:name w:val="Grid Table 4"/>
    <w:basedOn w:val="Tablanormal"/>
    <w:uiPriority w:val="49"/>
    <w:rsid w:val="00E354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E354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4-nfasis3">
    <w:name w:val="Grid Table 4 Accent 3"/>
    <w:basedOn w:val="Tablanormal"/>
    <w:uiPriority w:val="49"/>
    <w:rsid w:val="00E354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5">
    <w:name w:val="Grid Table 1 Light Accent 5"/>
    <w:basedOn w:val="Tablanormal"/>
    <w:uiPriority w:val="46"/>
    <w:rsid w:val="00E3543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E3543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1clara-nfasis3">
    <w:name w:val="Grid Table 1 Light Accent 3"/>
    <w:basedOn w:val="Tablanormal"/>
    <w:uiPriority w:val="46"/>
    <w:rsid w:val="00E3543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sta">
    <w:name w:val="List"/>
    <w:basedOn w:val="Normal"/>
    <w:uiPriority w:val="99"/>
    <w:semiHidden/>
    <w:unhideWhenUsed/>
    <w:rsid w:val="00E35433"/>
    <w:pPr>
      <w:ind w:left="283" w:hanging="283"/>
      <w:contextualSpacing/>
    </w:pPr>
  </w:style>
  <w:style w:type="paragraph" w:styleId="Lista2">
    <w:name w:val="List 2"/>
    <w:basedOn w:val="Normal"/>
    <w:uiPriority w:val="99"/>
    <w:semiHidden/>
    <w:unhideWhenUsed/>
    <w:rsid w:val="00E35433"/>
    <w:pPr>
      <w:ind w:left="566" w:hanging="283"/>
      <w:contextualSpacing/>
    </w:pPr>
  </w:style>
  <w:style w:type="paragraph" w:styleId="Lista3">
    <w:name w:val="List 3"/>
    <w:basedOn w:val="Normal"/>
    <w:uiPriority w:val="99"/>
    <w:semiHidden/>
    <w:unhideWhenUsed/>
    <w:rsid w:val="00E35433"/>
    <w:pPr>
      <w:ind w:left="849" w:hanging="283"/>
      <w:contextualSpacing/>
    </w:pPr>
  </w:style>
  <w:style w:type="paragraph" w:styleId="Listaconvietas2">
    <w:name w:val="List Bullet 2"/>
    <w:basedOn w:val="Normal"/>
    <w:uiPriority w:val="99"/>
    <w:semiHidden/>
    <w:unhideWhenUsed/>
    <w:rsid w:val="00E35433"/>
    <w:pPr>
      <w:contextualSpacing/>
    </w:pPr>
  </w:style>
  <w:style w:type="paragraph" w:styleId="Listaconvietas3">
    <w:name w:val="List Bullet 3"/>
    <w:basedOn w:val="Normal"/>
    <w:uiPriority w:val="99"/>
    <w:semiHidden/>
    <w:unhideWhenUsed/>
    <w:rsid w:val="00E35433"/>
    <w:pPr>
      <w:contextualSpacing/>
    </w:pPr>
  </w:style>
  <w:style w:type="paragraph" w:styleId="Listaconnmeros2">
    <w:name w:val="List Number 2"/>
    <w:basedOn w:val="Normal"/>
    <w:uiPriority w:val="99"/>
    <w:semiHidden/>
    <w:unhideWhenUsed/>
    <w:rsid w:val="00E35433"/>
    <w:pPr>
      <w:contextualSpacing/>
    </w:pPr>
  </w:style>
  <w:style w:type="paragraph" w:styleId="Listaconnmeros3">
    <w:name w:val="List Number 3"/>
    <w:basedOn w:val="Normal"/>
    <w:uiPriority w:val="99"/>
    <w:semiHidden/>
    <w:unhideWhenUsed/>
    <w:rsid w:val="00E35433"/>
    <w:pPr>
      <w:contextualSpacing/>
    </w:pPr>
  </w:style>
  <w:style w:type="paragraph" w:styleId="Continuarlista">
    <w:name w:val="List Continue"/>
    <w:basedOn w:val="Normal"/>
    <w:uiPriority w:val="99"/>
    <w:semiHidden/>
    <w:unhideWhenUsed/>
    <w:rsid w:val="00E35433"/>
    <w:pPr>
      <w:spacing w:after="120"/>
      <w:ind w:left="283"/>
      <w:contextualSpacing/>
    </w:pPr>
  </w:style>
  <w:style w:type="paragraph" w:styleId="Continuarlista2">
    <w:name w:val="List Continue 2"/>
    <w:basedOn w:val="Normal"/>
    <w:uiPriority w:val="99"/>
    <w:semiHidden/>
    <w:unhideWhenUsed/>
    <w:rsid w:val="00E35433"/>
    <w:pPr>
      <w:spacing w:after="120"/>
      <w:ind w:left="566"/>
      <w:contextualSpacing/>
    </w:pPr>
  </w:style>
  <w:style w:type="paragraph" w:styleId="Continuarlista3">
    <w:name w:val="List Continue 3"/>
    <w:basedOn w:val="Normal"/>
    <w:uiPriority w:val="99"/>
    <w:semiHidden/>
    <w:unhideWhenUsed/>
    <w:rsid w:val="00E35433"/>
    <w:pPr>
      <w:spacing w:after="120"/>
      <w:ind w:left="849"/>
      <w:contextualSpacing/>
    </w:pPr>
  </w:style>
  <w:style w:type="paragraph" w:styleId="Textomacro">
    <w:name w:val="macro"/>
    <w:link w:val="TextomacroCar1"/>
    <w:uiPriority w:val="99"/>
    <w:semiHidden/>
    <w:unhideWhenUsed/>
    <w:rsid w:val="00E35433"/>
    <w:pPr>
      <w:tabs>
        <w:tab w:val="left" w:pos="480"/>
        <w:tab w:val="left" w:pos="960"/>
        <w:tab w:val="left" w:pos="1440"/>
        <w:tab w:val="left" w:pos="1920"/>
        <w:tab w:val="left" w:pos="2400"/>
        <w:tab w:val="left" w:pos="2880"/>
        <w:tab w:val="left" w:pos="3360"/>
        <w:tab w:val="left" w:pos="3840"/>
        <w:tab w:val="left" w:pos="4320"/>
      </w:tabs>
      <w:spacing w:before="240" w:after="0" w:line="280" w:lineRule="exact"/>
      <w:jc w:val="both"/>
    </w:pPr>
    <w:rPr>
      <w:rFonts w:ascii="Consolas" w:eastAsia="Times New Roman" w:hAnsi="Consolas" w:cs="Consolas"/>
      <w:sz w:val="20"/>
      <w:szCs w:val="20"/>
      <w:lang w:val="es-ES"/>
    </w:rPr>
  </w:style>
  <w:style w:type="character" w:customStyle="1" w:styleId="TextomacroCar1">
    <w:name w:val="Texto macro Car1"/>
    <w:basedOn w:val="Fuentedeprrafopredeter"/>
    <w:link w:val="Textomacro"/>
    <w:uiPriority w:val="99"/>
    <w:semiHidden/>
    <w:rsid w:val="00E35433"/>
    <w:rPr>
      <w:rFonts w:ascii="Consolas" w:eastAsia="Times New Roman" w:hAnsi="Consolas" w:cs="Consolas"/>
      <w:sz w:val="20"/>
      <w:szCs w:val="20"/>
      <w:lang w:val="es-ES"/>
    </w:rPr>
  </w:style>
  <w:style w:type="character" w:styleId="Referenciasutil">
    <w:name w:val="Subtle Reference"/>
    <w:basedOn w:val="Fuentedeprrafopredeter"/>
    <w:uiPriority w:val="31"/>
    <w:qFormat/>
    <w:rsid w:val="00E35433"/>
    <w:rPr>
      <w:smallCaps/>
      <w:color w:val="5A5A5A" w:themeColor="text1" w:themeTint="A5"/>
    </w:rPr>
  </w:style>
  <w:style w:type="table" w:styleId="Sombreadoclaro">
    <w:name w:val="Light Shading"/>
    <w:basedOn w:val="Tablanormal"/>
    <w:uiPriority w:val="60"/>
    <w:semiHidden/>
    <w:unhideWhenUsed/>
    <w:rsid w:val="00E354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E35433"/>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2">
    <w:name w:val="Light Shading Accent 2"/>
    <w:basedOn w:val="Tablanormal"/>
    <w:uiPriority w:val="60"/>
    <w:semiHidden/>
    <w:unhideWhenUsed/>
    <w:rsid w:val="00E3543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semiHidden/>
    <w:unhideWhenUsed/>
    <w:rsid w:val="00E3543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semiHidden/>
    <w:unhideWhenUsed/>
    <w:rsid w:val="00E35433"/>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semiHidden/>
    <w:unhideWhenUsed/>
    <w:rsid w:val="00E35433"/>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staclara">
    <w:name w:val="Light List"/>
    <w:basedOn w:val="Tablanormal"/>
    <w:uiPriority w:val="61"/>
    <w:semiHidden/>
    <w:unhideWhenUsed/>
    <w:rsid w:val="00E354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E3543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2">
    <w:name w:val="Light List Accent 2"/>
    <w:basedOn w:val="Tablanormal"/>
    <w:uiPriority w:val="61"/>
    <w:semiHidden/>
    <w:unhideWhenUsed/>
    <w:rsid w:val="00E3543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semiHidden/>
    <w:unhideWhenUsed/>
    <w:rsid w:val="00E3543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semiHidden/>
    <w:unhideWhenUsed/>
    <w:rsid w:val="00E3543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semiHidden/>
    <w:unhideWhenUsed/>
    <w:rsid w:val="00E3543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Cuadrculaclara">
    <w:name w:val="Light Grid"/>
    <w:basedOn w:val="Tablanormal"/>
    <w:uiPriority w:val="62"/>
    <w:semiHidden/>
    <w:unhideWhenUsed/>
    <w:rsid w:val="00E354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semiHidden/>
    <w:unhideWhenUsed/>
    <w:rsid w:val="00E3543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2">
    <w:name w:val="Light Grid Accent 2"/>
    <w:basedOn w:val="Tablanormal"/>
    <w:uiPriority w:val="62"/>
    <w:semiHidden/>
    <w:unhideWhenUsed/>
    <w:rsid w:val="00E3543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semiHidden/>
    <w:unhideWhenUsed/>
    <w:rsid w:val="00E3543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semiHidden/>
    <w:unhideWhenUsed/>
    <w:rsid w:val="00E3543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semiHidden/>
    <w:unhideWhenUsed/>
    <w:rsid w:val="00E3543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
    <w:name w:val="Medium Shading 1"/>
    <w:basedOn w:val="Tablanormal"/>
    <w:uiPriority w:val="63"/>
    <w:semiHidden/>
    <w:unhideWhenUsed/>
    <w:rsid w:val="00E3543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E3543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E3543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E3543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E3543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E3543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E354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semiHidden/>
    <w:unhideWhenUsed/>
    <w:rsid w:val="00E354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semiHidden/>
    <w:unhideWhenUsed/>
    <w:rsid w:val="00E354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semiHidden/>
    <w:unhideWhenUsed/>
    <w:rsid w:val="00E354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semiHidden/>
    <w:unhideWhenUsed/>
    <w:rsid w:val="00E354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semiHidden/>
    <w:unhideWhenUsed/>
    <w:rsid w:val="00E354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semiHidden/>
    <w:unhideWhenUsed/>
    <w:rsid w:val="00E354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semiHidden/>
    <w:unhideWhenUsed/>
    <w:rsid w:val="00E3543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semiHidden/>
    <w:unhideWhenUsed/>
    <w:rsid w:val="00E35433"/>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amedia1-nfasis2">
    <w:name w:val="Medium List 1 Accent 2"/>
    <w:basedOn w:val="Tablanormal"/>
    <w:uiPriority w:val="65"/>
    <w:semiHidden/>
    <w:unhideWhenUsed/>
    <w:rsid w:val="00E3543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semiHidden/>
    <w:unhideWhenUsed/>
    <w:rsid w:val="00E35433"/>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semiHidden/>
    <w:unhideWhenUsed/>
    <w:rsid w:val="00E35433"/>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semiHidden/>
    <w:unhideWhenUsed/>
    <w:rsid w:val="00E35433"/>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Listamedia1-nfasis6">
    <w:name w:val="Medium List 1 Accent 6"/>
    <w:basedOn w:val="Tablanormal"/>
    <w:uiPriority w:val="65"/>
    <w:semiHidden/>
    <w:unhideWhenUsed/>
    <w:rsid w:val="00E35433"/>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semiHidden/>
    <w:unhideWhenUsed/>
    <w:rsid w:val="00E3543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E3543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uadrculamedia1-nfasis2">
    <w:name w:val="Medium Grid 1 Accent 2"/>
    <w:basedOn w:val="Tablanormal"/>
    <w:uiPriority w:val="67"/>
    <w:semiHidden/>
    <w:unhideWhenUsed/>
    <w:rsid w:val="00E3543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semiHidden/>
    <w:unhideWhenUsed/>
    <w:rsid w:val="00E3543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semiHidden/>
    <w:unhideWhenUsed/>
    <w:rsid w:val="00E3543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semiHidden/>
    <w:unhideWhenUsed/>
    <w:rsid w:val="00E3543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uadrculamedia1-nfasis6">
    <w:name w:val="Medium Grid 1 Accent 6"/>
    <w:basedOn w:val="Tablanormal"/>
    <w:uiPriority w:val="67"/>
    <w:semiHidden/>
    <w:unhideWhenUsed/>
    <w:rsid w:val="00E3543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E354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E354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E354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Cuadrculamedia3-nfasis2">
    <w:name w:val="Medium Grid 3 Accent 2"/>
    <w:basedOn w:val="Tablanormal"/>
    <w:uiPriority w:val="69"/>
    <w:semiHidden/>
    <w:unhideWhenUsed/>
    <w:rsid w:val="00E354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semiHidden/>
    <w:unhideWhenUsed/>
    <w:rsid w:val="00E354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semiHidden/>
    <w:unhideWhenUsed/>
    <w:rsid w:val="00E354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semiHidden/>
    <w:unhideWhenUsed/>
    <w:rsid w:val="00E354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media3-nfasis6">
    <w:name w:val="Medium Grid 3 Accent 6"/>
    <w:basedOn w:val="Tablanormal"/>
    <w:uiPriority w:val="69"/>
    <w:semiHidden/>
    <w:unhideWhenUsed/>
    <w:rsid w:val="00E354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oscura">
    <w:name w:val="Dark List"/>
    <w:basedOn w:val="Tablanormal"/>
    <w:uiPriority w:val="70"/>
    <w:semiHidden/>
    <w:unhideWhenUsed/>
    <w:rsid w:val="00E3543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E35433"/>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Listaoscura-nfasis2">
    <w:name w:val="Dark List Accent 2"/>
    <w:basedOn w:val="Tablanormal"/>
    <w:uiPriority w:val="70"/>
    <w:semiHidden/>
    <w:unhideWhenUsed/>
    <w:rsid w:val="00E35433"/>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semiHidden/>
    <w:unhideWhenUsed/>
    <w:rsid w:val="00E35433"/>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semiHidden/>
    <w:unhideWhenUsed/>
    <w:rsid w:val="00E35433"/>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semiHidden/>
    <w:unhideWhenUsed/>
    <w:rsid w:val="00E35433"/>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Listaoscura-nfasis6">
    <w:name w:val="Dark List Accent 6"/>
    <w:basedOn w:val="Tablanormal"/>
    <w:uiPriority w:val="70"/>
    <w:semiHidden/>
    <w:unhideWhenUsed/>
    <w:rsid w:val="00E35433"/>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Sombreadovistoso">
    <w:name w:val="Colorful Shading"/>
    <w:basedOn w:val="Tablanormal"/>
    <w:uiPriority w:val="71"/>
    <w:semiHidden/>
    <w:unhideWhenUsed/>
    <w:rsid w:val="00E3543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E35433"/>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E35433"/>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E3543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semiHidden/>
    <w:unhideWhenUsed/>
    <w:rsid w:val="00E35433"/>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E3543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semiHidden/>
    <w:unhideWhenUsed/>
    <w:rsid w:val="00E35433"/>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semiHidden/>
    <w:unhideWhenUsed/>
    <w:rsid w:val="00E3543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E35433"/>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Listavistosa-nfasis2">
    <w:name w:val="Colorful List Accent 2"/>
    <w:basedOn w:val="Tablanormal"/>
    <w:uiPriority w:val="72"/>
    <w:semiHidden/>
    <w:unhideWhenUsed/>
    <w:rsid w:val="00E35433"/>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semiHidden/>
    <w:unhideWhenUsed/>
    <w:rsid w:val="00E35433"/>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semiHidden/>
    <w:unhideWhenUsed/>
    <w:rsid w:val="00E35433"/>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semiHidden/>
    <w:unhideWhenUsed/>
    <w:rsid w:val="00E35433"/>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Listavistosa-nfasis6">
    <w:name w:val="Colorful List Accent 6"/>
    <w:basedOn w:val="Tablanormal"/>
    <w:uiPriority w:val="72"/>
    <w:semiHidden/>
    <w:unhideWhenUsed/>
    <w:rsid w:val="00E35433"/>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uadrculavistosa">
    <w:name w:val="Colorful Grid"/>
    <w:basedOn w:val="Tablanormal"/>
    <w:uiPriority w:val="73"/>
    <w:semiHidden/>
    <w:unhideWhenUsed/>
    <w:rsid w:val="00E354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E354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uadrculavistosa-nfasis2">
    <w:name w:val="Colorful Grid Accent 2"/>
    <w:basedOn w:val="Tablanormal"/>
    <w:uiPriority w:val="73"/>
    <w:semiHidden/>
    <w:unhideWhenUsed/>
    <w:rsid w:val="00E354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semiHidden/>
    <w:unhideWhenUsed/>
    <w:rsid w:val="00E354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semiHidden/>
    <w:unhideWhenUsed/>
    <w:rsid w:val="00E354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semiHidden/>
    <w:unhideWhenUsed/>
    <w:rsid w:val="00E354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uadrculavistosa-nfasis6">
    <w:name w:val="Colorful Grid Accent 6"/>
    <w:basedOn w:val="Tablanormal"/>
    <w:uiPriority w:val="73"/>
    <w:semiHidden/>
    <w:unhideWhenUsed/>
    <w:rsid w:val="00E354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 Id="rId9" Type="http://schemas.openxmlformats.org/officeDocument/2006/relationships/image" Target="media/image14.png"/></Relationships>
</file>

<file path=word/_rels/footer3.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jpg"/><Relationship Id="rId7" Type="http://schemas.openxmlformats.org/officeDocument/2006/relationships/image" Target="media/image8.jpeg"/><Relationship Id="rId2" Type="http://schemas.openxmlformats.org/officeDocument/2006/relationships/image" Target="media/image3.jp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g"/></Relationships>
</file>

<file path=word/_rels/header2.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jpg"/><Relationship Id="rId7" Type="http://schemas.openxmlformats.org/officeDocument/2006/relationships/image" Target="media/image8.jpeg"/><Relationship Id="rId2" Type="http://schemas.openxmlformats.org/officeDocument/2006/relationships/image" Target="media/image3.jp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69C54830724E9DA436EDD426B4DB79"/>
        <w:category>
          <w:name w:val="General"/>
          <w:gallery w:val="placeholder"/>
        </w:category>
        <w:types>
          <w:type w:val="bbPlcHdr"/>
        </w:types>
        <w:behaviors>
          <w:behavior w:val="content"/>
        </w:behaviors>
        <w:guid w:val="{C288C2E4-AB15-43A1-A8DE-49E8A910898E}"/>
      </w:docPartPr>
      <w:docPartBody>
        <w:p w:rsidR="00235C68" w:rsidRDefault="001A0E3D" w:rsidP="001A0E3D">
          <w:pPr>
            <w:pStyle w:val="FF69C54830724E9DA436EDD426B4DB79"/>
          </w:pPr>
          <w:r w:rsidRPr="001E0779">
            <w:rPr>
              <w:rStyle w:val="Textodelmarcadordeposicin"/>
            </w:rPr>
            <w:t>Haga clic aquí para escribir texto.</w:t>
          </w:r>
        </w:p>
      </w:docPartBody>
    </w:docPart>
    <w:docPart>
      <w:docPartPr>
        <w:name w:val="A80EEA89FC1D4759A5F2AF3C7D9788CF"/>
        <w:category>
          <w:name w:val="General"/>
          <w:gallery w:val="placeholder"/>
        </w:category>
        <w:types>
          <w:type w:val="bbPlcHdr"/>
        </w:types>
        <w:behaviors>
          <w:behavior w:val="content"/>
        </w:behaviors>
        <w:guid w:val="{D9659E55-8510-4A9D-90C3-E26199013276}"/>
      </w:docPartPr>
      <w:docPartBody>
        <w:p w:rsidR="00837311" w:rsidRDefault="000A741E" w:rsidP="000A741E">
          <w:pPr>
            <w:pStyle w:val="A80EEA89FC1D4759A5F2AF3C7D9788CF"/>
          </w:pPr>
          <w:r>
            <w:rPr>
              <w:rStyle w:val="Textodelmarcadordeposicin"/>
            </w:rPr>
            <w:t>Elija un elemento.</w:t>
          </w:r>
        </w:p>
      </w:docPartBody>
    </w:docPart>
    <w:docPart>
      <w:docPartPr>
        <w:name w:val="8744CFEC20384CA69F5B0A699537BBFE"/>
        <w:category>
          <w:name w:val="General"/>
          <w:gallery w:val="placeholder"/>
        </w:category>
        <w:types>
          <w:type w:val="bbPlcHdr"/>
        </w:types>
        <w:behaviors>
          <w:behavior w:val="content"/>
        </w:behaviors>
        <w:guid w:val="{BA36B9F2-F017-428D-827D-A71AAAB5443C}"/>
      </w:docPartPr>
      <w:docPartBody>
        <w:p w:rsidR="00837311" w:rsidRDefault="000A741E" w:rsidP="000A741E">
          <w:pPr>
            <w:pStyle w:val="8744CFEC20384CA69F5B0A699537BBFE"/>
          </w:pPr>
          <w:r w:rsidRPr="00CB6A0D">
            <w:rPr>
              <w:rStyle w:val="Textodelmarcadordeposicin"/>
            </w:rPr>
            <w:t>Haga clic o pulse aquí para escribir texto.</w:t>
          </w:r>
        </w:p>
      </w:docPartBody>
    </w:docPart>
    <w:docPart>
      <w:docPartPr>
        <w:name w:val="A4C1489DAC464959A985A33EE720A5A6"/>
        <w:category>
          <w:name w:val="General"/>
          <w:gallery w:val="placeholder"/>
        </w:category>
        <w:types>
          <w:type w:val="bbPlcHdr"/>
        </w:types>
        <w:behaviors>
          <w:behavior w:val="content"/>
        </w:behaviors>
        <w:guid w:val="{980130CB-812F-47AC-BE41-1041B7E64938}"/>
      </w:docPartPr>
      <w:docPartBody>
        <w:p w:rsidR="00837311" w:rsidRDefault="000A741E" w:rsidP="000A741E">
          <w:pPr>
            <w:pStyle w:val="A4C1489DAC464959A985A33EE720A5A6"/>
          </w:pPr>
          <w:r w:rsidRPr="00CB6A0D">
            <w:rPr>
              <w:rStyle w:val="Textodelmarcadordeposicin"/>
            </w:rPr>
            <w:t>Haga clic o pulse aquí para escribir texto.</w:t>
          </w:r>
        </w:p>
      </w:docPartBody>
    </w:docPart>
    <w:docPart>
      <w:docPartPr>
        <w:name w:val="033395312525402F903E8B82594D48F2"/>
        <w:category>
          <w:name w:val="General"/>
          <w:gallery w:val="placeholder"/>
        </w:category>
        <w:types>
          <w:type w:val="bbPlcHdr"/>
        </w:types>
        <w:behaviors>
          <w:behavior w:val="content"/>
        </w:behaviors>
        <w:guid w:val="{AAD116E1-F0E5-4146-9667-A53C180D847B}"/>
      </w:docPartPr>
      <w:docPartBody>
        <w:p w:rsidR="00837311" w:rsidRDefault="000A741E" w:rsidP="000A741E">
          <w:pPr>
            <w:pStyle w:val="033395312525402F903E8B82594D48F2"/>
          </w:pPr>
          <w:r>
            <w:rPr>
              <w:rStyle w:val="Textodelmarcadordeposicin"/>
            </w:rPr>
            <w:t>Elija un elemento.</w:t>
          </w:r>
        </w:p>
      </w:docPartBody>
    </w:docPart>
    <w:docPart>
      <w:docPartPr>
        <w:name w:val="A6660D59152849018CECE2841C4246F8"/>
        <w:category>
          <w:name w:val="General"/>
          <w:gallery w:val="placeholder"/>
        </w:category>
        <w:types>
          <w:type w:val="bbPlcHdr"/>
        </w:types>
        <w:behaviors>
          <w:behavior w:val="content"/>
        </w:behaviors>
        <w:guid w:val="{E7D8713A-DFD5-4D6F-A85F-93E496C6687B}"/>
      </w:docPartPr>
      <w:docPartBody>
        <w:p w:rsidR="003F0D60" w:rsidRDefault="00823742" w:rsidP="00823742">
          <w:pPr>
            <w:pStyle w:val="A6660D59152849018CECE2841C4246F8"/>
          </w:pPr>
          <w:r w:rsidRPr="00CB6A0D">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01T">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6D"/>
    <w:rsid w:val="0003240E"/>
    <w:rsid w:val="00051C8F"/>
    <w:rsid w:val="000874C9"/>
    <w:rsid w:val="000A6A88"/>
    <w:rsid w:val="000A741E"/>
    <w:rsid w:val="000B5501"/>
    <w:rsid w:val="001009B3"/>
    <w:rsid w:val="00112741"/>
    <w:rsid w:val="0012303F"/>
    <w:rsid w:val="00151B7E"/>
    <w:rsid w:val="00156857"/>
    <w:rsid w:val="00164012"/>
    <w:rsid w:val="001A0E3D"/>
    <w:rsid w:val="001A75AD"/>
    <w:rsid w:val="001E1909"/>
    <w:rsid w:val="001F154E"/>
    <w:rsid w:val="00212CFA"/>
    <w:rsid w:val="00235C68"/>
    <w:rsid w:val="00244797"/>
    <w:rsid w:val="002841A4"/>
    <w:rsid w:val="002B45E7"/>
    <w:rsid w:val="002C1011"/>
    <w:rsid w:val="002C7BF4"/>
    <w:rsid w:val="00300CAF"/>
    <w:rsid w:val="003032F1"/>
    <w:rsid w:val="00377E4C"/>
    <w:rsid w:val="003B12E1"/>
    <w:rsid w:val="003C4040"/>
    <w:rsid w:val="003F0D60"/>
    <w:rsid w:val="00406995"/>
    <w:rsid w:val="004646E8"/>
    <w:rsid w:val="00477A1D"/>
    <w:rsid w:val="004B2C4A"/>
    <w:rsid w:val="004B73B9"/>
    <w:rsid w:val="004C3603"/>
    <w:rsid w:val="00552C06"/>
    <w:rsid w:val="005A7144"/>
    <w:rsid w:val="005E4A49"/>
    <w:rsid w:val="007B5EA2"/>
    <w:rsid w:val="007E6A4F"/>
    <w:rsid w:val="007F7316"/>
    <w:rsid w:val="00823742"/>
    <w:rsid w:val="00837311"/>
    <w:rsid w:val="00844C15"/>
    <w:rsid w:val="00871DA1"/>
    <w:rsid w:val="00873F61"/>
    <w:rsid w:val="008925FF"/>
    <w:rsid w:val="008B01AE"/>
    <w:rsid w:val="008C5B2B"/>
    <w:rsid w:val="00914AD9"/>
    <w:rsid w:val="009166D0"/>
    <w:rsid w:val="00952FE1"/>
    <w:rsid w:val="00975961"/>
    <w:rsid w:val="009977D6"/>
    <w:rsid w:val="009D4C67"/>
    <w:rsid w:val="009F555C"/>
    <w:rsid w:val="00A12FC3"/>
    <w:rsid w:val="00AE42B3"/>
    <w:rsid w:val="00AF007C"/>
    <w:rsid w:val="00B27BBE"/>
    <w:rsid w:val="00B518F8"/>
    <w:rsid w:val="00B800F4"/>
    <w:rsid w:val="00BB3E82"/>
    <w:rsid w:val="00C46DF8"/>
    <w:rsid w:val="00C60009"/>
    <w:rsid w:val="00C778B9"/>
    <w:rsid w:val="00CC5446"/>
    <w:rsid w:val="00D37FA6"/>
    <w:rsid w:val="00D60C62"/>
    <w:rsid w:val="00D83160"/>
    <w:rsid w:val="00E504A3"/>
    <w:rsid w:val="00E56FEF"/>
    <w:rsid w:val="00E62B59"/>
    <w:rsid w:val="00E6396E"/>
    <w:rsid w:val="00EA526D"/>
    <w:rsid w:val="00EF2D6F"/>
    <w:rsid w:val="00F11540"/>
    <w:rsid w:val="00F1698E"/>
    <w:rsid w:val="00F21DAF"/>
    <w:rsid w:val="00F510CA"/>
    <w:rsid w:val="00F96176"/>
    <w:rsid w:val="00F97E3B"/>
    <w:rsid w:val="00FE28B1"/>
    <w:rsid w:val="00FE5E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23742"/>
    <w:rPr>
      <w:color w:val="808080"/>
    </w:rPr>
  </w:style>
  <w:style w:type="paragraph" w:customStyle="1" w:styleId="FF69C54830724E9DA436EDD426B4DB79">
    <w:name w:val="FF69C54830724E9DA436EDD426B4DB79"/>
    <w:rsid w:val="001A0E3D"/>
  </w:style>
  <w:style w:type="paragraph" w:customStyle="1" w:styleId="A80EEA89FC1D4759A5F2AF3C7D9788CF">
    <w:name w:val="A80EEA89FC1D4759A5F2AF3C7D9788CF"/>
    <w:rsid w:val="000A741E"/>
  </w:style>
  <w:style w:type="paragraph" w:customStyle="1" w:styleId="8744CFEC20384CA69F5B0A699537BBFE">
    <w:name w:val="8744CFEC20384CA69F5B0A699537BBFE"/>
    <w:rsid w:val="000A741E"/>
  </w:style>
  <w:style w:type="paragraph" w:customStyle="1" w:styleId="A4C1489DAC464959A985A33EE720A5A6">
    <w:name w:val="A4C1489DAC464959A985A33EE720A5A6"/>
    <w:rsid w:val="000A741E"/>
  </w:style>
  <w:style w:type="paragraph" w:customStyle="1" w:styleId="033395312525402F903E8B82594D48F2">
    <w:name w:val="033395312525402F903E8B82594D48F2"/>
    <w:rsid w:val="000A741E"/>
  </w:style>
  <w:style w:type="paragraph" w:customStyle="1" w:styleId="A6660D59152849018CECE2841C4246F8">
    <w:name w:val="A6660D59152849018CECE2841C4246F8"/>
    <w:rsid w:val="00823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pal7RUlcTvBN373tSzlSQ76W58eUUl0J3EBztcVAPn0=</DigestValue>
    </Reference>
    <Reference Type="http://www.w3.org/2000/09/xmldsig#Object" URI="#idOfficeObject">
      <DigestMethod Algorithm="http://www.w3.org/2001/04/xmlenc#sha256"/>
      <DigestValue>qqvrOAiwcsqvNs/EANkRtsc126gn4zHiCln2a1je4JQ=</DigestValue>
    </Reference>
    <Reference Type="http://uri.etsi.org/01903#SignedProperties" URI="#idSignedProperties">
      <Transforms>
        <Transform Algorithm="http://www.w3.org/TR/2001/REC-xml-c14n-20010315"/>
      </Transforms>
      <DigestMethod Algorithm="http://www.w3.org/2001/04/xmlenc#sha256"/>
      <DigestValue>MYVLP7MwebwoOxrqFLg4fmE20k8mcrxG1hNeA/hycTU=</DigestValue>
    </Reference>
  </SignedInfo>
  <SignatureValue>dM1KhAjIeMv+Wm0LcXLleS78BvyNViELCcZgFzxQzM4vLVLcC3Ns/nohfkEGSKWWuy/RtWL67GQ/
bCqz0d4XvHngj5LMPO09CML9cVv/nXb8Wg8PHeOr/LQpDHKpM/slXT+uzz7RyEfUWwl9IIPurYJs
zlP7mMR3+E0Ec5gE0Vr0vOAVq+joNsq4vNL+aKi6Z3+C0bQAJIRYZ5RuWTUq6SikE7/dP/phInh5
JgY4h2uCYv1f1DA0KVj4J9vOCSrDw1qX50jwfriK/znm06i0iio2nWLkngb5jQHQP0SQKR8vx2mw
aJVTioMlr2AILHIY5r1YIQu3U4GJEiKqFZLiTg==</SignatureValue>
  <KeyInfo>
    <X509Data>
      <X509Certificate>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8Pita32nZW9GJTm2mPdJAVvhDA1x8TrPpAhfRbxaH7VWrSzVSsRSasIfWTeLcTJjn+UloqK3fFdzz67rgNXQlqRUeSDf8x0fgaL8jWLP4xdBovbKA3UpFBh7lEgEnScdZR/CriGTg5j8OAWWE4Bcs3zTLE90LCkyD0je7ilkeETJLfQFAQbrGPhHT5TpoI4S3jnLxowkdfLyOqbdUmuMA555hadZ5CMGnWpIturpNWSs2OKyR9EBia55ExrLgerOzKF3OP1csODmNkXaSsvoH5SiVV3agiz8GRsvuo8pzFNWtG0/2ohjfxLbZ0qaBPsnivD7zhF87brm52R4CJ3rn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Transform>
          <Transform Algorithm="http://www.w3.org/TR/2001/REC-xml-c14n-20010315"/>
        </Transforms>
        <DigestMethod Algorithm="http://www.w3.org/2001/04/xmlenc#sha256"/>
        <DigestValue>dry+ISeeZTib1Ye00ey6Qvq0nhs3XOtMQL8UOWilsCs=</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IX+b9+mmBrCz9HOwJw6jQ3iCroRo+aP5TJeY3/4hpOs=</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1/04/xmlenc#sha256"/>
        <DigestValue>IX+b9+mmBrCz9HOwJw6jQ3iCroRo+aP5TJeY3/4hpOs=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Transform>
          <Transform Algorithm="http://www.w3.org/TR/2001/REC-xml-c14n-20010315"/>
        </Transforms>
        <DigestMethod Algorithm="http://www.w3.org/2001/04/xmlenc#sha256"/>
        <DigestValue>Zcxg4LQFPVZerdbvsRJHXhEK+IX1f3K08fgQsXDr+zc=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8"/>
          </Transform>
          <Transform Algorithm="http://www.w3.org/TR/2001/REC-xml-c14n-20010315"/>
        </Transforms>
        <DigestMethod Algorithm="http://www.w3.org/2001/04/xmlenc#sha256"/>
        <DigestValue>Zcxg4LQFPVZerdbvsRJHXhEK+IX1f3K08fgQsXDr+zc=</DigestValue>
      </Reference>
      <Reference URI="/word/document.xml?ContentType=application/vnd.openxmlformats-officedocument.wordprocessingml.document.main+xml">
        <DigestMethod Algorithm="http://www.w3.org/2001/04/xmlenc#sha256"/>
        <DigestValue>z5IkBRCe8oQAxOrJzBoJQdXEr7wRFgZjKvL8ZVjfsBg=</DigestValue>
      </Reference>
      <Reference URI="/word/endnotes.xml?ContentType=application/vnd.openxmlformats-officedocument.wordprocessingml.endnotes+xml">
        <DigestMethod Algorithm="http://www.w3.org/2001/04/xmlenc#sha256"/>
        <DigestValue>DvN4ts+hlMfsUmGztxQF1TWkIRLX8jF9O150CNES9rM=</DigestValue>
      </Reference>
      <Reference URI="/word/fontTable.xml?ContentType=application/vnd.openxmlformats-officedocument.wordprocessingml.fontTable+xml">
        <DigestMethod Algorithm="http://www.w3.org/2001/04/xmlenc#sha256"/>
        <DigestValue>b0kQT0LF4k9+Q2EoRy77BCibFRGE3Gg2KsjNzNBybDY=</DigestValue>
      </Reference>
      <Reference URI="/word/footer1.xml?ContentType=application/vnd.openxmlformats-officedocument.wordprocessingml.footer+xml">
        <DigestMethod Algorithm="http://www.w3.org/2001/04/xmlenc#sha256"/>
        <DigestValue>+4tX3+zSR0X2yRgQGy9lUuWxTm7lPXzUEERnExp5SIw=</DigestValue>
      </Reference>
      <Reference URI="/word/footer2.xml?ContentType=application/vnd.openxmlformats-officedocument.wordprocessingml.footer+xml">
        <DigestMethod Algorithm="http://www.w3.org/2001/04/xmlenc#sha256"/>
        <DigestValue>m2bdiAZYdw4Y714N3KcbI/ByPYy2vgunJvhWRlj6PB8=</DigestValue>
      </Reference>
      <Reference URI="/word/footer3.xml?ContentType=application/vnd.openxmlformats-officedocument.wordprocessingml.footer+xml">
        <DigestMethod Algorithm="http://www.w3.org/2001/04/xmlenc#sha256"/>
        <DigestValue>hTd1aW2TnFOe3nAqQmpzfGeHmakebJ2GRcwYiqmbO7M=</DigestValue>
      </Reference>
      <Reference URI="/word/footnotes.xml?ContentType=application/vnd.openxmlformats-officedocument.wordprocessingml.footnotes+xml">
        <DigestMethod Algorithm="http://www.w3.org/2001/04/xmlenc#sha256"/>
        <DigestValue>lvv1JqVxJVwyCzfc6aiL+39DjeMG+2feAjUzEaMjOj0=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pBGFimNv9JL5mUyrDmh6lacwlj49FSUkH56NA8HxgO8=</DigestValue>
      </Reference>
      <Reference URI="/word/glossary/fontTable.xml?ContentType=application/vnd.openxmlformats-officedocument.wordprocessingml.fontTable+xml">
        <DigestMethod Algorithm="http://www.w3.org/2001/04/xmlenc#sha256"/>
        <DigestValue>b0kQT0LF4k9+Q2EoRy77BCibFRGE3Gg2KsjNzNBybDY=</DigestValue>
      </Reference>
      <Reference URI="/word/glossary/settings.xml?ContentType=application/vnd.openxmlformats-officedocument.wordprocessingml.settings+xml">
        <DigestMethod Algorithm="http://www.w3.org/2001/04/xmlenc#sha256"/>
        <DigestValue>1bT3J0gQ5gvvzxHdC/9iJM2FvLWMvzn6T0VGCEDmpKM=</DigestValue>
      </Reference>
      <Reference URI="/word/glossary/styles.xml?ContentType=application/vnd.openxmlformats-officedocument.wordprocessingml.styles+xml">
        <DigestMethod Algorithm="http://www.w3.org/2001/04/xmlenc#sha256"/>
        <DigestValue>BmL6wGfPW8VisyGj7VXOwTNHdJouyeANqouOVvS6unc=</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uGtzBatC4yKxOVFEKDAWOqySqiZiBQT06LJlb+Ga/2s=</DigestValue>
      </Reference>
      <Reference URI="/word/header2.xml?ContentType=application/vnd.openxmlformats-officedocument.wordprocessingml.header+xml">
        <DigestMethod Algorithm="http://www.w3.org/2001/04/xmlenc#sha256"/>
        <DigestValue>Es1NNz304MsOAqkJYUKUeLc3tYoURAZKtnkpYcBcruo=</DigestValue>
      </Reference>
      <Reference URI="/word/media/image1.png?ContentType=image/png">
        <DigestMethod Algorithm="http://www.w3.org/2001/04/xmlenc#sha256"/>
        <DigestValue>/2igGQRmXCxo7zLqzYJUwTD6vK8odIIArIh2sEbYrXA=</DigestValue>
      </Reference>
      <Reference URI="/word/media/image10.png?ContentType=image/png">
        <DigestMethod Algorithm="http://www.w3.org/2001/04/xmlenc#sha256"/>
        <DigestValue>495WZhwMyrwvuQFG8wzM3XUTDr4a2YVsuCmE1XKhiEg=</DigestValue>
      </Reference>
      <Reference URI="/word/media/image11.svg?ContentType=image/svg+xml">
        <DigestMethod Algorithm="http://www.w3.org/2001/04/xmlenc#sha256"/>
        <DigestValue>4VL/NnwEYPP9KW1/9KZpJf02eLZ5xzOjbGkX3G276TY=</DigestValue>
      </Reference>
      <Reference URI="/word/media/image12.png?ContentType=image/png">
        <DigestMethod Algorithm="http://www.w3.org/2001/04/xmlenc#sha256"/>
        <DigestValue>GM6f759CpweftE3moQxYxSjnBlU9o8xRHyJT1vbCLJI=</DigestValue>
      </Reference>
      <Reference URI="/word/media/image13.svg?ContentType=image/svg+xml">
        <DigestMethod Algorithm="http://www.w3.org/2001/04/xmlenc#sha256"/>
        <DigestValue>RGy52InbrXCWWKeagu4O2LLaSdGXGD3zKqGGArdssdA=</DigestValue>
      </Reference>
      <Reference URI="/word/media/image14.png?ContentType=image/png">
        <DigestMethod Algorithm="http://www.w3.org/2001/04/xmlenc#sha256"/>
        <DigestValue>4MEvG/Z8Z5q/eTLC1X1uYt3UoV7KckqgoLqfFur13MA=</DigestValue>
      </Reference>
      <Reference URI="/word/media/image2.jpeg?ContentType=image/jpeg">
        <DigestMethod Algorithm="http://www.w3.org/2001/04/xmlenc#sha256"/>
        <DigestValue>H3TOxbLaqZpg2R/iWSxfq9YRR+MdonK45F2FnTLyQ+E=</DigestValue>
      </Reference>
      <Reference URI="/word/media/image3.jpg?ContentType=image/jpeg">
        <DigestMethod Algorithm="http://www.w3.org/2001/04/xmlenc#sha256"/>
        <DigestValue>JKYR50LBxthZpfO34vA8b5uN61bNyXocSwT0x1FaI8o=</DigestValue>
      </Reference>
      <Reference URI="/word/media/image4.jpg?ContentType=image/jpeg">
        <DigestMethod Algorithm="http://www.w3.org/2001/04/xmlenc#sha256"/>
        <DigestValue>I+uzhnDC+O6IvtRPuA1gXMmmiz311mYVPyfPreMwBno=</DigestValue>
      </Reference>
      <Reference URI="/word/media/image5.jpg?ContentType=image/jpeg">
        <DigestMethod Algorithm="http://www.w3.org/2001/04/xmlenc#sha256"/>
        <DigestValue>8S9mfI7vYs5anltbKu+iU7LC6cqBhIHXY+Em32EXABs=</DigestValue>
      </Reference>
      <Reference URI="/word/media/image6.jpeg?ContentType=image/jpeg">
        <DigestMethod Algorithm="http://www.w3.org/2001/04/xmlenc#sha256"/>
        <DigestValue>H3TOxbLaqZpg2R/iWSxfq9YRR+MdonK45F2FnTLyQ+E=</DigestValue>
      </Reference>
      <Reference URI="/word/media/image6.png?ContentType=image/png">
        <DigestMethod Algorithm="http://www.w3.org/2001/04/xmlenc#sha256"/>
        <DigestValue>1YHlgAMbSxWsQouhi5PJvbgX6S9YSlIQDNsbh59O8mk=</DigestValue>
      </Reference>
      <Reference URI="/word/media/image7.jpeg?ContentType=image/jpeg">
        <DigestMethod Algorithm="http://www.w3.org/2001/04/xmlenc#sha256"/>
        <DigestValue>JKYR50LBxthZpfO34vA8b5uN61bNyXocSwT0x1FaI8o=</DigestValue>
      </Reference>
      <Reference URI="/word/media/image7.svg?ContentType=image/svg+xml">
        <DigestMethod Algorithm="http://www.w3.org/2001/04/xmlenc#sha256"/>
        <DigestValue>fA5/xp7lMj9ohuM9HiwSbBnSXnONnXKg/Nce1yValq0=</DigestValue>
      </Reference>
      <Reference URI="/word/media/image8.jpeg?ContentType=image/jpeg">
        <DigestMethod Algorithm="http://www.w3.org/2001/04/xmlenc#sha256"/>
        <DigestValue>I+uzhnDC+O6IvtRPuA1gXMmmiz311mYVPyfPreMwBno=</DigestValue>
      </Reference>
      <Reference URI="/word/media/image8.png?ContentType=image/png">
        <DigestMethod Algorithm="http://www.w3.org/2001/04/xmlenc#sha256"/>
        <DigestValue>i7Ogckxf+Q6ue49YrZNoa/2QgPJFfd1IGrP88/SKjx8=</DigestValue>
      </Reference>
      <Reference URI="/word/media/image9.jpeg?ContentType=image/jpeg">
        <DigestMethod Algorithm="http://www.w3.org/2001/04/xmlenc#sha256"/>
        <DigestValue>8S9mfI7vYs5anltbKu+iU7LC6cqBhIHXY+Em32EXABs=</DigestValue>
      </Reference>
      <Reference URI="/word/media/image9.svg?ContentType=image/svg+xml">
        <DigestMethod Algorithm="http://www.w3.org/2001/04/xmlenc#sha256"/>
        <DigestValue>3DPSAUOlM0cW5Or2JSH9Th8Kc3s5ZpH8RMY2KADFWoo=</DigestValue>
      </Reference>
      <Reference URI="/word/numbering.xml?ContentType=application/vnd.openxmlformats-officedocument.wordprocessingml.numbering+xml">
        <DigestMethod Algorithm="http://www.w3.org/2001/04/xmlenc#sha256"/>
        <DigestValue>9nTITvFr+VjjzGbQ7LFTR7xJ2Q/YRHRW5YYtrZDr/TE=</DigestValue>
      </Reference>
      <Reference URI="/word/settings.xml?ContentType=application/vnd.openxmlformats-officedocument.wordprocessingml.settings+xml">
        <DigestMethod Algorithm="http://www.w3.org/2001/04/xmlenc#sha256"/>
        <DigestValue>iTd2tBF6/OYpmplA4zXfzglAyxbUqR5so95P8C/5cdo=</DigestValue>
      </Reference>
      <Reference URI="/word/styles.xml?ContentType=application/vnd.openxmlformats-officedocument.wordprocessingml.styles+xml">
        <DigestMethod Algorithm="http://www.w3.org/2001/04/xmlenc#sha256"/>
        <DigestValue>dht3rZld4FYHzkd7wMy6pNCPzYOiZcEUDMF94KNxGvA=</DigestValue>
      </Reference>
      <Reference URI="/word/theme/theme1.xml?ContentType=application/vnd.openxmlformats-officedocument.theme+xml">
        <DigestMethod Algorithm="http://www.w3.org/2001/04/xmlenc#sha256"/>
        <DigestValue>qU3uxoX5aqe0QNlFV0I0IBZeEghaHEvniet64B41Jlk=</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2026-06-19T20:05:48Z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1</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2026-06-19T20:05:48Z</xd:SigningTime>
          <xd:SigningCertificate>
            <xd:Cert>
              <xd:CertDigest>
                <DigestMethod Algorithm="http://www.w3.org/2001/04/xmlenc#sha256"/>
                <DigestValue>mT1HWBT1T7FaSABb7JLUSJJKNS6Rvx65j1diRr1OmHI=</DigestValue>
              </xd:CertDigest>
              <xd:IssuerSerial>
                <X509IssuerName>CN=CA SINPE - PERSONA FISICA v2, OU=DIVISION SISTEMAS DE PAGO, O=BANCO CENTRAL DE COSTA RICA, C=CR, SERIALNUMBER=CPJ-4-000-004017</X509IssuerName>
                <X509SerialNumber>446020147032350198942113799177566441746425968</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Aprobó este documento</xd:Description>
            </xd:CommitmentTypeId>
            <xd:AllSignedDataObjects/>
          </xd:CommitmentTypeIndication>
        </xd:SignedDataObject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ZcMPFJ1xGxxV4yD60wXAtTxILPt8trpAsOcz28xThR8CBC7ticIYDzIwMjYwNjE5MjAwNTU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clsTMrjIWHDp8GmurFguPQbxFwVF92a4ZJuyE6TNG84=</DigestValue>
                </xd:DigestAlgAndValue>
                <xd:CRLIdentifier>
                  <xd:Issuer>CN=CA SINPE - PERSONA FISICA v2, OU=DIVISION SISTEMAS DE PAGO, O=BANCO CENTRAL DE COSTA RICA, C=CR, SERIALNUMBER=CPJ-4-000-004017</xd:Issuer>
                  <xd:IssueTime>2026-06-19T11:45:00Z</xd:IssueTime>
                </xd:CRLIdentifier>
              </xd:CRLRef>
              <xd:CRLRef>
                <xd:DigestAlgAndValue>
                  <DigestMethod Algorithm="http://www.w3.org/2001/04/xmlenc#sha256"/>
                  <DigestValue>XI0reETX40JHFn6IAtiLZ1N4wZ4vpmy1UAPNNFof0BE=</DigestValue>
                </xd:DigestAlgAndValue>
                <xd:CRLIdentifier>
                  <xd:Issuer>CN=CA SINPE - PERSONA FISICA v2, OU=DIVISION SISTEMAS DE PAGO, O=BANCO CENTRAL DE COSTA RICA, C=CR, SERIALNUMBER=CPJ-4-000-004017</xd:Issuer>
                  <xd:IssueTime>2026-06-19T11:45:00Z</xd:IssueTime>
                </xd:CRLIdentifier>
              </xd:CRLRef>
              <xd:CRLRef>
                <xd:DigestAlgAndValue>
                  <DigestMethod Algorithm="http://www.w3.org/2001/04/xmlenc#sha256"/>
                  <DigestValue>YA/HoZn4Eq8lAcMlTXUazbonXAFOlnXV9nRewS8SIzM=</DigestValue>
                </xd:DigestAlgAndValue>
                <xd:CRLIdentifier>
                  <xd:Issuer>CN=CA POLITICA PERSONA FISICA - COSTA RICA v2, OU=DCFD, O=MICITT, C=CR, SERIALNUMBER=CPJ-2-100-098311</xd:Issuer>
                  <xd:IssueTime>2026-05-15T15:09:53Z</xd:IssueTime>
                </xd:CRLIdentifier>
              </xd:CRLRef>
              <xd:CRLRef>
                <xd:DigestAlgAndValue>
                  <DigestMethod Algorithm="http://www.w3.org/2001/04/xmlenc#sha256"/>
                  <DigestValue>2Xq9MvwWWfNMB/lONSxhbrFi+tkU+63+UCKHM1hooXk=</DigestValue>
                </xd:DigestAlgAndValue>
                <xd:CRLIdentifier>
                  <xd:Issuer>CN=CA RAIZ NACIONAL - COSTA RICA v2, C=CR, O=MICITT, OU=DCFD, SERIALNUMBER=CPJ-2-100-098311</xd:Issuer>
                  <xd:IssueTime>2026-03-20T18:09:42Z</xd:IssueTime>
                </xd:CRLIdentifier>
              </xd:CRLRef>
            </xd:CRLRefs>
          </xd:CompleteRevocationRefs>
          <xd:RevocationValues>
            <xd:CRLValues>
              <xd:EncapsulatedCRLValue>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</xd:EncapsulatedCRLValue>
              <xd:EncapsulatedCRLValue>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</xd:EncapsulatedCRLValue>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jJyINeVvvPtq4dqWK6/36oLwkxarFBEj6+MrdLS2kMICBC7ticcYDzIwMjYwNjE5MjAwNTU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</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LIau+VdTC5rB9uDPkcOCFe4/Ms+Ax2pIkQz4WKuOB/w=</DigestValue>
    </Reference>
    <Reference Type="http://www.w3.org/2000/09/xmldsig#Object" URI="#idOfficeObject">
      <DigestMethod Algorithm="http://www.w3.org/2001/04/xmlenc#sha256"/>
      <DigestValue>aAQqf4Ij/3orSPM/UbMFb1a9LzyqP4GAg3IbItfx1VQ=</DigestValue>
    </Reference>
    <Reference Type="http://uri.etsi.org/01903#SignedProperties" URI="#idSignedProperties">
      <Transforms>
        <Transform Algorithm="http://www.w3.org/TR/2001/REC-xml-c14n-20010315"/>
      </Transforms>
      <DigestMethod Algorithm="http://www.w3.org/2001/04/xmlenc#sha256"/>
      <DigestValue>IeTyqhKTuZxloDh11Uxuv3iUzmalT/9a7fRjppxjilw=</DigestValue>
    </Reference>
  </SignedInfo>
  <SignatureValue>YdkEQ0Q7ArAzu751hiCcx9hwRmiOuTZ0oqcQ1/anXCDLAd2dJbNrtdW2Vr7wlNHtzdP9yP/UCypR
LwM6AE8bzUqsnG4Zl/KJOEWVViilmmKoNKcEP8c44uZ+fbCMl3Z7EZPisoa2kyV5e+dWPZ9MgsPW
dqeBUSVS/Q/wmqCJNEfC5rtj8BQM/MKwspKOaoQoruzx0hJT0TkWSFJvf2QF1rScd2xEjWt3zzKr
ouyzCmbMbK8O2icuKTcgjLCFFKpQqoHqOPXzY32IHwbknyy7H3xQgcGCcCbfMcj1PfAWAZIfphTO
0jWdw3f93KAv0oncYjW+WshppoAuUVkS2vZW7Q==</SignatureValue>
  <KeyInfo>
    <X509Data>
      <X509Certificate>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DDVWLEPAh11I3+DQHt0yJUZgoU6Wqn6A1BF59yeq2BuS3806sk5dUFDNkrC9elx81ifdiy/+EOBp6eHVKbrZG/bC3ggAUFkAUDqHM2elAbcQrKOXoc9j7z585vFgGeDiCeT/c8vSFhDdc7U0bx0/qEatHQYGDqBbO3K7UewQwPFFqKEYnY9UdK1bANVieOBbk2+W7AFOrSpDUabqjQ6CPGbirdeZi7Y5lEBOKclDPPSCulo7JVJgGLXl76zxd12wQax4Dgp6F/M1Ei9Z6Jr3MfyIIRKFmt2n2c5rTlanLKoJLub5eu6DtcxMKFmQ2tsvMk0wVFG5fP0SZbeRxbUDh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dry+ISeeZTib1Ye00ey6Qvq0nhs3XOtMQL8UOWilsCs=</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IX+b9+mmBrCz9HOwJw6jQ3iCroRo+aP5TJeY3/4hpOs=</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1/04/xmlenc#sha256"/>
        <DigestValue>IX+b9+mmBrCz9HOwJw6jQ3iCroRo+aP5TJeY3/4hpOs=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1/04/xmlenc#sha256"/>
        <DigestValue>Zcxg4LQFPVZerdbvsRJHXhEK+IX1f3K08fgQsXDr+zc=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Transform>
          <Transform Algorithm="http://www.w3.org/TR/2001/REC-xml-c14n-20010315"/>
        </Transforms>
        <DigestMethod Algorithm="http://www.w3.org/2001/04/xmlenc#sha256"/>
        <DigestValue>Zcxg4LQFPVZerdbvsRJHXhEK+IX1f3K08fgQsXDr+zc=</DigestValue>
      </Reference>
      <Reference URI="/word/document.xml?ContentType=application/vnd.openxmlformats-officedocument.wordprocessingml.document.main+xml">
        <DigestMethod Algorithm="http://www.w3.org/2001/04/xmlenc#sha256"/>
        <DigestValue>z5IkBRCe8oQAxOrJzBoJQdXEr7wRFgZjKvL8ZVjfsBg=</DigestValue>
      </Reference>
      <Reference URI="/word/endnotes.xml?ContentType=application/vnd.openxmlformats-officedocument.wordprocessingml.endnotes+xml">
        <DigestMethod Algorithm="http://www.w3.org/2001/04/xmlenc#sha256"/>
        <DigestValue>DvN4ts+hlMfsUmGztxQF1TWkIRLX8jF9O150CNES9rM=</DigestValue>
      </Reference>
      <Reference URI="/word/fontTable.xml?ContentType=application/vnd.openxmlformats-officedocument.wordprocessingml.fontTable+xml">
        <DigestMethod Algorithm="http://www.w3.org/2001/04/xmlenc#sha256"/>
        <DigestValue>b0kQT0LF4k9+Q2EoRy77BCibFRGE3Gg2KsjNzNBybDY=</DigestValue>
      </Reference>
      <Reference URI="/word/footer1.xml?ContentType=application/vnd.openxmlformats-officedocument.wordprocessingml.footer+xml">
        <DigestMethod Algorithm="http://www.w3.org/2001/04/xmlenc#sha256"/>
        <DigestValue>+4tX3+zSR0X2yRgQGy9lUuWxTm7lPXzUEERnExp5SIw=</DigestValue>
      </Reference>
      <Reference URI="/word/footer2.xml?ContentType=application/vnd.openxmlformats-officedocument.wordprocessingml.footer+xml">
        <DigestMethod Algorithm="http://www.w3.org/2001/04/xmlenc#sha256"/>
        <DigestValue>m2bdiAZYdw4Y714N3KcbI/ByPYy2vgunJvhWRlj6PB8=</DigestValue>
      </Reference>
      <Reference URI="/word/footer3.xml?ContentType=application/vnd.openxmlformats-officedocument.wordprocessingml.footer+xml">
        <DigestMethod Algorithm="http://www.w3.org/2001/04/xmlenc#sha256"/>
        <DigestValue>hTd1aW2TnFOe3nAqQmpzfGeHmakebJ2GRcwYiqmbO7M=</DigestValue>
      </Reference>
      <Reference URI="/word/footnotes.xml?ContentType=application/vnd.openxmlformats-officedocument.wordprocessingml.footnotes+xml">
        <DigestMethod Algorithm="http://www.w3.org/2001/04/xmlenc#sha256"/>
        <DigestValue>lvv1JqVxJVwyCzfc6aiL+39DjeMG+2feAjUzEaMjOj0=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pBGFimNv9JL5mUyrDmh6lacwlj49FSUkH56NA8HxgO8=</DigestValue>
      </Reference>
      <Reference URI="/word/glossary/fontTable.xml?ContentType=application/vnd.openxmlformats-officedocument.wordprocessingml.fontTable+xml">
        <DigestMethod Algorithm="http://www.w3.org/2001/04/xmlenc#sha256"/>
        <DigestValue>b0kQT0LF4k9+Q2EoRy77BCibFRGE3Gg2KsjNzNBybDY=</DigestValue>
      </Reference>
      <Reference URI="/word/glossary/settings.xml?ContentType=application/vnd.openxmlformats-officedocument.wordprocessingml.settings+xml">
        <DigestMethod Algorithm="http://www.w3.org/2001/04/xmlenc#sha256"/>
        <DigestValue>1bT3J0gQ5gvvzxHdC/9iJM2FvLWMvzn6T0VGCEDmpKM=</DigestValue>
      </Reference>
      <Reference URI="/word/glossary/styles.xml?ContentType=application/vnd.openxmlformats-officedocument.wordprocessingml.styles+xml">
        <DigestMethod Algorithm="http://www.w3.org/2001/04/xmlenc#sha256"/>
        <DigestValue>BmL6wGfPW8VisyGj7VXOwTNHdJouyeANqouOVvS6unc=</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uGtzBatC4yKxOVFEKDAWOqySqiZiBQT06LJlb+Ga/2s=</DigestValue>
      </Reference>
      <Reference URI="/word/header2.xml?ContentType=application/vnd.openxmlformats-officedocument.wordprocessingml.header+xml">
        <DigestMethod Algorithm="http://www.w3.org/2001/04/xmlenc#sha256"/>
        <DigestValue>Es1NNz304MsOAqkJYUKUeLc3tYoURAZKtnkpYcBcruo=</DigestValue>
      </Reference>
      <Reference URI="/word/media/image1.png?ContentType=image/png">
        <DigestMethod Algorithm="http://www.w3.org/2001/04/xmlenc#sha256"/>
        <DigestValue>/2igGQRmXCxo7zLqzYJUwTD6vK8odIIArIh2sEbYrXA=</DigestValue>
      </Reference>
      <Reference URI="/word/media/image10.png?ContentType=image/png">
        <DigestMethod Algorithm="http://www.w3.org/2001/04/xmlenc#sha256"/>
        <DigestValue>495WZhwMyrwvuQFG8wzM3XUTDr4a2YVsuCmE1XKhiEg=</DigestValue>
      </Reference>
      <Reference URI="/word/media/image11.svg?ContentType=image/svg+xml">
        <DigestMethod Algorithm="http://www.w3.org/2001/04/xmlenc#sha256"/>
        <DigestValue>4VL/NnwEYPP9KW1/9KZpJf02eLZ5xzOjbGkX3G276TY=</DigestValue>
      </Reference>
      <Reference URI="/word/media/image12.png?ContentType=image/png">
        <DigestMethod Algorithm="http://www.w3.org/2001/04/xmlenc#sha256"/>
        <DigestValue>GM6f759CpweftE3moQxYxSjnBlU9o8xRHyJT1vbCLJI=</DigestValue>
      </Reference>
      <Reference URI="/word/media/image13.svg?ContentType=image/svg+xml">
        <DigestMethod Algorithm="http://www.w3.org/2001/04/xmlenc#sha256"/>
        <DigestValue>RGy52InbrXCWWKeagu4O2LLaSdGXGD3zKqGGArdssdA=</DigestValue>
      </Reference>
      <Reference URI="/word/media/image14.png?ContentType=image/png">
        <DigestMethod Algorithm="http://www.w3.org/2001/04/xmlenc#sha256"/>
        <DigestValue>4MEvG/Z8Z5q/eTLC1X1uYt3UoV7KckqgoLqfFur13MA=</DigestValue>
      </Reference>
      <Reference URI="/word/media/image2.jpeg?ContentType=image/jpeg">
        <DigestMethod Algorithm="http://www.w3.org/2001/04/xmlenc#sha256"/>
        <DigestValue>H3TOxbLaqZpg2R/iWSxfq9YRR+MdonK45F2FnTLyQ+E=</DigestValue>
      </Reference>
      <Reference URI="/word/media/image3.jpg?ContentType=image/jpeg">
        <DigestMethod Algorithm="http://www.w3.org/2001/04/xmlenc#sha256"/>
        <DigestValue>JKYR50LBxthZpfO34vA8b5uN61bNyXocSwT0x1FaI8o=</DigestValue>
      </Reference>
      <Reference URI="/word/media/image4.jpg?ContentType=image/jpeg">
        <DigestMethod Algorithm="http://www.w3.org/2001/04/xmlenc#sha256"/>
        <DigestValue>I+uzhnDC+O6IvtRPuA1gXMmmiz311mYVPyfPreMwBno=</DigestValue>
      </Reference>
      <Reference URI="/word/media/image5.jpg?ContentType=image/jpeg">
        <DigestMethod Algorithm="http://www.w3.org/2001/04/xmlenc#sha256"/>
        <DigestValue>8S9mfI7vYs5anltbKu+iU7LC6cqBhIHXY+Em32EXABs=</DigestValue>
      </Reference>
      <Reference URI="/word/media/image6.jpeg?ContentType=image/jpeg">
        <DigestMethod Algorithm="http://www.w3.org/2001/04/xmlenc#sha256"/>
        <DigestValue>H3TOxbLaqZpg2R/iWSxfq9YRR+MdonK45F2FnTLyQ+E=</DigestValue>
      </Reference>
      <Reference URI="/word/media/image6.png?ContentType=image/png">
        <DigestMethod Algorithm="http://www.w3.org/2001/04/xmlenc#sha256"/>
        <DigestValue>1YHlgAMbSxWsQouhi5PJvbgX6S9YSlIQDNsbh59O8mk=</DigestValue>
      </Reference>
      <Reference URI="/word/media/image7.jpeg?ContentType=image/jpeg">
        <DigestMethod Algorithm="http://www.w3.org/2001/04/xmlenc#sha256"/>
        <DigestValue>JKYR50LBxthZpfO34vA8b5uN61bNyXocSwT0x1FaI8o=</DigestValue>
      </Reference>
      <Reference URI="/word/media/image7.svg?ContentType=image/svg+xml">
        <DigestMethod Algorithm="http://www.w3.org/2001/04/xmlenc#sha256"/>
        <DigestValue>fA5/xp7lMj9ohuM9HiwSbBnSXnONnXKg/Nce1yValq0=</DigestValue>
      </Reference>
      <Reference URI="/word/media/image8.jpeg?ContentType=image/jpeg">
        <DigestMethod Algorithm="http://www.w3.org/2001/04/xmlenc#sha256"/>
        <DigestValue>I+uzhnDC+O6IvtRPuA1gXMmmiz311mYVPyfPreMwBno=</DigestValue>
      </Reference>
      <Reference URI="/word/media/image8.png?ContentType=image/png">
        <DigestMethod Algorithm="http://www.w3.org/2001/04/xmlenc#sha256"/>
        <DigestValue>i7Ogckxf+Q6ue49YrZNoa/2QgPJFfd1IGrP88/SKjx8=</DigestValue>
      </Reference>
      <Reference URI="/word/media/image9.jpeg?ContentType=image/jpeg">
        <DigestMethod Algorithm="http://www.w3.org/2001/04/xmlenc#sha256"/>
        <DigestValue>8S9mfI7vYs5anltbKu+iU7LC6cqBhIHXY+Em32EXABs=</DigestValue>
      </Reference>
      <Reference URI="/word/media/image9.svg?ContentType=image/svg+xml">
        <DigestMethod Algorithm="http://www.w3.org/2001/04/xmlenc#sha256"/>
        <DigestValue>3DPSAUOlM0cW5Or2JSH9Th8Kc3s5ZpH8RMY2KADFWoo=</DigestValue>
      </Reference>
      <Reference URI="/word/numbering.xml?ContentType=application/vnd.openxmlformats-officedocument.wordprocessingml.numbering+xml">
        <DigestMethod Algorithm="http://www.w3.org/2001/04/xmlenc#sha256"/>
        <DigestValue>9nTITvFr+VjjzGbQ7LFTR7xJ2Q/YRHRW5YYtrZDr/TE=</DigestValue>
      </Reference>
      <Reference URI="/word/settings.xml?ContentType=application/vnd.openxmlformats-officedocument.wordprocessingml.settings+xml">
        <DigestMethod Algorithm="http://www.w3.org/2001/04/xmlenc#sha256"/>
        <DigestValue>iTd2tBF6/OYpmplA4zXfzglAyxbUqR5so95P8C/5cdo=</DigestValue>
      </Reference>
      <Reference URI="/word/styles.xml?ContentType=application/vnd.openxmlformats-officedocument.wordprocessingml.styles+xml">
        <DigestMethod Algorithm="http://www.w3.org/2001/04/xmlenc#sha256"/>
        <DigestValue>dht3rZld4FYHzkd7wMy6pNCPzYOiZcEUDMF94KNxGvA=</DigestValue>
      </Reference>
      <Reference URI="/word/theme/theme1.xml?ContentType=application/vnd.openxmlformats-officedocument.theme+xml">
        <DigestMethod Algorithm="http://www.w3.org/2001/04/xmlenc#sha256"/>
        <DigestValue>qU3uxoX5aqe0QNlFV0I0IBZeEghaHEvniet64B41Jlk=</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2026-06-19T22:20:49Z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2026-06-19T22:20:49Z</xd:SigningTime>
          <xd:SigningCertificate>
            <xd:Cert>
              <xd:CertDigest>
                <DigestMethod Algorithm="http://www.w3.org/2001/04/xmlenc#sha256"/>
                <DigestValue>6268VvCRk7QJ/DBaorUInQRojX2FVAPAYgiBihUXkYs=</DigestValue>
              </xd:CertDigest>
              <xd:IssuerSerial>
                <X509IssuerName>CN=CA SINPE - PERSONA FISICA v2, OU=DIVISION SISTEMAS DE PAGO, O=BANCO CENTRAL DE COSTA RICA, C=CR, SERIALNUMBER=CPJ-4-000-004017</X509IssuerName>
                <X509SerialNumber>446024395945439866693961775262676343559283959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ULofG6kf2N/e4DXvM71n6o4n0zavl0Lk+hnUktA8qGoCBC7vvQsYDzIwMjYwNjE5MjIyMDU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LJgpaJAFfovh90ZjJ65tYmV+oIFXYjLw3lGYbQGmhww=</DigestValue>
                </xd:DigestAlgAndValue>
                <xd:CRLIdentifier>
                  <xd:Issuer>CN=CA SINPE - PERSONA FISICA v2, OU=DIVISION SISTEMAS DE PAGO, O=BANCO CENTRAL DE COSTA RICA, C=CR, SERIALNUMBER=CPJ-4-000-004017</xd:Issuer>
                  <xd:IssueTime>2026-06-19T11:45:00Z</xd:IssueTime>
                </xd:CRLIdentifier>
              </xd:CRLRef>
              <xd:CRLRef>
                <xd:DigestAlgAndValue>
                  <DigestMethod Algorithm="http://www.w3.org/2001/04/xmlenc#sha256"/>
                  <DigestValue>9+mYOPb8yIbQjZnYoZA+vCL/CnogbuLO1GIbk6OeEPo=</DigestValue>
                </xd:DigestAlgAndValue>
                <xd:CRLIdentifier>
                  <xd:Issuer>CN=CA SINPE - PERSONA FISICA v2, OU=DIVISION SISTEMAS DE PAGO, O=BANCO CENTRAL DE COSTA RICA, C=CR, SERIALNUMBER=CPJ-4-000-004017</xd:Issuer>
                  <xd:IssueTime>2026-06-19T11:45:00Z</xd:IssueTime>
                </xd:CRLIdentifier>
              </xd:CRLRef>
              <xd:CRLRef>
                <xd:DigestAlgAndValue>
                  <DigestMethod Algorithm="http://www.w3.org/2001/04/xmlenc#sha256"/>
                  <DigestValue>YA/HoZn4Eq8lAcMlTXUazbonXAFOlnXV9nRewS8SIzM=</DigestValue>
                </xd:DigestAlgAndValue>
                <xd:CRLIdentifier>
                  <xd:Issuer>CN=CA POLITICA PERSONA FISICA - COSTA RICA v2, OU=DCFD, O=MICITT, C=CR, SERIALNUMBER=CPJ-2-100-098311</xd:Issuer>
                  <xd:IssueTime>2026-05-15T15:09:53Z</xd:IssueTime>
                </xd:CRLIdentifier>
              </xd:CRLRef>
              <xd:CRLRef>
                <xd:DigestAlgAndValue>
                  <DigestMethod Algorithm="http://www.w3.org/2001/04/xmlenc#sha256"/>
                  <DigestValue>2Xq9MvwWWfNMB/lONSxhbrFi+tkU+63+UCKHM1hooXk=</DigestValue>
                </xd:DigestAlgAndValue>
                <xd:CRLIdentifier>
                  <xd:Issuer>CN=CA RAIZ NACIONAL - COSTA RICA v2, C=CR, O=MICITT, OU=DCFD, SERIALNUMBER=CPJ-2-100-098311</xd:Issuer>
                  <xd:IssueTime>2026-03-20T18:09:42Z</xd:IssueTime>
                </xd:CRLIdentifier>
              </xd:CRLRef>
            </xd:CRLRefs>
          </xd:CompleteRevocationRefs>
          <xd:RevocationValues>
            <xd:CRLValues>
              <xd:EncapsulatedCRLValue>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wRhcNMjMwNjIwMjIyMjM2WjAMMAoGA1UdFQQDCgEBMDICExQAD7BFLU9kP1mc5TcAAgAPsEUXDTIzMDYyMDIyMjIzNlowDDAKBgNVHRUEAwoBATAyAhMUABAoIHkyLUbzINf3AAIAECggFw0yMzA2MjAyMDM5MDBaMAwwCgYDVR0VBAMKAQEwMgITFAAQKB+08B/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+29Mj9EtrAACABBeDhcNMjMwNjE5MjIwMjM3WjAMMAoGA1UdFQQDCgEBMDICExQAEF4Nlz2qMe8MVqoAAgAQXg0XDTIzMDYxOTIyMDIzN1owDDAKBgNVHRUEAwoBATAyAhMUABBI4uCOQDn4n/usAAIAEEjiFw0yMzA2MTkyMTI3NDJaMAwwCgYDVR0VBAMKAQEwMgITFAAQSOF2dKk+ZwRyxgACABBI4RcNMjMwNjE5MjEyNzQyWjAMMAoGA1UdFQQDCgEBMDICExQAEEXwHuZSvpKJPzAAAgAQRfAXDTIzMDYxOTE3Mjk0NFowDDAKBgNVHRUEAwoBATAyAhMUABBF75L64Ghb2JTJAAIAEEXvFw0yMzA2MTkxNzI5NDRaMAwwCgYDVR0VBAMKAQEwMgITFAAQ0IFAzJMQZMLDiwACABDQgRcNMjMwNjE5MTY0OTE0WjAMMAoGA1UdFQQDCgEBMDICExQAENCAOLsE1eW/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Xb6RsEFLmBYgJAAIAD5dvFw0yMzA2MTYxNTA1MThaMAwwCgYDVR0VBAMKAQEwMgITFAAPl255ZNMgH8IH6gACAA+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pMj2A+2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kAAIAEPCKFw0yMzA3MjIxNTIwMTRaMAwwCgYDVR0VBAMKAQEwMgITFAAQ8Ins+x/o2ajeJgACABDwiRcNMjMwNzIyMTUyMDE0WjAMMAoGA1UdFQQDCgEBMDICExQAD+kj8gBZPoBAq2EAAgAP6SMXDTIzMDcyMDE0NDAyMVowDDAKBgNVHRUEAwoBATAyAhMUAA/pIn3Ry+oMs8uSAAIAD+kiFw0yMzA3MjAxNDQwMjBaMAwwCgYDVR0VBAMKAQEwMgITFAAQU2pVD1vSdwouugACABBTahcNMjMwNzE5MjA0ODEyWjAMMAoGA1UdFQQDCgEBMDICExQAEFNp+WTkwUNChwoAAgAQU2kXDTIzMDcxOTIwNDgxMlowDDAKBgNVHRUEAwoBATAyAhMUABEqakjRflFAeiqaAAIAESpqFw0yMzA3MTkyMDQ0NDdaMAwwCgYDVR0VBAMKAQEwMgITFAARKmm0Y9/aby+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mgv8wAACABBc2xcNMjMwNzE5MTQzNjMxWjAMMAoGA1UdFQQDCgEBMDICExQAD632vXBdP9Aj3/sAAgAPrfYXDTIzMDcxOTA0MDI0MFowDDAKBgNVHRUEAwoBATAyAhMUAA+t9UgReMUIz3ILAAIAD631Fw0yMzA3MTkwNDAyNDBaMAwwCgYDVR0VBAMKAQEwMgITFAAQcUOgXiUsqGJlZAACABBxQxcNMjMwNzE4MjE1MzQzWjAMMAoGA1UdFQQDCgEBMDICExQAEHFCW59F+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wACABCSfRcNMjMwNzE3MTY1ODUyWjAMMAoGA1UdFQQDCgEBMDICExQAEJJ8QAx9Wg/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+6shcNMjMwNzE1MDM0MzQ5WjAMMAoGA1UdFQQDCgEBMDICExQAD7qx5+4u+QuS5/gAAgAPurEXDTIzMDcxNTAzNDM0OVowDDAKBgNVHRUEAwoBATAyAhMUAA+yPpjPDZ4ZooYkAAIAD7I+Fw0yMzA3MTQxNjMwMDZaMAwwCgYDVR0VBAMKAQEwMgITFAAPsj0U+0Z+78etgwACAA+yPRcNMjMwNzE0MTYzMDA2WjAMMAoGA1UdFQQDCgEBMDICExQAERdouI+LUQvKxXkAAgARF2gXDTIzMDcxNDA2MTAwOVowDDAKBgNVHRUEAwoBATAyAhMUABEXZwHe6WTpQxABAAIAERdnFw0yMzA3MTQwNjEwMDhaMAwwCgYDVR0VBAMKAQEwMgITFAAQbfVntQ5wG4yscgACABBt9RcNMjMwNzEzMjMwNzMyWjAMMAoGA1UdFQQDCgEBMDICExQAEG30wtS1k0e+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gX+W1zg38aVn3AAIAD6BfFw0yMzA4MjUyMjE1MDFaMAwwCgYDVR0VBAMKAQEwMgITFAARSXYTb4Ce/CSHZAACABFJdhcNMjMwODI1MjAyODQyWjAMMAoGA1UdFQQDCgEBMDICExQAEUl11ZIAs1l1FqUAAgARSXUXDTIzMDgyNTIwMjg0MlowDDAKBgNVHRUEAwoBATAyAhMUAA+rkCqYKU2wgPMnAAIAD6uQFw0yMzA4MjUxNTUyMTFaMAwwCgYDVR0VBAMKAQEwMgITFAAPq4/Mqe3iDcK5LAACAA+rjxcNMjMwODI1MTU1MjExWjAMMAoGA1UdFQQDCgEBMDICExQAEDZQOdi6/ormZIkAAgAQNlAXDTIzMDgyNTE0MDYwOFowDDAKBgNVHRUEAwoBATAyAhMUABA2TxoLRwNXfG0nAAIAEDZPFw0yMzA4MjUxNDA2MDdaMAwwCgYDVR0VBAMKAQEwMgITFAAQc3ODD0g+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nP6hRiyxXKEbgAAIAD6c/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+6J3qPhAAIAEXFbFw0yMzA4MjExNjIwMzZaMAwwCgYDVR0VBAMKAQEwMgITFAAP9H8kyp4nEMNRzAACAA/0fxcNMjMwODE5MjI1NjU4WjAMMAoGA1UdFQQDCgEBMDICExQAD/R+yLii0JH77NEAAgAP9H4XDTIzMDgxOTIyNTY1N1owDDAKBgNVHRUEAwoBATAyAhMUABFvqMOXPtEwmgv+AAIAEW+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Wmp2tBx+XuAAIAETynFw0yMzA4MTgwNDAzMjlaMAwwCgYDVR0VBAMKAQEwMgITFAARPKbO6GKNGDh/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pTrPMsM5CTNC8AAIAD6lOFw0yMzA5MjgyMzQ2MDJaMAwwCgYDVR0VBAMKAQEwMgITFAAPqU07b8BwuyNSPAACAA+pTRcNMjMwOTI4MjM0NjAyWjAMMAoGA1UdFQQDCgEBMDICExQAEPUK+K27+ZbQtXAAAgAQ9QoXDTIzMDkyODIwMDUzMlowDDAKBgNVHRUEAwoBATAyAhMUABD1CT6TGnpwzjXeAAIAEPUJFw0yMzA5MjgyMDA1MzJaMAwwCgYDVR0VBAMKAQEwMgITFAAP9md9vHOFjlc0KAACAA/2ZxcNMjMwOTI4MTYxNzIxWjAMMAoGA1UdFQQDCgEBMDICExQAD/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7IAAgAQt1IXDTIzMTAzMTA0MDIxMFowDDAKBgNVHRUEAwoBATAyAhMUABGdxTH/6khgBElqAAIAEZ3FFw0yMzEwMzAxNTQ4MDdaMAwwCgYDVR0VBAMKAQEwMgITFAARncSwtRvlRC0SigACABGdxBcNMjMxMDMwMTU0ODA3WjAMMAoGA1UdFQQDCgEBMDICExQAEWVapEvSetnwgI8AAgARZVoXDTIzMTAzMDEzNDUyNlowDDAKBgNVHRUEAwoBATAyAhMUABFlWRnp8oSaeTayAAIAEWVZFw0yMzEwMzAxMzQ1MjVaMAwwCgYDVR0VBAMKAQEwMgITFAARp/c7YXQAHSiqRgACABGn9xcNMjMxMDI3MTkyNDI4WjAMMAoGA1UdFQQDCgEBMDICExQAEaf25VgpGg5JuSIAAgARp/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+1LSa4YQgstD1gACABH7UhcNMjMxMDI3MTEyOTMzWjAMMAoGA1UdFQQDCgEBMDICExQAEftRAHc/uv/N+FoAAgAR+1EXDTIzMTAyNzExMjkzMlowDDAKBgNVHRUEAwoBATAyAhMUABDo7Q14P7hMqcWSAAIAEOjtFw0yMzEwMjcwNDAyNTNaMAwwCgYDVR0VBAMKAQEwMgITFAAQ6OzRvrFPnoXaaQACABDo7BcNMjMxMDI3MDQwMjUzWjAMMAoGA1UdFQQDCgEBMDICExQAD94Zad88cdSK9YcAAgAP3hkXDTIzMTAyNjIwMDgyM1owDDAKBgNVHRUEAwoBATAyAhMUAA/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RAAIAETjMFw0yMzEwMjYxNTQzNTlaMAwwCgYDVR0VBAMKAQEwMgITFAAQb+Gq6ZGTkz+LiAACABBv4RcNMjMxMDI2MDQwMzEwWjAMMAoGA1UdFQQDCgEBMDICExQAEG/g7xpdsqaquDYAAgAQb+AXDTIzMTAyNjA0MDMxMFowDDAKBgNVHRUEAwoBATAyAhMUABBhYMDNxAQXWmakAAIAEGFgFw0yMzEwMjUxNTQzNDRaMAwwCgYDVR0VBAMKAQEwMgITFAAQYV/uYhNmoXL8qQACABBhXxcNMjMxMDI1MTU0MzQ0WjAMMAoGA1UdFQQDCgEBMDICExQAEiQZS4vX8wL7ItEAAgASJBkXDTIzMTAyNDE4MTcwM1owDDAKBgNVHRUEAwoBATAyAhMUABIkGCeX5yD1io+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0BzAAIAEh9MFw0yMzEwMjMxNjUwMTRaMAwwCgYDVR0VBAMKAQEwMgITFAAQKQhXGJZpVJ5/dwACABApCBcNMjMxMDIzMTQ1NjI2WjAMMAoGA1UdFQQDCgEBMDICExQAECkHgTTeWonqPOsAAgAQKQcXDTIzMTAyMzE0NTYyNlowDDAKBgNVHRUEAwoBATAyAhMUABHSzaqpZO3ncWm/AAIAEdLNFw0yMzEwMjIxNzEyMzBaMAwwCgYDVR0VBAMKAQEwMgITFAAR0swSF9ilF0xaWwACABHSzBcNMjMxMDIyMTcxMjMwWjAMMAoGA1UdFQQDCgEBMDICExQAESKyfYqKpMCJYdwAAgARIrIXDTIzMTAyMDE1NDIyM1owDDAKBgNVHRUEAwoBATAyAhMUABEisWimz9+qBI7iAAIAESKxFw0yMzEwMjAxNTQyMjNaMAwwCgYDVR0VBAMKAQEwMgITFAAPsEJ8+lZp45ui3QACAA+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L04tAAIAEd1BFw0yMzEyMTQwNDA0MjRaMAwwCgYDVR0VBAMKAQEwMgITFAAR3UCDE296rlYmrgACABHdQBcNMjMxMjE0MDQwNDI0WjAMMAoGA1UdFQQDCgEBMDICExQAD8y77OYh3sbMZgIAAgAPzLsXDTIzMTIxNDA0MDIwNVowDDAKBgNVHRUEAwoBATAyAhMUAA/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y828D7RdKy0AAgAQ6r8XDTIzMTIxMzE3MjcxM1owDDAKBgNVHRUEAwoBATAyAhMUABDqvuZFh+yfVJA4AAIAEOq+Fw0yMzEyMTMxNzI3MTNaMAwwCgYDVR0VBAMKAQEwMgITFAASX54jc+Vbz0bRTwACABJfnhcNMjMxMjEzMTUzOTIxWjAMMAoGA1UdFQQDCgEBMDICExQAEl+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S/fBxL7m8vjAZAAIAD9L9Fw0yNDAxMTExNDU2NDRaMAwwCgYDVR0VBAMKAQEwMgITFAAP0vyG7nNnud+kuAACAA/S/BcNMjQwMTExMTQ1NjQ0WjAMMAoGA1UdFQQDCgEBMDICExQAEB2rdqPvBG7lhEcAAgAQHasXDTI0MDExMDE4MTA1MFowDDAKBgNVHRUEAwoBATAyAhMUABAdqm1L+/0HHUvUAAIAEB2qFw0yNDAxMTAxODEwNTBaMAwwCgYDVR0VBAMKAQEwMgITFAAS3K89kOi40eKFjwACABLcrxcNMjQwMTEwMTYxODQ4WjAMMAoGA1UdFQQDCgEBMDICExQAEtyuChnojNW/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dob6rS1PgACABDY0BcNMjQwMTA5MDQwMzE0WjAMMAoGA1UdFQQDCgEBMDICExQAEHiJXW95l86/VXQAAgAQeIkXDTI0MDEwOTA0MDIxNlowDDAKBgNVHRUEAwoBATAyAhMUABB4iI5tMkZtNty8AAIAEHiIFw0yNDAxMDkwNDAyMTZaMAwwCgYDVR0VBAMKAQEwMgITFAAQZmBDXiyjS+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wofKS3sWP7xO2AAIAD/ChFw0yNDAyMjAxNTUzMzNaMAwwCgYDVR0VBAMKAQEwMgITFAAP8KAKP4RKgcfeugACAA/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oT4OQgCvP848AAIAEH6hFw0yNDAyMTkxOTA4NThaMAwwCgYDVR0VBAMKAQEwMgITFAAQfqBAc2+pw3wbaQACABB+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QGKAAIAEOdLFw0yNDAyMTcwNDAyMjVaMAwwCgYDVR0VBAMKAQEwMgITFAAQ50o/+6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d+M2xnJJpPfAAIAEIn9Fw0yNDAyMTUyMDM4MDRaMAwwCgYDVR0VBAMKAQEwMgITFAAQifzL0AFlYXaPuwACABCJ/BcNMjQwMjE1MjAzODA0WjAMMAoGA1UdFQQDCgEBMDICExQAELJdg4xyoNgFz+8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SVJbVovnEeUfXAAIAD9JUFw0yNDAzMTExODA5MjVaMAwwCgYDVR0VBAMKAQEwMgITFAAQjn9quhL1gBwbvgACABCOfxcNMjQwMzExMTY0NjA4WjAMMAoGA1UdFQQDCgEBMDICExQAEI5+2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RqZjDAAIAEMKWFw0yNDAzMDcxNTE0MjZaMAwwCgYDVR0VBAMKAQEwMgITFAAQwpUW5PqM2Cor7wACABDClRcNMjQwMzA3MTUxNDI2WjAMMAoGA1UdFQQDCgEBMDICExQAEVHvqLgRz827vq4AAgARUe8XDTI0MDMwNzE1MDM1M1owDDAKBgNVHRUEAwoBATAyAhMUABFR7m+SxKQDO2gSAAIAEVHuFw0yNDAzMDcxNTAzNTNaMAwwCgYDVR0VBAMKAQEwMgITFAATfGCB/m28hQ6UMQACABN8YBcNMjQwMzA3MDYxMDA3WjAMMAoGA1UdFQQDCgEBMDICExQAE3xf32nT+6J/w68AAgATfF8XDTI0MDMwNzA2MTAwN1owDDAKBgNVHRUEAwoBATAyAhMUABN7qoY+WnZgwlE+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zJpnzV9nAAIAErqKFw0yNDA0MDQwNDA1NTZaMAwwCgYDVR0VBAMKAQEwMgITFAASuolA9zMriS1sRAACABK6iRcNMjQwNDA0MDQwNTU2WjAMMAoGA1UdFQQDCgEBMDICExQAD7smt6tSgv0DGk8AAgAPuyYXDTI0MDQwNDA0MDUzM1owDDAKBgNVHRUEAwoBATAyAhMUAA+7JSui+0xp+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xFw0yNDA0MDMxNjQ3NTBaMAwwCgYDVR0VBAMKAQEwMgITFAAQj7DEn8Oylejz2AACABCPsBcNMjQwNDAzMTY0NzUwWjAMMAoGA1UdFQQDCgEBMDICExQAE7urCVtj+2UpM14AAgATu6sXDTI0MDQwMzE2Mzk1NFowDDAKBgNVHRUEAwoBATAyAhMUABO7quWnsnzaRdjSAAIAE7uqFw0yNDA0MDMxNjM5NTNaMAwwCgYDVR0VBAMKAQEwMgITFAATu126ByUE+kJ/KAACABO7XRcNMjQwNDAzMTYyMTQ3WjAMMAoGA1UdFQQDCgEBMDICExQAE7tcYrAqvrTuMSoAAgATu1wXDTI0MDQwMzE2MjE0N1owDDAKBgNVHRUEAwoBATAyAhMUABO6m+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vBBcNMjQwNDAyMjMxOTAwWjAMMAoGA1UdFQQDCgEBMDICExQAD68DbryDGhIYACwAAgAPrwMXDTI0MDQwMjIzMTkwMFowDDAKBgNVHRUEAwoBATAyAhMUABKwcD8s1VNNN1bmAAIAErBwFw0yNDA0MDIyMDU2MjNaMAwwCgYDVR0VBAMKAQEwMgITFAASsG+KDCZHRxB6LAACABKwbxcNMjQwNDAyMjA1NjIzWjAMMAoGA1UdFQQDCgEBMDICExQAE7fHLquyYGWXM/EAAgATt8cXDTI0MDQwMjE2MDEzOFowDDAKBgNVHRUEAwoBATAyAhMUABO3xskEdyIdyS4CAAIAE7fGFw0yNDA0MDIxNjAxMzhaMAwwCgYDVR0VBAMKAQEwMgITFAAQU+pp1dF1IrrdqAACABBT6hcNMjQwNDAyMTM1ODAwWjAMMAoGA1UdFQQDCgEBMDICExQAEFPp4YA/uQmQcjwAAgAQU+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tK/5VGK7dAAIAEtWuFw0yNDA0MTcxODE0MTJaMAwwCgYDVR0VBAMKAQEwMgITFAAT3ecFDgXxvdoyFQACABPd5xcNMjQwNDE3MTc1MzA2WjAMMAoGA1UdFQQDCgEBMDICExQAE93mbvNOGx6oxugAAgAT3eYXDTI0MDQxNzE3NTMwNlowDDAKBgNVHRUEAwoBATAyAhMUABH6irRxXhjFNAc9AAIAEfqKFw0yNDA0MTcxNDM5MjNaMAwwCgYDVR0VBAMKAQEwMgITFAAR+onXpD+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RcNMjQwNjAyMDQwMzU3WjAMMAoGA1UdFQQDCgEBMDICExQAEOn4MBE9QR/Bwd8AAgAQ6fgXDTI0MDYwMjA0MDM1N1owDDAKBgNVHRUEAwoBATAyAhMUABLs6srMCjaqhETAAAIAEuzqFw0yNDA2MDIwMjAyMTZaMAwwCgYDVR0VBAMKAQUwMgITFAAR2p36Dyu+ETbQFwACABHanRcNMjQwNjAxMTE1NDU3WjAMMAoGA1UdFQQDCgEBMDICExQAEdqclgIdT6U9xAMAAgAR2pwXDTI0MDYwMTExNTQ1N1owDDAKBgNVHRUEAwoBATAyAhMUABGqUtlml2+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+4akjGcMKWmhAvAAIAD7hqFw0yNDA2MTMxOTE4MjhaMAwwCgYDVR0VBAMKAQEwMgITFAAPuGnPtaAtJqtfOwACAA+4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EXDTI0MDYxMzE1NDM0N1owDDAKBgNVHRUEAwoBATAyAhMUABB74FD3H26y3ocAAAIAEHvgFw0yNDA2MTMxNTQzNDZaMAwwCgYDVR0VBAMKAQEwMgITFAAUlkj7jM+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5P35cFB9it9aQAAIAD/k/Fw0yNDA2MTIyMDMxMDVaMAwwCgYDVR0VBAMKAQEwMgITFAAP+T4Yo78OnGouiAACAA/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4AAgAUut0XDTI0MDYyNTA2MTAwN1owDDAKBgNVHRUEAwoBATAyAhMUABS63GoywB8lQvNjAAIAFLrcFw0yNDA2MjUwNjEwMDVaMAwwCgYDVR0VBAMKAQEwMgITFAAUDnDCcIFacqtiKgACABQOcBcNMjQwNjI1MDQ0MTI2WjAMMAoGA1UdFQQDCgEFMDICExQAFGAv9Fntu4BmHYQAAgAUYC8XDTI0MDYyNTA0MjcxOVowDDAKBgNVHRUEAwoBBTAyAhMUABE+PSaIN7PW7awpAAIAET49Fw0yNDA2MjUwMDM3MDNaMAwwCgYDVR0VBAMKAQUwMgITFAASstY+S+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nMAAgAUt+gXDTI0MDYyMTIxNDcyNVowDDAKBgNVHRUEAwoBATAyAhMUABS353uQt5Ym8fCoAAIAFLfnFw0yNDA2MjEyMTQ3MjVaMAwwCgYDVR0VBAMKAQEwMgITFAARRefUoI2L3qqiMgACABFF5xcNMjQwNjIxMjEwMTU2WjAMMAoGA1UdFQQDCgEBMDICExQAEUXm4DZ7Le/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B4wACABS2axcNMjQwNjIxMTgzMDM0WjAMMAoGA1UdFQQDCgEFMDICExQAFLZZyT+rLuZAA+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n1pIwMWMU++0AAgARn6cXDTI0MDcxODE1NTI1MlowDDAKBgNVHRUEAwoBATAyAhMUABGfpp/LGD+YkHVrAAIAEZ+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NiPj5XhgqAAAgAVBwcXDTI0MDcxNzIzMjE0MFowDDAKBgNVHRUEAwoBBTAyAhMUAA/ygZeuyz2DtmQIAAIAD/KBFw0yNDA3MTcyMDM5NDZaMAwwCgYDVR0VBAMKAQEwMgITFAAP8oCoX+grOc5HaAACAA/ygBcNMjQwNzE3MjAzOTQ2WjAMMAoGA1UdFQQDCgEBMDICExQAD8g5FCJICZjps3sAAgAPyDkXDTI0MDcxNzE5MDMyN1owDDAKBgNVHRUEAwoBATAyAhMUAA/IOLq/Hh4e15xLAAIAD8g4Fw0yNDA3MTcxOTAzMjdaMAwwCgYDVR0VBAMKAQEwMgITFAAUF5/aIwHlfqKD1AACABQXnxcNMjQwNzE3MTU0MTQ5WjAMMAoGA1UdFQQDCgEBMDICExQAFBee13sB5jjezr8AAgAUF54XDTI0MDcxNzE1NDE0OVowDDAKBgNVHRUEAwoBATAyAhMUABFIjsfeVRgGnc+5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FgrylVkoUgACABTUJhcNMjQwNzE2MjIyNTUzWjAMMAoGA1UdFQQDCgEBMDICExQAE5BK3elVwWvOFzMAAgATkEoXDTI0MDcxNjIwMzAxMVowDDAKBgNVHRUEAwoBATAyAhMUABOQSaOa2yf6Ps3zAAIAE5BJFw0yNDA3MTYyMDMwMTBaMAwwCgYDVR0VBAMKAQEwMgITFAATmMDYiPUiKR3kBgACABOYwBcNMjQwNzE2MjAxNjM1WjAMMAoGA1UdFQQDCgEBMDICExQAE5i/aZxZQ26mQ+wAAgATmL8XDTI0MDcxNjIwMTYzNVowDDAKBgNVHRUEAwoBATAyAhMUABBSlihpPSbbR22YAAIAEFKWFw0yNDA3MTYxODU5MTlaMAwwCgYDVR0VBAMKAQEwMgITFAAQUpUZFzz/IufJ+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u5zVRqDjEkrwACABKv+xcNMjQwNzE1MjIyNDQ4WjAMMAoGA1UdFQQDCgEFMDICExQAEPfAoCefDOdAVzIAAgAQ98AXDTI0MDcxNTIxMTAyNFowDDAKBgNVHRUEAwoBATAyAhMUABD3v8ZU1fdinujuAAIAEPe/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9G1qjdbR39cAAgAUNb8XDTI0MDczMTA0MDYzM1owDDAKBgNVHRUEAwoBBTAyAhMUABF+LnkDHWSuY/OGAAIAEX4uFw0yNDA3MzEwNDA2MDRaMAwwCgYDVR0VBAMKAQEwMgITFAARfi0oelK3Tv36hwACABF+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PbY9AAIAEsIJFw0yNDA3MjcwMTM0MTJaMAwwCgYDVR0VBAMKAQUwMgITFAAT/Ts/xXGDSMd8owACABP9OxcNMjQwNzI2MjI0NTQ0WjAMMAoGA1UdFQQDCgEFMDICExQAEqIchXN8TpLa2y0AAgASohwXDTI0MDcyNjIwNDgwM1owDDAKBgNVHRUEAwoBATAyAhMUABKiG+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t4n4AAgAVQywXDTI0MDgwODE1MzA0MlowDDAKBgNVHRUEAwoBATAyAhMUABTLYpx7P2pzzy3OAAIAFMtiFw0yNDA4MDgxNDE4NTJaMAwwCgYDVR0VBAMKAQEwMgITFAAUy2EcczjpRdWSvQACABTLYRcNMjQwODA4MTQxODUyWjAMMAoGA1UdFQQDCgEBMDICExQAFUGiz+/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jKTvS5S+dscAAgAQEj8XDTI0MDgyNTAyMjAxNlowDDAKBgNVHRUEAwoBATAyAhMUABASPp24sLWEHM3mAAIAEBI+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udq28+9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+2wAAgARyawXDTI0MDgzMDIwMjg1MlowDDAKBgNVHRUEAwoBATAyAhMUABCDZ4lXYHDFP44hAAIAEINnFw0yNDA4MzAxODA3NTZaMAwwCgYDVR0VBAMKAQEwMgITFAAQg2b3Ely82Ew+9QACABCDZhcNMjQwODMwMTgwNzU1WjAMMAoGA1UdFQQDCgEBMDICExQAFJ/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Kc5TWyPxxYBhgAAgAT4pwXDTI0MDkxMTE3MDIwNVowDDAKBgNVHRUEAwoBATAyAhMUABAqlDQlyj6NpwYVAAIAECqUFw0yNDA5MTExNjU5NDRaMAwwCgYDVR0VBAMKAQEwMgITFAAQKpMUdcWUWVRGKwACABAqkxcNMjQwOTExMTY1OTQ0WjAMMAoGA1UdFQQDCgEBMDICExQAFHlAXlm9KEWP8LQAAgAUeUAXDTI0MDkxMTE2MjAzNlowDDAKBgNVHRUEAwoBATAyAhMUABR5P+S0NRie6epLAAIAFHk/Fw0yNDA5MTExNjIwMzVaMAwwCgYDVR0VBAMKAQEwMgITFAARdvBNxP2Yx8jcBgACABF28BcNMjQwOTExMTYxMTQ3WjAMMAoGA1UdFQQDCgEBMDICExQAEXbvdh+n/Q6OIjsAAgARdu8XDTI0MDkxMTE2MTE0NlowDDAKBgNVHRUEAwoBATAyAhMUABGg1cG39/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xFw0yNDA5MTAyMzI5MTlaMAwwCgYDVR0VBAMKAQUwMgITFAARHzX6dZhT24vsvgACABEfNRcNMjQwOTEwMjEwNzE1WjAMMAoGA1UdFQQDCgEFMDICExQAFaKsoySs0ebChE4AAgAVoqwXDTI0MDkxMDIwMDUwNFowDDAKBgNVHRUEAwoBATAyAhMUABWiq40Ql/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gg8bOlsAAgAR/VwXDTI0MTAwMjE2NDA0NFowDDAKBgNVHRUEAwoBATAyAhMUABH9W581nqOMCHf+AAIAEf1bFw0yNDEwMDIxNjQwNDRaMAwwCgYDVR0VBAMKAQEwMgITFAASk3It74MrcwfVpQACABKTchcNMjQxMDAyMTYwNjE0WjAMMAoGA1UdFQQDCgEBMDICExQAEpNx4pQT1M4jQZcAAgASk3EXDTI0MTAwMjE2MDYxM1owDDAKBgNVHRUEAwoBATAyAhMUABByUclQtZ74yTIoAAIAEHJRFw0yNDEwMDIxNjAwMTBaMAwwCgYDVR0VBAMKAQEwMgITFAAQclAO/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+3ZToP/eAAIAFWZPFw0yNDEwMDIwMTU2MTdaMAwwCgYDVR0VBAMKAQUwMgITFAARLVu8+X2jk9qtbwACABEtWxcNMjQxMDAyMDEwNDA3WjAMMAoGA1UdFQQDCgEFMDICExQAFAQzgs6zLcK62tIAAgAUBDMXDTI0MTAwMTIxNTQ0MVowDDAKBgNVHRUEAwoBATAyAhMUABQEMl3XPUGd03IiAAIAFAQyFw0yNDEwMDEyMTU0NDFaMAwwCgYDVR0VBAMKAQEwMgITFAAT83jD4zLt36SIXAACABPzeBcNMjQxMDAxMjE0OTE3WjAMMAoGA1UdFQQDCgEBMDICExQAE/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e+1wxAAIAEKlLFw0yNDEwMTExOTA1MDFaMAwwCgYDVR0VBAMKAQEwMgITFAAQqUqCtrpaCrmRPwACABCpShcNMjQxMDExMTkwNTAwWjAMMAoGA1UdFQQDCgEBMDICExQAFgQnn/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QhcNMjQxMDExMTcyOTA0WjAMMAoGA1UdFQQDCgEBMDICExQAFH9BBVhyzISpFKEAAgAUf0EXDTI0MTAxMTE3MjkwM1owDDAKBgNVHRUEAwoBATAyAhMUABDx5Nr/59JtXBlYAAIAEPHkFw0yNDEwMTExNzA0MjJaMAwwCgYDVR0VBAMKAQEwMgITFAAQ8eNGt3XfMWY2+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C/mQlPvYEwACABYbvBcNMjQxMDE3MTgzMzUzWjAMMAoGA1UdFQQDCgEBMDICExQAEXc+WK5uoc/nFhkAAgARdz4XDTI0MTAxNzE4MjgxMFowDDAKBgNVHRUEAwoBATAyAhMUABF3PfTyKIDrkSuYAAIAEXc9Fw0yNDEwMTcxODI4MTBaMAwwCgYDVR0VBAMKAQEwMgITFAATP7AErrX9pf5M8wACABM/sBcNMjQxMDE3MTczNjM1WjAMMAoGA1UdFQQDCgEBMDICExQAEz+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q4HcBbKNsN4AAgAReL8XDTI0MTAxNzE2MzMxNVowDDAKBgNVHRUEAwoBATAyAhMUABD1Uu7FsCh3FnwEAAIAEPVSFw0yNDEwMTcxNjIwMzVaMAwwCgYDVR0VBAMKAQEwMgITFAAQ9VEn1qIqoJ+YxAACABD1URcNMjQxMDE3MTYyMDM0WjAMMAoGA1UdFQQDCgEBMDICExQAEhTL5N8Gtk2a6dIAAgASFMsXDTI0MTAxNzE2MDAwOFowDDAKBgNVHRUEAwoBATAyAhMUABIUygR9Mgya7/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+91EXAAIAFVDmFw0yNDEwMTYxNjE5MzBaMAwwCgYDVR0VBAMKAQEwMgITFAAPr66EWUMfqYACAAACAA+vrhcNMjQxMDE2MTYxMDE5WjAMMAoGA1UdFQQDCgEBMDICExQAD6+t98wnhxmvUDAAAgAPr60XDTI0MTAxNjE2MTAxOVowDDAKBgNVHRUEAwoBATAyAhMUABCzsQMyLTiTIT0mAAIAELOxFw0yNDEwMTYxNTI5MDZaMAwwCgYDVR0VBAMKAQEwMgITFAAQs7Dz+TRztx83BAACABCzsBcNMjQxMDE2MTUyOTA2WjAMMAoGA1UdFQQDCgEBMDICExQAEb/duORdWVDzXSwAAgARv90XDTI0MTAxNjE1MjU1M1owDDAKBgNVHRUEAwoBATAyAhMUABG/3FGHBbRmkPs0AAIAEb/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ddAACABCdiRcNMjQxMDIyMjE1NDAzWjAMMAoGA1UdFQQDCgEBMDICExQAEJ2Io8mX41ZLJc4AAgAQnYgXDTI0MTAyMjIxNTQwM1owDDAKBgNVHRUEAwoBATAyAhMUABVgsasoyJXssxPOAAIAFWCxFw0yNDEwMjIyMTUyNDFaMAwwCgYDVR0VBAMKAQUwMgITFAAQBx+d7Xn4ABBOWAACABAHHxcNMjQxMDIyMjEyNTQ5WjAMMAoGA1UdFQQDCgEBMDICExQAEAceXtmQB+M4XJoAAgAQBx4XDTI0MTAyMjIxMjU0OVowDDAKBgNVHRUEAwoBATAyAhMUABGua9SPboR89EW+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ENPUF+1GTvcAAgATUf8XDTI0MTAyMjIwMDg0MlowDDAKBgNVHRUEAwoBATAyAhMUABGE56NKv1YKgh7sAAIAEYTnFw0yNDEwMjIxOTQ4MTFaMAwwCgYDVR0VBAMKAQEwMgITFAARhObE99CrHR0VoQACABGE5hcNMjQxMDIyMTk0ODExWjAMMAoGA1UdFQQDCgEBMDICExQAD7GeHtxlYTQQgs4AAgAPsZ4XDTI0MTAyMjE5MzUxM1owDDAKBgNVHRUEAwoBATAyAhMUAA+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+9zgAAgAU5tQXDTI0MTEwMjE3NDQ1NFowDDAKBgNVHRUEAwoBATAyAhMUABDvVoehmWJC9fJMAAIAEO9WFw0yNDExMDIxNTU0NTdaMAwwCgYDVR0VBAMKAQEwMgITFAAQ71W31iolF3Eg1AACABDvVRcNMjQxMTAyMTU1NDU3WjAMMAoGA1UdFQQDCgEBMDICExQAFE45ibMpdTeE4ycAAgAUTjkXDTI0MTEwMjA2MDAzOFowDDAKBgNVHRUEAwoBBTAyAhMUABYT+Vhf3Zy1wJ/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VX89gACABKCLBcNMjQxMDMxMjA1MDI1WjAMMAoGA1UdFQQDCgEBMDICExQAEoIp0TOGHFpBZ70AAgASgikXDTI0MTAzMTIwNTAyNFowDDAKBgNVHRUEAwoBATAyAhMUABDuIu9A78ABXqTRAAIAEO4iFw0yNDEwMzEyMDM2MzhaMAwwCgYDVR0VBAMKAQEwMgITFAAQ7iFK/mCGZ28B5gACABDuIRcNMjQxMDMxMjAzNjM4WjAMMAoGA1UdFQQDCgEBMDICExQAETv7XBgdlNN3DLsAAgARO/sXDTI0MTAzMTIwMjEwMFowDDAKBgNVHRUEAwoBATAyAhMUABE7+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kWg5/pRMAAgAUeX0XDTI0MTEwODE4NTYzNFowDDAKBgNVHRUEAwoBBTAyAhMUABQAAcjfyvQpxbyWAAIAFAABFw0yNDExMDgxNzU4MjBaMAwwCgYDVR0VBAMKAQUwMgITFAAQ1UlKlgDV0PPD+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C0q+zSioAAgASmjYXDTI0MTExODE5NDIwMVowDDAKBgNVHRUEAwoBATAyAhMUABKaNb5v+ASBIxhgAAIAEpo1Fw0yNDExMTgxOTQyMDFaMAwwCgYDVR0VBAMKAQEwMgITFAAV04hmXbS6/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b/QACABTaSRcNMjQxMTE0MTg0NjU5WjAMMAoGA1UdFQQDCgEBMDICExQAFNpIdqesFqNEAAkAAgAU2kgXDTI0MTExNDE4NDY1OVowDDAKBgNVHRUEAwoBATAyAhMUABF9DECHOsKP3WZrAAIAEX0MFw0yNDExMTQxNzM2NDdaMAwwCgYDVR0VBAMKAQEwMgITFAARfQvDxByZ3+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vDFmxf2hAXAAIAERaLFw0yNDExMjExNTIyMzlaMAwwCgYDVR0VBAMKAQEwMgITFAAUftazpr0QBkgmtAACABR+1hcNMjQxMTIxMTQ1ODU4WjAMMAoGA1UdFQQDCgEBMDICExQAFH7VT9brIbJ3f/0AAgAUftUXDTI0MTEyMTE0NTg1OFowDDAKBgNVHRUEAwoBATAyAhMUABCDY3xrR/cETisCAAIAEINjFw0yNDExMjExNDA1MTNaMAwwCgYDVR0VBAMKAQEwMgITFAAQg2I0DsmkNSywYAACABCDYhcNMjQxMTIxMTQwNTEzWjAMMAoGA1UdFQQDCgEBMDICExQAFhj3xvt7DBPGctUAAgAWGPcXDTI0MTEyMTA0MDM1MVowDDAKBgNVHRUEAwoBATAyAhMUABYY9mVx+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FnAAIAFsi8Fw0yNDExMjkxNjE2MzlaMAwwCgYDVR0VBAMKAQEwMgITFAAT06kdzxMrywMbBgACABPTqRcNMjQxMTI5MTU1NTIyWjAMMAoGA1UdFQQDCgEBMDICExQAE9OomjNJjcX5RyEAAgAT06gXDTI0MTEyOTE1NTUyMlowDDAKBgNVHRUEAwoBATAyAhMUABXUmHusgiO32ArZAAIAFdSYFw0yNDExMjkxNTMyMzFaMAwwCgYDVR0VBAMKAQEwMgITFAAV1Jc+M+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LGFw0yNDExMjkxNTAxNTRaMAwwCgYDVR0VBAMKAQUwMgITFAAQXMF64RoelrL+awACABBcwRcNMjQxMTI5MDQyNjUxWjAMMAoGA1UdFQQDCgEFMDICExQAEa8zLeDivgZZuzwAAgARrzMXDTI0MTEyOTA0MDQ0OFowDDAKBgNVHRUEAwoBATAyAhMUABGvMpNZRER/V5hHAAIAEa8yFw0yNDExMjkwNDA0NDhaMAwwCgYDVR0VBAMKAQEwMgITFAARz7kAoBqcN4iWTwACABHPuRcNMjQxMTI4MjEzOTA1WjAMMAoGA1UdFQQDCgEBMDICExQAEc+4D16+xpT4mKEAAgARz7gXDTI0MTEyODIxMzkwNVowDDAKBgNVHRUEAwoBATAyAhMUABBrr4Spc61lAAqsAAIAEGuvFw0yNDExMjgxOTA4MzFaMAwwCgYDVR0VBAMKAQEwMgITFAAQa67PSy/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LnblWgACABIapBcNMjQxMTI3MTU1MDU1WjAMMAoGA1UdFQQDCgEBMDICExQAENcbjpcVg4S+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6hQACABLJfhcNMjQxMjEyMDQwMjM3WjAMMAoGA1UdFQQDCgEBMDICExQAEsl9ew8m75tYKd8AAgASyX0XDTI0MTIxMjA0MDIzN1owDDAKBgNVHRUEAwoBATAyAhMUABPj8QLJKMIMvTQTAAIAE+PxFw0yNDEyMTIwNDAyMjZaMAwwCgYDVR0VBAMKAQEwMgITFAAT4/BjTxb5zocr9gACABPj8BcNMjQxMjEyMDQwMjI2WjAMMAoGA1UdFQQDCgEBMDICExQAEZFRQCgX6VMLvsMAAgARkVEXDTI0MTIxMjA0MDIwMVowDDAKBgNVHRUEAwoBATAyAhMUABGRUPlPhACc7bhRAAIAEZFQFw0yNDEyMTIwNDAyMDFaMAwwCgYDVR0VBAMKAQEwMgITFAAWnCNhDJj/QxGPswACABacIxcNMjQxMjEyMDMxNTQ5WjAMMAoGA1UdFQQDCgEFMDICExQAFkWFG5+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mmV+INp8+xX8AAgASL6YXDTI0MTIyMTA0MDQzNlowDDAKBgNVHRUEAwoBATAyAhMUABPM/y48WP4ScudzAAIAE8z/Fw0yNDEyMjEwNDAzNTBaMAwwCgYDVR0VBAMKAQEwMgITFAATzP5oOCHHYVdUFwACABPM/hcNMjQxMjIxMDQwMzUwWjAMMAoGA1UdFQQDCgEBMDICExQAEa21nJsNuVwJx/kAAgARrbUXDTI0MTIyMTA0MDMwNVowDDAKBgNVHRUEAwoBATAyAhMUABGttPyThIAHS9F/AAIAEa20Fw0yNDEyMjEwNDAzMDVaMAwwCgYDVR0VBAMKAQEwMgITFAAVaQ10qUruvdN5TgACABVpDRcNMjQxMjIxMDQwMjQyWjAMMAoGA1UdFQQDCgEBMDICExQAFWkMZ3Z7tPUxUoAAAgAVaQwXDTI0MTIyMTA0MDI0MlowDDAKBgNVHRUEAwoBATAyAhMUABZK9SWb96uMuM+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A2ocwACABPbOBcNMjQxMjIwMjAyNDEwWjAMMAoGA1UdFQQDCgEFMDICExQAFwsVZPSmjtTiE1UAAgAXCxUXDTI0MTIyMDE5MjUwMlowDDAKBgNVHRUEAwoBBTAyAhMUABPb9zTf2uPmEAXWAAIAE9v3Fw0yNDEyMjAxNzM1MDhaMAwwCgYDVR0VBAMKAQEwMgITFAAT2/biu6T9U0ZzsAACABPb9hcNMjQxMjIwMTczNTA4WjAMMAoGA1UdFQQDCgEBMDICExQAFTXqMO241thqR0wAAgAVNeoXDTI0MTIyMDE3MjYwNlowDDAKBgNVHRUEAwoBBTAyAhMUABF6tqo5/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o8nnj8hTrAVoAAgAT36gXDTI0MTIyMDE2MTIxM1owDDAKBgNVHRUEAwoBATAyAhMUABEF4ydwQeGzJWP8AAIAEQXjFw0yNDEyMjAxNTUzMjRaMAwwCgYDVR0VBAMKAQUwMgITFAAP48XFjAlNyaArAAACAA/jxRcNMjQxMjIwMTU0OTIxWjAMMAoGA1UdFQQDCgEBMDICExQAD+PEnYPudKVJ8MEAAgAP48QXDTI0MTIyMDE1NDkyMVowDDAKBgNVHRUEAwoBATAyAhMUABU05ZiJ/Eja6UZIAAIAFTTlFw0yNDEyMjAxNTQyMDdaMAwwCgYDVR0VBAMKAQEwMgITFAAVNOQp0h0LVHycYAACABU05BcNMjQxMjIwMTU0MjA3WjAMMAoGA1UdFQQDCgEBMDICExQAFXH1DBlGryFbmg8AAgAVcfUXDTI0MTIyMDE1MzMwM1owDDAKBgNVHRUEAwoBATAyAhMUABVx9A6YR/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wACABTkDRcNMjQxMjE5MTc1MTE1WjAMMAoGA1UdFQQDCgEBMDICExQAFOQMPB9eFu/ZsyoAAgAU5AwXDTI0MTIxOTE3NTExNVowDDAKBgNVHRUEAwoBATAyAhMUABcINIVuSEXHxY5WAAIAFwg0Fw0yNDEyMTkxNzQyMjdaMAwwCgYDVR0VBAMKAQEwMgITFAAXCDMl4UX3X79f8AACABcIMxcNMjQxMjE5MTc0MjI3WjAMMAoGA1UdFQQDCgEBMDICExQAFweQnCPN1GgQme4AAgAXB5AXDTI0MTIxOTE3MDgyOVowDDAKBgNVHRUEAwoBATAyAhMUABcHj+/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mSLlN4AAIAFfRxFw0yNTAxMDMxNzQwMzJaMAwwCgYDVR0VBAMKAQEwMgITFAAUgs2cc4M+WNmqrgACABSCzRcNMjUwMTAzMTcyNjIzWjAMMAoGA1UdFQQDCgEBMDICExQAFILMfPUNOtVv/uYAAgAUgswXDTI1MDEwMzE3MjYyM1owDDAKBgNVHRUEAwoBATAyAhMUABAF3ZNys+rBfp8QAAIAEAXdFw0yNTAxMDMxNjIzMzNaMAwwCgYDVR0VBAMKAQEwMgITFAAQBdxKepOwWpvEdQACABAF3BcNMjUwMTAzMTYyMzMzWjAMMAoGA1UdFQQDCgEBMDICExQAFs2cpHaAxpPRpOMAAgAWzZwXDTI1MDEwMzE2MTgwOVowDDAKBgNVHRUEAwoBATAyAhMUABbNm2gsMbfBwL9cAAIAFs2bFw0yNTAxMDMxNjE4MDlaMAwwCgYDVR0VBAMKAQEwMgITFAAVCmWCk+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AAIAEN8AFw0yNTAxMDkyMDM5NDlaMAwwCgYDVR0VBAMKAQEwMgITFAAUcIw1kzC9+0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oXDTI1MDExNTIxMzcwM1owDDAKBgNVHRUEAwoBATAyAhMUAA+36cPAlbcbrsShAAIAD7fpFw0yNTAxMTUyMTM3MDNaMAwwCgYDVR0VBAMKAQEwMgITFAAQEiflz2ykCxlQRgACABASJxcNMjUwMTE1MjEzNjI3WjAMMAoGA1UdFQQDCgEBMDICExQAEBImG5xw8Mv8L+oAAgAQEiYXDTI1MDExNTIxMzYyN1owDDAKBgNVHRUEAwoBATAyAhMUABNakoitgRYH+kX+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z2Ef+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sZB1SG9Fa0wACABFvfxcNMjUwMTI4MDI0MTMwWjAMMAoGA1UdFQQDCgEFMDICExQAE3PsoJ77zHGiir0AAgATc+wXDTI1MDEyNzIyMjIxM1owDDAKBgNVHRUEAwoBATAyAhMUABNz64cfYIUKOqTDAAIAE3PrFw0yNTAxMjcyMjIyMTNaMAwwCgYDVR0VBAMKAQEwMgITFAAV76hz7LKhlBSK1AACABXvqBcNMjUwMTI3MjE0MTQxWjAMMAoGA1UdFQQDCgEBMDICExQAFe+ndKVj8yyBHQ0AAgAV76cXDTI1MDEyNzIxNDE0MVowDDAKBgNVHRUEAwoBATAyAhMUABOHwjOAOUfK8viPAAIAE4fCFw0yNTAxMjcyMTI5NTJaMAwwCgYDVR0VBAMKAQEwMgITFAATh8E6iC5dw3TpqwACABOHwRcNMjUwMTI3MjEyOTUyWjAMMAoGA1UdFQQDCgEBMDICExQAFE0M/iqqQ/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Q7wACABc+KBcNMjUwMTI3MjAwNTM3WjAMMAoGA1UdFQQDCgEBMDICExQAFz4nCgtx0KmdwUoAAgAXPicXDTI1MDEyNzIwMDUzNlowDDAKBgNVHRUEAwoBATAyAhMUABQztn+6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vmdr0niZAAIAF10sFw0yNTAxMjUxNjAzMTdaMAwwCgYDVR0VBAMKAQEwMgITFAAUG9SVNDEO3iYs3wACABQb1BcNMjUwMTI1MDIyMzU3WjAMMAoGA1UdFQQDCgEFMDICExQAF0jhL7l3V6qKL2EAAgAXSOEXDTI1MDEyNDIxMjkxMlowDDAKBgNVHRUEAwoBATAyAhMUABdI4JHO3PXZymXzAAIAF0jgFw0yNTAxMjQyMTI5MTJaMAwwCgYDVR0VBAMKAQEwMgITFAAVDpIfZh+LG60XZAACABUOkhcNMjUwMTI0MjAwMDI0WjAMMAoGA1UdFQQDCgEBMDICExQAFQ6R+84bIc+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brhUAAIAEVHmFw0yNTAxMjQwOTA1MzlaMAwwCgYDVR0VBAMKAQUwMgITFAAWag3jgczaZp73UwACABZqDRcNMjUwMTI0MDg1MjM1WjAMMAoGA1UdFQQDCgEFMDICExQAFlwW3B4Cg+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NL4+AAIAEzo/Fw0yNTAyMDQxNTE2MzNaMAwwCgYDVR0VBAMKAQEwMgITFAAXaljBmsOs0sHf6wACABdqWBcNMjUwMjA0MTQ1NjUxWjAMMAoGA1UdFQQDCgEBMDICExQAF2pXpTdKVVY0I4wAAgAXalcXDTI1MDIwNDE0NTY1MVowDDAKBgNVHRUEAwoBATAyAhMUABTU0xCivbE5E4z1AAIAFNTTFw0yNTAyMDQxMzIwMTJaMAwwCgYDVR0VBAMKAQUwMgITFAAXdkxFJh+XuollzAACABd2TBcNMjUwMjA0MDYxMDA2WjAMMAoGA1UdFQQDCgEBMDICExQAF3ZLlp/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HmgYXPAXeyJ/DAAIAD8eaFw0yNTAyMTIxNTQwMzVaMAwwCgYDVR0VBAMKAQEwMgITFAASapZ3+djhiLD0AgACABJqlhcNMjUwMjEyMTUyNjI3WjAMMAoGA1UdFQQDCgEBMDICExQAEmqVhlKg9044bfkAAgASapUXDTI1MDIxMjE1MjYyN1owDDAKBgNVHRUEAwoBATAyAhMUABJQRBV70TpYZyYmAAIAElBEFw0yNTAyMTIxNDM2NDlaMAwwCgYDVR0VBAMKAQEwMgITFAASUEOnU9ZftIU2iwACABJQQxcNMjUwMjEyMTQzNjQ4WjAMMAoGA1UdFQQDCgEBMDICExQAE7q3/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VdJ5iAAIAF5I1Fw0yNTAyMTIwMjI0MTlaMAwwCgYDVR0VBAMKAQUwMgITFAAU73k7WInhs/aWFQACABTveRcNMjUwMjEyMDIwMDM3WjAMMAoGA1UdFQQDCgEFMDICExQAEbaaGJn/LvDM3DkAAgARtpoXDTI1MDIxMjAwNDgzOFowDDAKBgNVHRUEAwoBBTAyAhMUABcSvxvNtyda3OlvAAIAFxK/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XLgACABFrrBcNMjUwMzA2MjIwODUzWjAMMAoGA1UdFQQDCgEBMDICExQAEWurtLSK+GUtj+QAAgARa6sXDTI1MDMwNjIyMDg1M1owDDAKBgNVHRUEAwoBATAyAhMUABdB6DwpnRvYiXU2AAIAF0HoFw0yNTAzMDYyMTMwMTlaMAwwCgYDVR0VBAMKAQUwMgITFAATSNzs+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AAIAF9lYFw0yNTAzMDYxNzU2MTlaMAwwCgYDVR0VBAMKAQEwMgITFAAX2Vd8kQKnUMYaYAACABfZVxcNMjUwMzA2MTc1NjE5WjAMMAoGA1UdFQQDCgEBMDICExQAFPsM33S/yRYrfAgAAgAU+wwXDTI1MDMwNjE2NTMwNFowDDAKBgNVHRUEAwoBBTAyAhMUABcxHFN4P+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O2wACABUSUhcNMjUwMzA2MTMxMDAyWjAMMAoGA1UdFQQDCgEFMDICExQAF9ahIDAJhmRUEnMAAgAX1qEXDTI1MDMwNjA2MTAwMlowDDAKBgNVHRUEAwoBATAyAhMUABfWoBMDbLsD/d2rAAIAF9agFw0yNTAzMDYwNjEwMDFaMAwwCgYDVR0VBAMKAQEwMgITFAAUckaEF2Ywm99AEwACABRyRhcNMjUwMzA2MDQzMjUxWjAMMAoGA1UdFQQDCgEFMDICExQAF6HzCm9kwVw+RNIAAgAXofMXDTI1MDMwNjA0MDMyOFowDDAKBgNVHRUEAwoBATAyAhMUABeh8kpz3yMYio9SAAIAF6HyFw0yNTAzMDYwNDAzMjhaMAwwCgYDVR0VBAMKAQEwMgITFAAVEh9F7Fwq97kPNAACABUSHxcNMjUwMzA1MjI1NzAzWjAMMAoGA1UdFQQDCgEBMDICExQAFRIe/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GNjplQno+gACABXythcNMjUwMzE0MTYwMzA3WjAMMAoGA1UdFQQDCgEBMDICExQAFfK1A5XSfFDX5QkAAgAV8rUXDTI1MDMxNDE2MDMwN1owDDAKBgNVHRUEAwoBATAyAhMUABaQKHqRbFof3z6wAAIAFpAoFw0yNTAzMTQxNDU0MjdaMAwwCgYDVR0VBAMKAQUwMgITFAASzazBVIUsBvE/cQACABLNrBcNMjUwMzE0MDQwNDA3WjAMMAoGA1UdFQQDCgEBMDICExQAEs2r3KxdoYeaO2MAAgASzasXDTI1MDMxNDA0MDQwN1owDDAKBgNVHRUEAwoBATAyAhMUABfqmpp7NvOGioc1AAIAF+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VKJZitOjv8AACABKtrxcNMjUwMzI0MTgxMDI3WjAMMAoGA1UdFQQDCgEBMDICExQAE97vDXFB/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dAAIAEA80Fw0yNTAzMjQxNzI1MjVaMAwwCgYDVR0VBAMKAQEwMgITFAARupcSZwD0RidI4wACABG6lxcNMjUwMzI0MTcwOTIzWjAMMAoGA1UdFQQDCgEBMDICExQAEbqWjH48ENwKy60AAgARupYXDTI1MDMyNDE3MDkyM1owDDAKBgNVHRUEAwoBATAyAhMUABSKepL9c+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dENzc/xfiegocAAgAT90QXDTI1MDMzMTE1MDQxOFowDDAKBgNVHRUEAwoBATAyAhMUABP3Q0ADphDBaEuKAAIAE/dDFw0yNTAzMzExNTA0MThaMAwwCgYDVR0VBAMKAQEwMgITFAAUfs3c3itw74fVSgACABR+zRcNMjUwMzMxMDMzMzAwWjAMMAoGA1UdFQQDCgEFMDICExQAF5uM6b3erO9djk8AAgAXm4wXDTI1MDMzMTAyMTA0MFowDDAKBgNVHRUEAwoBBTAyAhMUABe4xi2Uy484dpAXAAIAF7jGFw0yNTAzMzAyMjUzNTVaMAwwCgYDVR0VBAMKAQUwMgITFAAT/onfO/9YSf6caAACABP+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tMM7wACABaHyhcNMjUwMzMwMDQwMjQzWjAMMAoGA1UdFQQDCgEBMDICExQAFofJjeb4z5QuP68AAgAWh8kXDTI1MDMzMDA0MDI0M1owDDAKBgNVHRUEAwoBATAyAhMUABTt4BB+NaDupbkWAAIAFO3gFw0yNTAzMzAwMjI4MzNaMAwwCgYDVR0VBAMKAQUwMgITFAAX9tgwMSC4BkYWNQACABf22BcNMjUwMzI5MjIzODM4WjAMMAoGA1UdFQQDCgEFMDICExQAGCAPC42PZbqXZ4cAAgAYIA8XDTI1MDMyOTIyMjUzOVowDDAKBgNVHRUEAwoBBTAyAhMUABcFePrSFsUROILbAAIAFwV4Fw0yNTAzMjkyMDUyNTFaMAwwCgYDVR0VBAMKAQUwMgITFAAQUcTPpq/h+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LcYAAgAVRLsXDTI1MDMyODE2MjAxOVowDDAKBgNVHRUEAwoBATAyAhMUABVEuqmuGTmqXS0MAAIAFUS6Fw0yNTAzMjgxNjIwMThaMAwwCgYDVR0VBAMKAQEwMgITFAAQ6TVXnixb29DZcwACABDpNRcNMjUwMzI4MTUzMjE3WjAMMAoGA1UdFQQDCgEBMDICExQAEOk0u0Jli00MwigAAgAQ6TQXDTI1MDMyODE1MzIxN1owDDAKBgNVHRUEAwoBATAyAhMUABbD1OV0JZOV1oC/AAIAFsPUFw0yNTAzMjgxMjUxNTlaMAwwCgYDVR0VBAMKAQUwMgITFAAVzHRWBzcGn0I/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Tw4zGjgACABCllBcNMjUwNDA0MjEwMjMxWjAMMAoGA1UdFQQDCgEBMDICExQAD6IS1vlqqHI90bgAAgAPohIXDTI1MDQwNDIwNDM1MVowDDAKBgNVHRUEAwoBATAyAhMUAA+iEQYxbb+8oIytAAIAD6IRFw0yNTA0MDQyMDQzNTFaMAwwCgYDVR0VBAMKAQEwMgITFAAQNvzMwqcfzAbSuwACABA2/BcNMjUwNDA0MjAwNjI1WjAMMAoGA1UdFQQDCgEBMDICExQAEDb76k+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QrJAAIAFk3qFw0yNTA0MjEwNDIwMDJaMAwwCgYDVR0VBAMKAQEwMgITFAAWTemx5mcWBg81hgACABZN6RcNMjUwNDIxMDQyMDAyWjAMMAoGA1UdFQQDCgEBMDICExQAFNIi83bPCJ0EuBYAAgAU0iIXDTI1MDQyMTA0MDMyOFowDDAKBgNVHRUEAwoBATAyAhMUABTSIWcm40mrqcArAAIAFNIhFw0yNTA0MjEwNDAzMjhaMAwwCgYDVR0VBAMKAQEwMgITFAAWFm+s83adtrX25AACABYWbxcNMjUwNDIxMDQwMzE2WjAMMAoGA1UdFQQDCgEBMDICExQAFhZuzMb7znI353IAAgAWFm4XDTI1MDQyMTA0MDMxNlowDDAKBgNVHRUEAwoBATAyAhMUABIpv4kPCE7ToKHaAAIAEim/Fw0yNTA0MjEwNDAzMTZaMAwwCgYDVR0VBAMKAQEwMgITFAASKb74ZWep0Szp/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YWYAAgASSXYXDTI1MDQxNjIxMjMzOFowDDAKBgNVHRUEAwoBATAyAhMUABafF1BvN3oBqfHOAAIAFp8XFw0yNTA0MTYyMDM1MThaMAwwCgYDVR0VBAMKAQEwMgITFAAWnxY2WNr//x778QACABafFhcNMjUwNDE2MjAzNTE4WjAMMAoGA1UdFQQDCgEBMDICExQAGFU7NR+Gl/rYHrwAAgAYVTsXDTI1MDQxNjIwMzEwNFowDDAKBgNVHRUEAwoBATAyAhMUABhVOtJq6Rwo7dkbAAIAGFU6Fw0yNTA0MTYyMDMxMDRaMAwwCgYDVR0VBAMKAQEwMgITFAAQ7TDGfSOi+82NqQACABDtMBcNMjUwNDE2MjAyNTQ3WjAMMAoGA1UdFQQDCgEBMDICExQAEO0vYjE1UQHnOVMAAgAQ7S8XDTI1MDQxNjIwMjU0N1owDDAKBgNVHRUEAwoBATAyAhMUABSTPFEUgPlVEYE+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+3LZ8gACABSVtBcNMjUwNDE2MTgzNjAwWjAMMAoGA1UdFQQDCgEFMDICExQAD6QGGuHJO6feolwAAgAPpAYXDTI1MDQxNjE4MjcyNFowDDAKBgNVHRUEAwoBATAyAhMUAA+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dpDAACABF+2BcNMjUwNDE2MTcyMzA5WjAMMAoGA1UdFQQDCgEBMDICExQAEX7XlU6+NfaN6IwAAgARftcXDTI1MDQxNjE3MjMwOVowDDAKBgNVHRUEAwoBATAyAhMUABgcrsWV6qlTivKgAAIAGByuFw0yNTA0MTYxNjQyMzdaMAwwCgYDVR0VBAMKAQEwMgITFAAYHK241Ht7CjG5YwACABgcrRcNMjUwNDE2MTY0MjM3WjAMMAoGA1UdFQQDCgEBMDICExQAEP40p3uu2sAE4oQAAgAQ/jQXDTI1MDQxNjE2MTM1OFowDDAKBgNVHRUEAwoBATAyAhMUABD+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wI3iLrTl+4AAgAS4Z4XDTI1MDQyNDE5MzcxN1owDDAKBgNVHRUEAwoBATAyAhMUABGvxfB8YXMJNHxgAAIAEa/FFw0yNTA0MjQxOTI5MzhaMAwwCgYDVR0VBAMKAQEwMgITFAARr8Nrh+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JDzS0tB2GOgACABKCvxcNMjUwNDIzMTk1MjUyWjAMMAoGA1UdFQQDCgEBMDICExQAFihdKi6umf85xm8AAgAWKF0XDTI1MDQyMzE4NDMxMVowDDAKBgNVHRUEAwoBATAyAhMUABYoXHpF1XvmPdAJAAIAFihcFw0yNTA0MjMxODQzMTBaMAwwCgYDVR0VBAMKAQEwMgITFAAUBJaEfpyd2e5+mAACABQElhcNMjUwNDIzMTgyNjM0WjAMMAoGA1UdFQQDCgEFMDICExQAEt3p69z4DjQMWzwAAgAS3ekXDTI1MDQyMzE3NDkyMFowDDAKBgNVHRUEAwoBATAyAhMUABLd6LQNot0t6+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loAAgAQaXAXDTI1MDQyMzE3Mzc1M1owDDAKBgNVHRUEAwoBATAyAhMUABBpbxqiafIxLHfZAAIAEGlvFw0yNTA0MjMxNzM3NTNaMAwwCgYDVR0VBAMKAQEwMgITFAAYY8yWde3CzdFsiQACABhjzBcNMjUwNDIzMTcyODI3WjAMMAoGA1UdFQQDCgEBMDICExQAGGPLLz5CiIdR5NEAAgAYY8sXDTI1MDQyMzE3MjgyN1owDDAKBgNVHRUEAwoBATAyAhMUABZU/WmpWfq5+fOXAAIAFlT9Fw0yNTA0MjMxNzA0MTZaMAwwCgYDVR0VBAMKAQEwMgITFAAWVPyDaj0mH7eMZgACABZU/BcNMjUwNDIzMTcwNDE2WjAMMAoGA1UdFQQDCgEBMDICExQAGAQjwo4U+3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w9bBOZ0HjQACABY2ZRcNMjUwNDIzMTY0NjE2WjAMMAoGA1UdFQQDCgEBMDICExQAFbbwgScPRVF+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ygACABbksxcNMjUwNDI5MTU0MzI2WjAMMAoGA1UdFQQDCgEBMDICExQAFuSynwTQqbcWLFcAAgAW5LIXDTI1MDQyOTE1NDMyNlowDDAKBgNVHRUEAwoBATAyAhMUABJh5mvxNb1gtuO3AAIAEmHmFw0yNTA0MjkxNTMxNTRaMAwwCgYDVR0VBAMKAQEwMgITFAASYeUMpFo3vjEsxwACABJh5RcNMjUwNDI5MTUzMTU0WjAMMAoGA1UdFQQDCgEBMDICExQAEeOB+cbLjpC1Xi4AAgAR44EXDTI1MDQyOTE1MTEzMVowDDAKBgNVHRUEAwoBATAyAhMUABHjgHKmxwazTSTjAAIAEeOAFw0yNTA0MjkxNTExMzFaMAwwCgYDVR0VBAMKAQEwMgITFAASfbID1SA8SSVwhQACABJ9shcNMjUwNDI5MTQzMjIxWjAMMAoGA1UdFQQDCgEBMDICExQAEn2xbVPn1+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omsnOLAog/AAIAEBfrFw0yNTA0MjgyMDA3NDNaMAwwCgYDVR0VBAMKAQEwMgITFAAQF+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CCZ2AAIAFh7oFw0yNTA1MDIyMjI5MTdaMAwwCgYDVR0VBAMKAQEwMgITFAAWHuctdoEzI+EcAAACABYe5xcNMjUwNTAyMjIyOTE3WjAMMAoGA1UdFQQDCgEBMDICExQAFsHZL2YjgawV1aYAAgAWwdkXDTI1MDUwMjIyMjkxNlowDDAKBgNVHRUEAwoBATAyAhMUABbB2NG/nDx2iNvDAAIAFsHYFw0yNTA1MDIyMjI5MTZaMAwwCgYDVR0VBAMKAQEwMgITFAAUGrdYqmDLQaVT/QACABQatxcNMjUwNTAyMjE1MTI4WjAMMAoGA1UdFQQDCgEBMDICExQAFBq23tz+y9SRLtUAAgAUGrYXDTI1MDUwMjIxNTEyOFowDDAKBgNVHRUEAwoBATAyAhMUABRaEL7pr5tm+T7nAAIAFFoQFw0yNTA1MDIyMTQ4MjNaMAwwCgYDVR0VBAMKAQEwMgITFAAUWg/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vtpZsZNcqSqAAIAFVz+Fw0yNTA1MDgxNzQzMjdaMAwwCgYDVR0VBAMKAQUwMgITFAAYoM/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LVq9HUA0AAIAFeBNFw0yNTA1MDgxNjM0MDRaMAwwCgYDVR0VBAMKAQEwMgITFAAUNi3/JtpoPU98EgACABQ2LRcNMjUwNTA4MTUzNTM3WjAMMAoGA1UdFQQDCgEFMDICExQAFwL94UEAwQ+meiUAAgAXAv0XDTI1MDUwODE0NTEyMVowDDAKBgNVHRUEAwoBATAyAhMUABcC/OUTz9+KEQdjAAIAFwL8Fw0yNTA1MDgxNDUxMjFaMAwwCgYDVR0VBAMKAQEwMgITFAAQQ0g/3kYK+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dYG558SAAIAEGblFw0yNTA1MDcxNTU1MTBaMAwwCgYDVR0VBAMKAQEwMgITFAAYW0eS6BqIWn2UAQACABhbRxcNMjUwNTA3MTQwNzMwWjAMMAoGA1UdFQQDCgEFMDICExQAFsgGYtL8DxcrubAAAgAWyAYXDTI1MDUwNzAzMTM1M1owDDAKBgNVHRUEAwoBBTAyAhMUABRRXu/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dhcNMjUwNTE1MjIxNjQzWjAMMAoGA1UdFQQDCgEBMDICExQAGL51cKnHv9SfcbsAAgAYvnUXDTI1MDUxNTIyMTY0M1owDDAKBgNVHRUEAwoBATAyAhMUABi+RH0fsHej3uTPAAIAGL5EFw0yNTA1MTUyMjAzNTBaMAwwCgYDVR0VBAMKAQEwMgITFAAYvkP74qRi8RETbgACABi+QxcNMjUwNTE1MjIwMzUwWjAMMAoGA1UdFQQDCgEBMDICExQAEpG8x/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13QAAgAQq3wXDTI1MDUxNTA0MDU1MlowDDAKBgNVHRUEAwoBATAyAhMUABGviVsbTjwSQFCJAAIAEa+JFw0yNTA1MTUwNDA1MDZaMAwwCgYDVR0VBAMKAQEwMgITFAARr4jqiEe+ygfLKAACABGviBcNMjUwNTE1MDQwNTA2WjAMMAoGA1UdFQQDCgEBMDICExQAE1cCo4qBgsCx5gsAAgATVwIXDTI1MDUxNTAwNDQxNFowDDAKBgNVHRUEAwoBATAyAhMUABNXAQco3p8MYivmAAIAE1cBFw0yNTA1MTUwMDQ0MTNaMAwwCgYDVR0VBAMKAQEwMgITFAAXRTSC/e2h380ufgACABdFNBcNMjUwNTE0MjIzODIwWjAMMAoGA1UdFQQDCgEFMDICExQAFjvH2fvEhXoZ56IAAgAWO8cXDTI1MDUxNDIyMDYzNlowDDAKBgNVHRUEAwoBATAyAhMUABY7xt+aVHB/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pp0t0AAgAUJNwXDTI1MDUyMTE5NDkxOVowDDAKBgNVHRUEAwoBATAyAhMUABQk2z58OLL57LSOAAIAFCTbFw0yNTA1MjExOTQ5MThaMAwwCgYDVR0VBAMKAQEwMgITFAAUaOt/Q/2O6/vYlAACABRo6xcNMjUwNTIxMTg1MDA5WjAMMAoGA1UdFQQDCgEBMDICExQAFGjqXoyIkRTJuhcAAgAUaOoXDTI1MDUyMTE4NTAwOVowDDAKBgNVHRUEAwoBATAyAhMUAA/7tZXSYarv74PmAAIAD/u1Fw0yNTA1MjExODMxMjBaMAwwCgYDVR0VBAMKAQEwMgITFAAP+7Q4olO/F0pHdQACAA/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YwACABaQ/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bAAIAEw8BFw0yNTA1MjcxNzMzNTdaMAwwCgYDVR0VBAMKAQEwMgITFAATDwDayn4ScA1tTwACABMPABcNMjUwNTI3MTczMzU3WjAMMAoGA1UdFQQDCgEBMDICExQAGN2AEnggsPwfjGQAAgAY3YAXDTI1MDUyNzE3MTM1NlowDDAKBgNVHRUEAwoBBTAyAhMUABPGkw9dHUGu/W/rAAIAE8aTFw0yNTA1MjcxNzA4NTZaMAwwCgYDVR0VBAMKAQEwMgITFAATxpI274IIZZBoYAACABPGkhcNMjUwNTI3MTcwODU2WjAMMAoGA1UdFQQDCgEBMDICExQAEgAid/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pOt1/npkiAAIAFmTyFw0yNTA1MjcxMzU2MDdaMAwwCgYDVR0VBAMKAQUwMgITFAAY3llqaHHM1Dd7CQACABjeWRcNMjUwNTI3MDYxMDA3WjAMMAoGA1UdFQQDCgEBMDICExQAGN5YAXH5CQx5vKoAAgAY3lgXDTI1MDUyNzA2MTAwNlowDDAKBgNVHRUEAwoBATAyAhMUABjgW/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FkiZAMOmpGAAIAFssfFw0yNTA1MjYxNTMyMzNaMAwwCgYDVR0VBAMKAQEwMgITFAAX+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CB2zu8uMAAgARW1kXDTI1MDUyNjE0MjEyNVowDDAKBgNVHRUEAwoBATAyAhMUABFbWFZ0cM4gy60jAAIAEVtYFw0yNTA1MjYxNDIxMjVaMAwwCgYDVR0VBAMKAQEwMgITFAAURuTNGh4TCLyTbwACABRG5BcNMjUwNTI2MDQzMDE5WjAMMAoGA1UdFQQDCgEFMDICExQAFcGk5iFbMvaMp7sAAgAVwaQXDTI1MDUyNjA0MDYwNFowDDAKBgNVHRUEAwoBATAyAhMUABXBo5fk+81JQAJNAAIAFcGjFw0yNTA1MjYwNDA2MDRaMAwwCgYDVR0VBAMKAQEwMgITFAAV3aB6TtlHUphBKgACABXdoBcNMjUwNTI2MDQwNTIxWjAMMAoGA1UdFQQDCgEBMDICExQAFd2fMVAcXjqZ3aEAAgAV3Z8XDTI1MDUyNjA0MDUyMVowDDAKBgNVHRUEAwoBATAyAhMUABRyhwkNo2EKsg/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SEAAIAGPCaFw0yNTA1MzAxNDQ0MjRaMAwwCgYDVR0VBAMKAQEwMgITFAAY8JmpiWCqyIZzUQACABjwmRcNMjUwNTMwMTQ0NDI0WjAMMAoGA1UdFQQDCgEBMDICExQAFha/TJjyUPG6l+kAAgAWFr8XDTI1MDUzMDEzNDQ0N1owDDAKBgNVHRUEAwoBATAyAhMUABYWvuRgpmE9VBOeAAIAFha+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xoXDTI1MDYwNTIyNDAxOFowDDAKBgNVHRUEAwoBBTAyAhMUABeSqzS7glXDnB9rAAIAF5KrFw0yNTA2MDUyMjAwMzlaMAwwCgYDVR0VBAMKAQEwMgITFAAXkqpBjd10cQbqjgACABeSqhcNMjUwNjA1MjIwMDM5WjAMMAoGA1UdFQQDCgEBMDICExQAErQw2PSevaY8TTkAAgAStDAXDTI1MDYwNTIxNDIwNVowDDAKBgNVHRUEAwoBATAyAhMUABK0L44/A308RhwwAAIAErQvFw0yNTA2MDUyMTQyMDVaMAwwCgYDVR0VBAMKAQEwMgITFAAVY6VKtSqXexE+2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vgAAgAWtUsXDTI1MDYwNDE2MzUzNVowDDAKBgNVHRUEAwoBBTAyAhMUABkAG/Uq3vI+60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SyxsI3dpQKAAIAExVjFw0yNTA2MTAxNTI3NTFaMAwwCgYDVR0VBAMKAQEwMgITFAATFWJhlO0ZvCjfmwACABMVYhcNMjUwNjEwMTUyNzUxWjAMMAoGA1UdFQQDCgEBMDICExQAFPznMBMZtK+djVcAAgAU/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PiwACABLtIRcNMjUwNjEwMDQyMjA1WjAMMAoGA1UdFQQDCgEBMDICExQAEu0gB8v6pSbHHqYAAgAS7SAXDTI1MDYxMDA0MjIwNVowDDAKBgNVHRUEAwoBATAyAhMUABMoQc/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PzOWyo2mJs+AAIAGC38Fw0yNTA2MTcxNTI0MzVaMAwwCgYDVR0VBAMKAQEwMgITFAAYLfvPP1Nq5arbDwACABgt+xcNMjUwNjE3MTUyNDM1WjAMMAoGA1UdFQQDCgEBMDICExQAELNzgz4cv6/MoyUAAgAQs3MXDTI1MDYxNzA0MDQ0NlowDDAKBgNVHRUEAwoBATAyAhMUABCzchfs5KL4BOi2AAIAELNyFw0yNTA2MTcwNDA0NDZaMAwwCgYDVR0VBAMKAQEwMgITFAAXOOV9weYUrICUiAACABc45RcNMjUwNjE3MDQwNDM2WjAMMAoGA1UdFQQDCgEBMDICExQAFzjk+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icmXuS7ax8AAgAVxNgXDTI1MDYxNjIyMDUzN1owDDAKBgNVHRUEAwoBATAyAhMUABXE1yIf306IyG6sAAIAFcTXFw0yNTA2MTYyMjA0MDBaMAwwCgYDVR0VBAMKAQUwMgITFAAV7xx2d/vSpSnAnQACABXvHBcNMjUwNjE2MjEwNTM4WjAMMAoGA1UdFQQDCgEFMDICExQAGPglRoZ5aQSXvoYAAgAY+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B6vVuEv/U4K3YAAgAX4HoXDTI1MDYxNjE2MDM1N1owDDAKBgNVHRUEAwoBATAyAhMUABfgeSMsl6yXiej3AAIAF+B5Fw0yNTA2MTYxNjAzNTdaMAwwCgYDVR0VBAMKAQEwMgITFAASkA4kzCbxI9EusAACABKQDhcNMjUwNjE2MTUxNzAyWjAMMAoGA1UdFQQDCgEBMDICExQAEpANd3j5+gwhqAEAAgASkA0XDTI1MDYxNjE1MTcwMlowDDAKBgNVHRUEAwoBATAyAhMUABCQMv/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AAIAGOPyFw0yNTA2MjQxMjM3MzFaMAwwCgYDVR0VBAMKAQUwMgITFAATqvAP6bmPsTzfUgACABOq8BcNMjUwNjI0MDM1MjIwWjAMMAoGA1UdFQQDCgEFMDICExQAF8kkxQDjpINYGmAAAgAXySQXDTI1MDYyMzIzNTMxM1owDDAKBgNVHRUEAwoBATAyAhMUABfJJVc7o/U6909lAAIAF8klFw0yNTA2MjMyMzUzMTNaMAwwCgYDVR0VBAMKAQEwMgITFAAXNSiHFnk/4p/Z+QACABc1KBcNMjUwNjIzMjI1NzEwWjAMMAoGA1UdFQQDCgEFMDICExQAGTkGRLyDAV/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YUxM/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OHzwACABQ6DhcNMjUwNjI3MTk1NzA1WjAMMAoGA1UdFQQDCgEBMDICExQAFKUShVXV0Ds4JDAAAgAUpRIXDTI1MDYyNzE5NDQyM1owDDAKBgNVHRUEAwoBBTAyAhMUABfu5+zAyFmSaNw7AAIAF+7nFw0yNTA2MjcxOTM5MjlaMAwwCgYDVR0VBAMKAQEwMgITFAAX7uZctnkij6Tm4gACABfu5hcNMjUwNjI3MTkzOTI5WjAMMAoGA1UdFQQDCgEBMDICExQAF9xI40bPxQyyzV8AAgAX3EgXDTI1MDYyNzE5MDAxM1owDDAKBgNVHRUEAwoBATAyAhMUABfcR/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hcNMjUwNjI3MTcyNjA0WjAMMAoGA1UdFQQDCgEBMDICExQAE275kuUO0L3uaXYAAgATbvkXDTI1MDYyNzE3MjYwNFowDDAKBgNVHRUEAwoBATAyAhMUABc3a0x/XkUP+B7fAAIAFzdrFw0yNTA2MjcxNzAxMDhaMAwwCgYDVR0VBAMKAQEwMgITFAAXN2o3DqbvBjKVOAACABc3ahcNMjUwNjI3MTcwMTA4WjAMMAoGA1UdFQQDCgEBMDICExQAFZORuA6OJvVfrwoAAgAVk5EXDTI1MDYyNzE2NTMzNVowDDAKBgNVHRUEAwoBATAyAhMUABWTkAiAm/viitmAAAIAFZOQFw0yNTA2MjcxNjUzMzVaMAwwCgYDVR0VBAMKAQEwMgITFAAQdN0c+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CHAAIAFzvBFw0yNTA3MDIyMTUyMzRaMAwwCgYDVR0VBAMKAQUwMgITFAAZWl/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D0lm1PsxAACABWWzRcNMjUwNzE2MjAxMjA4WjAMMAoGA1UdFQQDCgEBMDICExQAEJk/SJAWN1Dd7uMAAgAQmT8XDTI1MDcxNjE5MjkzN1owDDAKBgNVHRUEAwoBATAyAhMUABCZPkMG8+EN0uAdAAIAEJk+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GCPoj8AAAgAYMm4XDTI1MDcxNjE3Mjc1M1owDDAKBgNVHRUEAwoBATAyAhMUABgybUujSPrO20Q3AAIAGDJtFw0yNTA3MTYxNzI3NTNaMAwwCgYDVR0VBAMKAQEwMgITFAAWIQXJDuxcWs+hhAACABYhBRcNMjUwNzE2MTcwMjE2WjAMMAoGA1UdFQQDCgEBMDICExQAFiEEyV2w13+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EWFw0yNTA3MTYwNDAyMDZaMAwwCgYDVR0VBAMKAQEwMgITFAAT8RXPn/2YZFcaEgACABPxFRcNMjUwNzE2MDQwMjA2WjAMMAoGA1UdFQQDCgEBMDICExQAEwSSKgzbDRKOeCgAAgATBJIXDTI1MDcxNjAyMjAxOVowDDAKBgNVHRUEAwoBBTAyAhMUABABU+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Fw0yNTA3MTUwMDEyMzlaMAwwCgYDVR0VBAMKAQUwMgITFAAXn78EdqhjYrMfkQACABefvxcNMjUwNzE0MjMxNjUwWjAMMAoGA1UdFQQDCgEFMDICExQAFyD/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EVx0QACABVbJBcNMjUwNzE0MjExNTQ2WjAMMAoGA1UdFQQDCgEBMDICExQAGXsoJ5yBXDYp1YMAAgAZeygXDTI1MDcxNDIwMzIzOFowDDAKBgNVHRUEAwoBATAyAhMUABl7JyDSg/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4wACABkMpRcNMjUwNzIzMjEzNzI3WjAMMAoGA1UdFQQDCgEFMDICExQAEu238R9Az3VrdZgAAgAS7bcXDTI1MDcyMzIxMjMzN1owDDAKBgNVHRUEAwoBATAyAhMUABLttgunarGp/puzAAIAEu22Fw0yNTA3MjMyMTIzMzdaMAwwCgYDVR0VBAMKAQEwMgITFAAWpOUgUhNusfKKqAACABak5RcNMjUwNzIzMjEyMTAyWjAMMAoGA1UdFQQDCgEFMDICExQAEpJ2OvxUXg+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AAAgAXZfcXDTI1MDcyMzE3MjM1M1owDDAKBgNVHRUEAwoBBTAyAhMUABW18By7PWdcEy6aAAIAFbXwFw0yNTA3MjMxNzE5NDBaMAwwCgYDVR0VBAMKAQEwMgITFAAVte6tmCHtu/FRfAACABW17hcNMjUwNzIzMTcxOTQwWjAMMAoGA1UdFQQDCgEBMDICExQAGZUO07UI0yZn/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W7/y279h1sAAIAEOyPFw0yNTA3MjIyMDAwMjJaMAwwCgYDVR0VBAMKAQEwMgITFAAVdGS5Tgy/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R7qU7x/AAIAE/ZuFw0yNTA3MjIxNzE2MjVaMAwwCgYDVR0VBAMKAQEwMgITFAAT9m0lZ/iDQN/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9W2fHI8lmrPGAAIAF3/1Fw0yNTA4MDUxNTU3NDVaMAwwCgYDVR0VBAMKAQUwMgITFAAWgVKUBjO/PV8ehQACABaBUhcNMjUwODA1MTU1MjMxWjAMMAoGA1UdFQQDCgEBMDICExQAFoFRi++gbMwCgvMAAgAWgVEXDTI1MDgwNTE1NTIzMVowDDAKBgNVHRUEAwoBATAyAhMUABO+W5cGGLpuP6TLAAIAE75bFw0yNTA4MDUxNTI5NTlaMAwwCgYDVR0VBAMKAQEwMgITFAATvloH3PyGLFc90wACABO+WhcNMjUwODA1MTUyOTU5WjAMMAoGA1UdFQQDCgEBMDICExQAGYiig55Aj+muGwcAAgAZiKIXDTI1MDgwNTE1MjkxNFowDDAKBgNVHRUEAwoBBTAyAhMUABm1S/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0AAgAV9YEXDTI1MDgwNTA0MDMzMFowDDAKBgNVHRUEAwoBATAyAhMUABlizdt0qYea/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ZEV0Q2dPAAIAEyjxFw0yNTA4MDQxNjI1MDVaMAwwCgYDVR0VBAMKAQEwMgITFAATKPAQs/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+1xNAACABWy2hcNMjUwODA4MjExNjQwWjAMMAoGA1UdFQQDCgEBMDICExQAGcXz49og1PeGQbsAAgAZxfMXDTI1MDgwODIxMTQyOFowDDAKBgNVHRUEAwoBATAyAhMUABnF8iCsF0L/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+2/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D3AAIAF5WSFw0yNTA4MDcyMDU4MzNaMAwwCgYDVR0VBAMKAQEwMgITFAAZwXt8RICiUX1s9wACABnBexcNMjUwODA3MjA0NTMyWjAMMAoGA1UdFQQDCgEBMDICExQAGcF6yYHli8f5kQMAAgAZwXoXDTI1MDgwNzIwNDUzMlowDDAKBgNVHRUEAwoBATAyAhMUABE4Cb4WJXTZgmz/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0AAIAGdapFw0yNTA4MTUwNjEwMTFaMAwwCgYDVR0VBAMKAQEwMgITFAAX5w/Fz7lnT/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nwAAgAU7LYXDTI1MDgxMzIwMTE0NVowDDAKBgNVHRUEAwoBBTAyAhMUABLoI2URwSoP8wFnAAIAEugjFw0yNTA4MTMxOTUzNTdaMAwwCgYDVR0VBAMKAQEwMgITFAAS6CLHTlvwAzQ+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H4r3EAAgASTvIXDTI1MDgyMjE5MjMwN1owDDAKBgNVHRUEAwoBATAyAhMUABJO8WCnd+npWhAfAAIAEk7xFw0yNTA4MjIxOTIzMDdaMAwwCgYDVR0VBAMKAQEwMgITFAATDddRF6Abm5AiaQACABMN1xcNMjUwODIyMTg1MjE0WjAMMAoGA1UdFQQDCgEBMDICExQAEw3W9TXw9XL4fREAAgATDdYXDTI1MDgyMjE4NTIxNFowDDAKBgNVHRUEAwoBATAyAhMUABT2ciKh3Ga+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ZyBcNMjUwOTAyMTQzMTI0WjAMMAoGA1UdFQQDCgEBMDICExQAD9nHscS+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Y2AAIAETjAFw0yNTA5MDIxNDAyNThaMAwwCgYDVR0VBAMKAQEwMgITFAAaBhQOjS/uVaG+VgACABoGFBcNMjUwOTAyMDYxMDEyWjAMMAoGA1UdFQQDCgEBMDICExQAGgYTEmiENjemyIQAAgAaBhMXDTI1MDkwMjA2MTAxMVowDDAKBgNVHRUEAwoBATAyAhMUABoEWGZCZZwpMd0wAAIAGgRYFw0yNTA5MDIwNjEwMDlaMAwwCgYDVR0VBAMKAQEwMgITFAAaBFc/rDbRFhKcCAACABoEVxcNMjUwOTAyMDYxMDA4WjAMMAoGA1UdFQQDCgEBMDICExQAEZNpF1jb+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K48/En2MzwACABgdjxcNMjUwOTAyMDQwMjMwWjAMMAoGA1UdFQQDCgEBMDICExQAEuIxKd30S7p3ZwEAAgAS4jEXDTI1MDkwMjA0MDEyOFowDDAKBgNVHRUEAwoBATAyAhMUABLiMGb/Tt1avjFZAAIAEuIwFw0yNTA5MDIwNDAxMjhaMAwwCgYDVR0VBAMKAQEwMgITFAAZanV+5OgKaR8+mAACABlqdRcNMjUwOTAyMDEzODI2WjAMMAoGA1UdFQQDCgEFMDICExQAE1m1XAb7/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u/lj4AAgAaGtoXDTI1MDkwOTA1NTM0MVowDDAKBgNVHRUEAwoBBTAyAhMUABLSCJxgOHNHFPetAAIAEtIIFw0yNTA5MDkwNDAyMzFaMAwwCgYDVR0VBAMKAQEwMgITFAAS0gcxDmeV5/prrQACABLSBxcNMjUwOTA5MDQwMjMxWjAMMAoGA1UdFQQDCgEBMDICExQAGCBctxKOu/oqkNIAAgAYIFwXDTI1MDkwOTAzMzkzOVowDDAKBgNVHRUEAwoBBTAyAhMUABocIwh4LWIw4/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WqRUSSgACABoI1hcNMjUwOTA4MDE1NTM0WjAMMAoGA1UdFQQDCgEFMDICExQAEqEtoQ0/N/HmeKMAAgASoS0XDTI1MDkwODAxMDUyMFowDDAKBgNVHRUEAwoBATAyAhMUABKhLu2ySbez6INfAAIAEqEuFw0yNTA5MDgwMTA1MjBaMAwwCgYDVR0VBAMKAQEwMgITFAAXVP5oycgxRDRIrQACABdU/hcNMjUwOTA3MTk0MzI2WjAMMAoGA1UdFQQDCgEFMDICExQAEfJnAAb0MgI/VkgAAgAR8mcXDTI1MDkwNzE3NDExN1owDDAKBgNVHRUEAwoBBTAyAhMUABSU5cKsmBSLadmRAAIAFJTlFw0yNTA5MDcxMzM5MDRaMAwwCgYDVR0VBAMKAQUwMgITFAAXEvq9ZIAGjUxn2wACABcS+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DDUoDO2m+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HvCxN/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vVfuaKD+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UXDTI1MDkxNjE3MDE0NVowDDAKBgNVHRUEAwoBATAyAhMUABMH9C9yQay9ltzzAAIAEwf0Fw0yNTA5MTYxNzAxNDVaMAwwCgYDVR0VBAMKAQEwMgITFAAZXjhd60pBdxKhfgACABleOBcNMjUwOTE2MTY0NDMxWjAMMAoGA1UdFQQDCgEBMDICExQAGV439+vWQn13EZYAAgAZXjcXDTI1MDkxNjE2NDQzMFowDDAKBgNVHRUEAwoBATAyAhMUABounanFof8rqiXpAAIAGi6dFw0yNTA5MTYxNjQxNDZaMAwwCgYDVR0VBAMKAQEwMgITFAAaLpzYxyvBfKbjeAACABounBcNMjUwOTE2MTY0MTQ2WjAMMAoGA1UdFQQDCgEBMDICExQAECXLSiyThB/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+7do5G5XKwAAgAXRbAXDTI1MDkyMTE5MjUwOFowDDAKBgNVHRUEAwoBBTAyAhMUAA/yusVQBkWTti0cAAIAD/K6Fw0yNTA5MjExNzQyMjRaMAwwCgYDVR0VBAMKAQUwMgITFAAUR/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HAfEEH+04F1owACABn8cBcNMjUwOTE5MTc1NDEwWjAMMAoGA1UdFQQDCgEBMDICExQAGfxvEhtGF/+IsuYAAgAZ/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R3CPjtwQbQQ0IAAgAX9HcXDTI1MDkyNzE2NDQyMFowDDAKBgNVHRUEAwoBBTAyAhMUABeCiByPnaiZhCalAAIAF4KIFw0yNTA5MjcxMTM5MDlaMAwwCgYDVR0VBAMKAQUwMgITFAAV4P1tT68fGIgEzwACABXg/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Fw0yNTA5MjYyMTE4MTNaMAwwCgYDVR0VBAMKAQEwMgITFAAS+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dgAAgAUQlYXDTI1MTAwMjAwNTY0MVowDDAKBgNVHRUEAwoBBTAyAhMUABefD3CT+MJAuTkTAAIAF58PFw0yNTEwMDIwMDMzMDJaMAwwCgYDVR0VBAMKAQUwMgITFAAXCpdB89ZdDgcrXAACABcKlxcNMjUxMDAyMDAwMjM3WjAMMAoGA1UdFQQDCgEBMDICExQAFwqW6ewppTWpPpoAAgAXCpYXDTI1MTAwMjAwMDIzN1owDDAKBgNVHRUEAwoBATAyAhMUABHXfdPSK5OPNLoVAAIAEdd9Fw0yNTEwMDEyMTAzMDlaMAwwCgYDVR0VBAMKAQEwMgITFAAR13xyUx/tfI0qzgACABHXfBcNMjUxMDAxMjEwMzA5WjAMMAoGA1UdFQQDCgEBMDICExQAFzrAWVGQfwOQxkMAAgAXOsAXDTI1MTAwMTIwNDYwOFowDDAKBgNVHRUEAwoBATAyAhMUABc6v8R6f2yFw23yAAIAFzq/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qF/DU0sAAgAaPq4XDTI1MDkzMDE5NDcyMVowDDAKBgNVHRUEAwoBBTAyAhMUAA/b1yGzA+LSF9xYAAIAD9vXFw0yNTA5MzAxOTQ2MzhaMAwwCgYDVR0VBAMKAQEwMgITFAAP29aTBlsCa0LH3gACAA/b1hcNMjUwOTMwMTk0NjM3WjAMMAoGA1UdFQQDCgEBMDICExQAGlf/dRSdv0kKHQIAAgAaV/8XDTI1MDkzMDE5MTM0OVowDDAKBgNVHRUEAwoBATAyAhMUABpX/h+xVhBARyerAAIAGlf+Fw0yNTA5MzAxOTEzNDlaMAwwCgYDVR0VBAMKAQEwMgITFAAVk7/oAoYVRwldggACABWTvxcNMjUwOTMwMTgyMDM1WjAMMAoGA1UdFQQDCgEBMDICExQAFZO+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OAAIAFr2VFw0yNTA5MzAxNzI0MjFaMAwwCgYDVR0VBAMKAQEwMgITFAAaV0H4cRgz28ZcdAACABpXQRcNMjUwOTMwMTcyMDM5WjAMMAoGA1UdFQQDCgEBMDICExQAGldAS2O4FTdzT30AAgAaV0AXDTI1MDkzMDE3MjAzOVowDDAKBgNVHRUEAwoBATAyAhMUABGMN0oB2CRbuZZDAAIAEYw3Fw0yNTA5MzAxNzE1MzJaMAwwCgYDVR0VBAMKAQEwMgITFAARjDYCK/7HEH/SIwACABGMNhcNMjUwOTMwMTcxNTMyWjAMMAoGA1UdFQQDCgEBMDICExQAGhz+nSjetiYt9OsAAgAaHP4XDTI1MDkzMDE2NTkzMFowDDAKBgNVHRUEAwoBBTAyAhMUABVvul3Vg8yUeYJ2AAIAFW+6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gACABm9KxcNMjUxMDA2MjA1MDQ1WjAMMAoGA1UdFQQDCgEBMDICExQAGb0qKQew4qU7ZvgAAgAZvSoXDTI1MTAwNjIwNTA0NVowDDAKBgNVHRUEAwoBATAyAhMUABUJJZBZ1pNXc1aLAAIAFQklFw0yNTEwMDYyMDM5NTBaMAwwCgYDVR0VBAMKAQUwMgITFAAQUBItuwB5zmri0gACABBQEhcNMjUxMDA2MTkzODIzWjAMMAoGA1UdFQQDCgEBMDICExQAEFARvKpLh/t1GigAAgAQUBEXDTI1MTAwNjE5MzgyM1owDDAKBgNVHRUEAwoBATAyAhMUABgOvpPNk2Au7mrFAAIAGA6+Fw0yNTEwMDYxODQ5MTZaMAwwCgYDVR0VBAMKAQUwMgITFAAUXFdaG1skGmnzKQACABRcVxcNMjUxMDA2MTg0NTM4WjAMMAoGA1UdFQQDCgEFMDICExQAF9/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nKLAAIAElFZFw0yNTEwMDYxMjM1NTJaMAwwCgYDVR0VBAMKAQEwMgITFAAVWNCxs7CwKscHkAACABVY0BcNMjUxMDA2MTIxNDQ4WjAMMAoGA1UdFQQDCgEFMDICExQAGlGY9YK2shw4NRUAAgAaUZgXDTI1MTAwNjA0MjAyM1owDDAKBgNVHRUEAwoBBTAyAhMUABmKYx6XDp3uai5FAAIAGYpjFw0yNTEwMDYwMzI3MDJaMAwwCgYDVR0VBAMKAQUwMgITFAAYMb/pkscPncyvHAACABgxvxcNMjUxMDA2MDMwMTMyWjAMMAoGA1UdFQQDCgEFMDICExQAGK8svFGA+H19GjQAAgAYrywXDTI1MTAwNjAyMTAxNVowDDAKBgNVHRUEAwoBBTAyAhMUABOX1N7qAJ/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ePAACABdeoxcNMjUxMDEzMjA1ODU2WjAMMAoGA1UdFQQDCgEFMDICExQAEKjflYlhw1XxFWcAAgAQqN8XDTI1MTAxMzIwNDAyNlowDDAKBgNVHRUEAwoBATAyAhMUABCo3mIIBQRG12oIAAIAEKjeFw0yNTEwMTMyMDQwMjRaMAwwCgYDVR0VBAMKAQEwMgITFAAUjiTY9IqZKd0+AwACABSOJBcNMjUxMDEzMjAzNTU2WjAMMAoGA1UdFQQDCgEFMDICExQAFmjIl+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1Tfkfxx0bgAAIAF6krFw0yNTEwMTMxNTIzMThaMAwwCgYDVR0VBAMKAQEwMgITFAAXqSqZtvpBywKP5QACABepKhcNMjUxMDEzMTUyMzE4WjAMMAoGA1UdFQQDCgEBMDICExQAFCfwH0G5O533te8AAgAUJ/AXDTI1MTAxMzE1MjEyOVowDDAKBgNVHRUEAwoBATAyAhMUABQn7zt2n7J0clMZAAIAFCfvFw0yNTEwMTMxNTIxMjlaMAwwCgYDVR0VBAMKAQEwMgITFAAZ0x7IZfpGgIbuRAACABnTHhcNMjUxMDEzMTUxMjA0WjAMMAoGA1UdFQQDCgEBMDICExQAGdMdObDe6+iKoJAAAgAZ0x0XDTI1MTAxMzE1MTIwNFowDDAKBgNVHRUEAwoBATAyAhMUABp0Eg+4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uswACABpLohcNMjUxMDEyMTUwODE4WjAMMAoGA1UdFQQDCgEFMDICExQAFjPnsJ870KO8VZoAAgAWM+cXDTI1MTAxMjE0NTkxMVowDDAKBgNVHRUEAwoBATAyAhMUABYz5leNlr2sDeijAAIAFjPmFw0yNTEwMTIxNDU5MTFaMAwwCgYDVR0VBAMKAQEwMgITFAAY4qBarPKBbbrpwQACABjioBcNMjUxMDEyMTM1NDMwWjAMMAoGA1UdFQQDCgEFMDICExQAF9vVtQ06s6qBWMwAAgAX29UXDTI1MTAxMjA3NTEwN1owDDAKBgNVHRUEAwoBBTAyAhMUABctyTqsCKO8/LbGAAIAFy3JFw0yNTEwMTIwMzQ2MDlaMAwwCgYDVR0VBAMKAQUwMgITFAAZtHSr35q1NR3EIwACABm0dBcNMjUxMDEyMDA1NDM1WjAMMAoGA1UdFQQDCgEFMDICExQAFqRXCwjOA/po5+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bEFw0yNTEwMTkxOTMzMTFaMAwwCgYDVR0VBAMKAQUwMgITFAAaNcJ1DpPAWNOmcwACABo1whcNMjUxMDE5MTkzMTM2WjAMMAoGA1UdFQQDCgEFMDICExQAF/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H4gzkBIqAAIAFZwTFw0yNTEwMTgxOTEzMTVaMAwwCgYDVR0VBAMKAQUwMgITFAAVzIETtb+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XgQfXiLALtAACABB4LxcNMjUxMDE3MTkyMjA4WjAMMAoGA1UdFQQDCgEBMDICExQAEHguVdz6fXhHAA0AAgAQeC4XDTI1MTAxNzE5MjIwN1owDDAKBgNVHRUEAwoBATAyAhMUABjD0Rh4ijDcCgqRAAIAGMPRFw0yNTEwMTcxODE5MzZaMAwwCgYDVR0VBAMKAQUwMgITFAAXOKK1spU5ZjHy3gACABc4ohcNMjUxMDE3MTgwMjAxWjAMMAoGA1UdFQQDCgEFMDICExQAE/2JHnvhp+dfJI4AAgAT/YkXDTI1MTAxNzE2MjExNFowDDAKBgNVHRUEAwoBBTAyAhMUABKMjvkJVk2XELUaAAIAEoyOFw0yNTEwMTcxNTU5MDhaMAwwCgYDVR0VBAMKAQEwMgITFAASjI0QjCfZg4HE2wACABKMjRcNMjUxMDE3MTU1OTA4WjAMMAoGA1UdFQQDCgEBMDICExQAGiLnIq6Yn+1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O73QVHQSmdgACABqdvxcNMjUxMDI0MTk0MDM2WjAMMAoGA1UdFQQDCgEFMDICExQAFHT5g27NPpDIG4AAAgAUdPkXDTI1MTAyNDE4MjQ0OVowDDAKBgNVHRUEAwoBATAyAhMUABR0+ImtjjVbsMjmAAIAFHT4Fw0yNTEwMjQxODI0NDlaMAwwCgYDVR0VBAMKAQEwMgITFAAToOngyT0JKv+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tBC1ZblgAAgAY2hoXDTI1MTAyMzIxMjgyMVowDDAKBgNVHRUEAwoBATAyAhMUABjaGVE/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qRcNMjUxMDI4MDQwNzA5WjAMMAoGA1UdFQQDCgEBMDICExQAGH6oIrkdaJ4eZCoAAgAYfqgXDTI1MTAyODA0MDcwOVowDDAKBgNVHRUEAwoBATAyAhMUABPNlyIQbHxOAixzAAIAE82XFw0yNTEwMjgwNDA1MjZaMAwwCgYDVR0VBAMKAQEwMgITFAATzZa8klBlej+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AAIAGkIBFw0yNTExMDEwNDEwMjRaMAwwCgYDVR0VBAMKAQEwMgITFAAaQgAT6MgEbmE4JwACABpCABcNMjUxMTAxMDQxMDI0WjAMMAoGA1UdFQQDCgEBMDICExQAF/EdYAkIBUFhZuwAAgAX8R0XDTI1MTEwMTA0MTAwNFowDDAKBgNVHRUEAwoBATAyAhMUABfxHJPHub1Cpi/iAAIAF/EcFw0yNTExMDEwNDEwMDRaMAwwCgYDVR0VBAMKAQEwMgITFAAZUI8XigMxbRaasQACABlQjxcNMjUxMTAxMDQwOTQzWjAMMAoGA1UdFQQDCgEBMDICExQAGVCOhay+8qeFBu8AAgAZUI4XDTI1MTEwMTA0MDk0M1owDDAKBgNVHRUEAwoBATAyAhMUABBIGHCzGkMcRORKAAIAEEgYFw0yNTExMDEwNDA5MzdaMAwwCgYDVR0VBAMKAQEwMgITFAAQSBey7kX/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qc/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39NQBSyDnsAAgAWsWQXDTI1MTExMTIwMDIyNVowDDAKBgNVHRUEAwoBATAyAhMUABaxY6SEHRdj6NmxAAIAFrFjFw0yNTExMTEyMDAyMjVaMAwwCgYDVR0VBAMKAQEwMgITFAAYg+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DS/0qnp7W9AAIAGNePFw0yNTExMTAyMzM3MjhaMAwwCgYDVR0VBAMKAQUwMgITFAAZHv2Q8lR11kSzWgACABke/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ZJ9jsxxsKAAIAGO/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EAAgAW+mIXDTI1MTExMzIxMDMwOVowDDAKBgNVHRUEAwoBATAyAhMUABb6YUECu5AySyQbAAIAFvphFw0yNTExMTMyMTAzMDlaMAwwCgYDVR0VBAMKAQEwMgITFAAVIj0xljMUGw/pRwACABUiPRcNMjUxMTEzMjA1NzAxWjAMMAoGA1UdFQQDCgEFMDICExQAETvRhV8lAHQiGYIAAgARO9EXDTI1MTExMzE5NTQ0MlowDDAKBgNVHRUEAwoBATAyAhMUABE70GeW3VxFeQq1AAIAETvQFw0yNTExMTMxOTU0NDJaMAwwCgYDVR0VBAMKAQEwMgITFAAX43vxESpC3SJI0gACABfjexcNMjUxMTEzMTkzODI5WjAMMAoGA1UdFQQDCgEBMDICExQAF+N6eC3dI/8Esu4AAgAX43oXDTI1MTExMzE5MzgyOVowDDAKBgNVHRUEAwoBATAyAhMUABcnvSqGKAWvVAz/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O1bJ0AAgAYzxkXDTI1MTExMzE4MDQyMlowDDAKBgNVHRUEAwoBBTAyAhMUABhfWp/RBFHZWapAAAIAGF9aFw0yNTExMTMxNzQ5MzVaMAwwCgYDVR0VBAMKAQUwMgITFAAarQqQoF03cZG9JAACABqtChcNMjUxMTEzMTcxNzI4WjAMMAoGA1UdFQQDCgEBMDICExQAGq0J6r5Ac++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Z81lKQAAgAYjvoXDTI1MTExODE1MzAwNFowDDAKBgNVHRUEAwoBBTAyAhMUABrpneaom08u+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MTnrU5QfAAIAFA5yFw0yNTExMjIwMTE5NDdaMAwwCgYDVR0VBAMKAQUwMgITFAAU4rlhqsFjeAy55AACABTiuRcNMjUxMTIxMjMyODU1WjAMMAoGA1UdFQQDCgEFMDICExQAGNwesAbnepwC1UgAAgAY3B4XDTI1MTEyMTIzMDcyNFowDDAKBgNVHRUEAwoBBTAyAhMUABjdrvtcCkkjNHvUAAIAGN2uFw0yNTExMjEyMTM1NDlaMAwwCgYDVR0VBAMKAQUwMgITFAAXkdRHi+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hjrNceMwqAAIAGwSXFw0yNTExMjYxNzI4NDRaMAwwCgYDVR0VBAMKAQEwMgITFAAXCd8ta8EVeLlKRgACABcJ3xcNMjUxMTI2MTcxMDM2WjAMMAoGA1UdFQQDCgEFMDICExQAGvepQXgFbKpjTqEAAgAa96kXDTI1MTEyNjE2NTE1NlowDDAKBgNVHRUEAwoBBTAyAhMUABUwCO2H8o+xoLLGAAIAFTAIFw0yNTExMjYxNjI3MTVaMAwwCgYDVR0VBAMKAQEwMgITFAAVMAfOF0H+5qz3NQACABUwBxcNMjUxMTI2MTYyNzE1WjAMMAoGA1UdFQQDCgEBMDICExQAEEc4+2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+6W3B3cwAAgAWTqEXDTI1MTIwMjIwMDY1NVowDDAKBgNVHRUEAwoBBTAyAhMUAA/0SACL/v73WKTAAAIAD/RIFw0yNTEyMDIxOTUxMTNaMAwwCgYDVR0VBAMKAQEwMgITFAAP9Ed0x0PRSeCsOAACAA/0RxcNMjUxMjAyMTk1MTEzWjAMMAoGA1UdFQQDCgEBMDICExQAFhBGZBgv61U5tQkAAgAWEEYXDTI1MTIwMjE5NDcyNlowDDAKBgNVHRUEAwoBATAyAhMUABYQRaujWQbHrRr3AAIAFhBFFw0yNTEyMDIxOTQ3MjZaMAwwCgYDVR0VBAMKAQEwMgITFAAYiMB9fyL17v3vdwACABiIwBcNMjUxMjAyMTkxODA3WjAMMAoGA1UdFQQDCgEBMDICExQAGIi/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clGkA0N8gwqqAACABH9yRcNMjUxMjAyMTcyMTQ4WjAMMAoGA1UdFQQDCgEFMDICExQAGHVARvnPd6aPjpcAAgAYdUAXDTI1MTIwMjE3MDYyOVowDDAKBgNVHRUEAwoBBTAyAhMUABrre37T5r/MjdtOAAIAGut7Fw0yNTEyMDIxNzAyMTJaMAwwCgYDVR0VBAMKAQUwMgITFAAYtx5myMveofcZzwACABi3HhcNMjUxMjAyMTcwMTQ2WjAMMAoGA1UdFQQDCgEFMDICExQAFloss7v+ddup2BMAAgAWWiwXDTI1MTIwMjE2MzkyNFowDDAKBgNVHRUEAwoBATAyAhMUABZaKygaE+hEoh3AAAIAFlorFw0yNTEyMDIxNjM5MjRaMAwwCgYDVR0VBAMKAQEwMgITFAASKCoVa+wwSwz/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mWqReCQvqez4AAIAGv6ZFw0yNTEyMDIxMjI0NDlaMAwwCgYDVR0VBAMKAQUwMgITFAAaOpM7ZFtMH25zigACABo6kxcNMjUxMjAyMDg1NTM0WjAMMAoGA1UdFQQDCgEFMDICExQAF7U6cklkJxXCoiIAAgAXtToXDTI1MTIwMjA1MzY0NVowDDAKBgNVHRUEAwoBBTAyAhMUABsPi9Ka4iy4rD3AAAIAGw+LFw0yNTEyMDIwNDM0MTlaMAwwCgYDVR0VBAMKAQUwMgITFAAW/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3MjyAAIAGw/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lCG/AgACABgKmBcNMjUxMjA1MjA1MTM1WjAMMAoGA1UdFQQDCgEFMDICExQAF4VKzX7e+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AACABZYEBcNMjUxMjA0MjA1MzA5WjAMMAoGA1UdFQQDCgEBMDICExQAFlgPjOtMh+Z3AQ0AAgAWWA8XDTI1MTIwNDIwNTMwOVowDDAKBgNVHRUEAwoBATAyAhMUABWgnQru9+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ebuHNh8ECEAAAgARz78XDTI1MTIwNDE4MDA0OVowDDAKBgNVHRUEAwoBATAyAhMUABHPvoRPLWYC5rBpAAIAEc++Fw0yNTEyMDQxODAwNDhaMAwwCgYDVR0VBAMKAQEwMgITFAAPuu61t49BoFIM6QACAA+67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2+x65+8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abYAAgAY4qQXDTI1MTIwOTIwNTQyOVowDDAKBgNVHRUEAwoBBTAyAhMUABsQLNp+Vhq1QiffAAIAGxAsFw0yNTEyMDkyMDQzNDdaMAwwCgYDVR0VBAMKAQUwMgITFAAPm0sBwYeuCclKtQACAA+bSxcNMjUxMjA5MjA0MTAwWjAMMAoGA1UdFQQDCgEBMDICExQAD5tKmiH1eKyLe2wAAgAPm0oXDTI1MTIwOTIwNDEwMFowDDAKBgNVHRUEAwoBATAyAhMUABXEBnxSinq/k/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BcNMjUxMjA5MjAwODIwWjAMMAoGA1UdFQQDCgEFMDICExQAFHIz6JPcKUpWWOwAAgAUcjMXDTI1MTIwOTE5NDYxMFowDDAKBgNVHRUEAwoBATAyAhMUABRyMrNmrTWS44IxAAIAFHIyFw0yNTEyMDkxOTQ2MTBaMAwwCgYDVR0VBAMKAQEwMgITFAAbJb+CcR3JmPAv0AACABslvxcNMjUxMjA5MTkyODUzWjAMMAoGA1UdFQQDCgEBMDICExQAGyW+8+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AAIAGKH0Fw0yNTEyMDkxNjQ2NDJaMAwwCgYDVR0VBAMKAQUwMgITFAAYBnkDWnggz7n+gAACABgGeRcNMjUxMjA5MTYwODEzWjAMMAoGA1UdFQQDCgEFMDICExQAEduRi19L74lB0VYAAgAR25EXDTI1MTIwOTE1MTUxMlowDDAKBgNVHRUEAwoBATAyAhMUABHbkJelFBo8G+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AcagACABa0uhcNMjUxMjE1MTkzMDQ1WjAMMAoGA1UdFQQDCgEBMDICExQAGG4cFo7ne0+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zZ0C576yWgFEAAgATH/MXDTI1MTIxNTA0MDYyNFowDDAKBgNVHRUEAwoBATAyAhMUABMf8l2vjdycwdSNAAIAEx/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leAAIAFstgFw0yNTEyMTgyMjQ0NTZaMAwwCgYDVR0VBAMKAQEwMgITFAAWy18ADclOsAEetQACABbLXxcNMjUxMjE4MjI0NDU2WjAMMAoGA1UdFQQDCgEBMDICExQAGKKPQwbWMJ+ffV0AAgAYoo8XDTI1MTIxODIyMzU0MFowDDAKBgNVHRUEAwoBBTAyAhMUAA+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SfTu+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HAAIAEUvOFw0yNTEyMTgwMjAxMTZaMAwwCgYDVR0VBAMKAQUwMgITFAAVd3MCzwLXeuNONAACABV3cxcNMjUxMjE4MDEyOTM2WjAMMAoGA1UdFQQDCgEFMDICExQAFA0KeVqEzSsE+noAAgAUDQoXDTI1MTIxODAxMDUyMVowDDAKBgNVHRUEAwoBATAyAhMUABQNC9GxAa7oVoRwAAIAFA0LFw0yNTEyMTgwMTA1MjFaMAwwCgYDVR0VBAMKAQEwMgITFAAY03MhyxHjLWqC1gACABjTcxcNMjUxMjE3MjM0MjQyWjAMMAoGA1UdFQQDCgEFMDICExQAE/3DjC0U7HQJr3wAAgAT/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+6SIoctsMy7nqAAIAEj7pFw0yNTEyMTcyMTI0NTBaMAwwCgYDVR0VBAMKAQEwMgITFAASPuhgusYZKENS4wACABI+6BcNMjUxMjE3MjEyNDUwWjAMMAoGA1UdFQQDCgEBMDICExQAGz4bKScW1cxvksMAAgAbPhsXDTI1MTIxNzIxMTkyN1owDDAKBgNVHRUEAwoBBTAyAhMUABrjKRDGuB1NI2gvAAIAGuMpFw0yNTEyMTcyMTE1NDFaMAwwCgYDVR0VBAMKAQUwMgITFAAXTPFSUW1n/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+7g1KYqX5hJAACABs9fxcNMjUxMjE3MTg0MzU2WjAMMAoGA1UdFQQDCgEFMDICExQAGzzP45gFNNk5pbAAAgAbPM8XDTI1MTIxNzE4Mzg1MFowDDAKBgNVHRUEAwoBBTAyAhMUABm0TnnpUeUsV1nNAAIAGbROFw0yNTEyMTcxODMwNThaMAwwCgYDVR0VBAMKAQUwMgITFAAWQBqi0fZTe0j7VwACABZAGhcNMjUxMjE3MTcyNzA4WjAMMAoGA1UdFQQDCgEBMDICExQAFkAZ/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AAIAFRkoFw0yNTEyMjcxMjI5MzRaMAwwCgYDVR0VBAMKAQUwMgITFAAVEjgsA85TH/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vwACABWGrBcNMjUxMjI2MTU1MDQ0WjAMMAoGA1UdFQQDCgEBMDICExQAFYarD2Or+xRTlTkAAgAVhqsXDTI1MTIyNjE1NTA0NFowDDAKBgNVHRUEAwoBATAyAhMUABrNSG5hRpR/UoWCAAIAGs1IFw0yNTEyMjYxNTUwMTdaMAwwCgYDVR0VBAMKAQEwMgITFAAazUcYF60R45lULAACABrNRxcNMjUxMjI2MTU1MDE3WjAMMAoGA1UdFQQDCgEBMDICExQAFXy+vFCQz0/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H5nQEAAgAXL0oXDTI2MDEwNDE1MjUzMVowDDAKBgNVHRUEAwoBBTAyAhMUABtbkzk1Fg1ojOshAAIAG1uTFw0yNjAxMDQxMzQ0MzBaMAwwCgYDVR0VBAMKAQUwMgITFAAYwearJBqeW1W51AACABjB5hcNMjYwMTA0MTMzOTMxWjAMMAoGA1UdFQQDCgEFMDICExQAFonwJFf/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oAAIAETZoFw0yNjAxMDMyMjE0NDhaMAwwCgYDVR0VBAMKAQUwMgITFAASyIewSal9sRUJagACABLIhxcNMjYwMTAzMTk1MjMxWjAMMAoGA1UdFQQDCgEFMDICExQAGG4Dtf3kTzOnVe8AAgAYbgMXDTI2MDEwMzE4MzYwMlowDDAKBgNVHRUEAwoBBTAyAhMUABoU6Pl7DPAUNnO3AAIAGhToFw0yNjAxMDMxNzUxMjhaMAwwCgYDVR0VBAMKAQUwMgITFAAaZ7jMlvWaQ/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fUVhb92Pz0gACABkX/xcNMjYwMTEzMTI0NzU4WjAMMAoGA1UdFQQDCgEBMDICExQAGRf+JhPHrXwDfnwAAgAZF/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i8UAAgAa+tUXDTI2MDExMzAyMDU1NlowDDAKBgNVHRUEAwoBBTAyAhMUABPGcCAngqOQeyCvAAIAE8ZwFw0yNjAxMTMwMTEzNDdaMAwwCgYDVR0VBAMKAQUwMgITFAAZ9VeCO/PTKykj+AACABn1VxcNMjYwMTEzMDA1ODUyWjAMMAoGA1UdFQQDCgEFMDICExQAFHGWJlcRJ/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OmWdkg/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Y+pmg1XjecAAgAYWycXDTI2MDExMDA0MjQxN1owDDAKBgNVHRUEAwoBBTAyAhMUABIUBXu8PnSlrvgEAAIAEhQFFw0yNjAxMTAwNDE2MjJaMAwwCgYDVR0VBAMKAQEwMgITFAASFAQUn7lwMbyimwACABIUBBcNMjYwMTEwMDQxNjIyWjAMMAoGA1UdFQQDCgEBMDICExQAFX8dBziS01vFtNsAAgAVfx0XDTI2MDExMDA0MTMwMlowDDAKBgNVHRUEAwoBATAyAhMUABV/HIg+i6Mgz6DoAAIAFX8cFw0yNjAxMTAwNDEzMDFaMAwwCgYDVR0VBAMKAQEwMgITFAAa5+7UN1M6TmN1ngACABrn7hcNMjYwMTEwMDQxMTE5WjAMMAoGA1UdFQQDCgEBMDICExQAGuftckggGR8R1h0AAgAa5+0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DYSL+BaT0jgACABXJ/xcNMjYwMTE2MTQzOTQ5WjAMMAoGA1UdFQQDCgEBMDICExQAG2LVcq/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oS4AAgATKZwXDTI2MDExNTIxNTMzNlowDDAKBgNVHRUEAwoBBTAyAhMUABDFfOIreK386siVAAIAEMV8Fw0yNjAxMTUyMTQ1MjFaMAwwCgYDVR0VBAMKAQEwMgITFAAQxXt+U5HzP7Ra+AACABDFexcNMjYwMTE1MjE0NTIxWjAMMAoGA1UdFQQDCgEBMDICExQAFG9y0nFE+5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+2xcNMjYwMTIxMTYyODA1WjAMMAoGA1UdFQQDCgEBMDICExQAGL7a+2Y94RXajpgAAgAYvtoXDTI2MDEyMTE2MjgwNVowDDAKBgNVHRUEAwoBATAyAhMUABX14mw12TsYj+/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JgwACABlhYRcNMjYwMTIwMTk1MDEwWjAMMAoGA1UdFQQDCgEBMDICExQAEd335qVydu7da8oAAgAR3fcXDTI2MDEyMDE5NDU0M1owDDAKBgNVHRUEAwoBATAyAhMUABHd9qi/R4De6q+DAAIAEd32Fw0yNjAxMjAxOTQ1NDNaMAwwCgYDVR0VBAMKAQEwMgITFAAQH61PLiSZz/HC0wACABAfrRcNMjYwMTIwMTk0MzMzWjAMMAoGA1UdFQQDCgEBMDICExQAEB+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htSnkmsuAAIAFHVYFw0yNjAxMjQwNDEyNDRaMAwwCgYDVR0VBAMKAQEwMgITFAAPySf6IgPU29rb/gACAA/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jnLfbjt8CwkAAgAYm34XDTI2MDEyNDAyMzQ1OVowDDAKBgNVHRUEAwoBBTAyAhMUABdPutSBmYQQNqz6AAIAF0+6Fw0yNjAxMjQwMjAzNTFaMAwwCgYDVR0VBAMKAQUwMgITFAAX3eeM0ARHGGyRXwACABfd5xcNMjYwMTIzMjMwMDMxWjAMMAoGA1UdFQQDCgEFMDICExQAGQWoJorv54xhZC8AAgAZBagXDTI2MDEyMzIyMTkyMFowDDAKBgNVHRUEAwoBBTAyAhMUABqGIXneQioslvtJAAIAGoYhFw0yNjAxMjMyMTUxNDRaMAwwCgYDVR0VBAMKAQEwMgITFAAahiAJtuQwkRI6/AACABqGIBcNMjYwMTIzMjE1MTQ0WjAMMAoGA1UdFQQDCgEBMDICExQAF/GOr9/QLDs8GYUAAgAX8Y4XDTI2MDEyMzIxNDIzNVowDDAKBgNVHRUEAwoBBTAyAhMUABh4O+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xcNMjYwMTI4MDc1NDM5WjAMMAoGA1UdFQQDCgEFMDICExQAGhtd5Ra4FS+J6zkAAgAaG10XDTI2MDEyODA1MTg0N1owDDAKBgNVHRUEAwoBBTAyAhMUABCs6z+mQRPvXYb7AAIAEKzrFw0yNjAxMjgwNDEwMTdaMAwwCgYDVR0VBAMKAQEwMgITFAAQrOpoFufCuvbTFQACABCs6hcNMjYwMTI4MDQxMDE3WjAMMAoGA1UdFQQDCgEBMDICExQAGmpTmsVXbFcG8/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YfssHjAAIAEF+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tOodWux/jwIUAAgAbr60XDTI2MDEyNzE3NTQxMlowDDAKBgNVHRUEAwoBATAyAhMUABuvlvHBrSKCd9SGAAIAG6+WFw0yNjAxMjcxNzQ2NDJaMAwwCgYDVR0VBAMKAQEwMgITFAAbrGk+R/+JXtvmQgACABusaRcNMjYwMTI3MTc0NjQyWjAMMAoGA1UdFQQDCgEBMDICExQAG6zsxx5k0z61WsAAAgAbrOwXDTI2MDEyNzE3NDY0MlowDDAKBgNVHRUEAwoBATAyAhMUABQfWmq/MVcgKcS+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bHRcNMjYwMTI3MTcwODU1WjAMMAoGA1UdFQQDCgEBMDICExQAD9scCiER6/tPpdUAAgAP2xwXDTI2MDEyNzE3MDg1NVowDDAKBgNVHRUEAwoBATAyAhMUABuFuw91D/ux/+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+0qZdw2gACABcCRBcNMjYwMTMxMTkzODMyWjAMMAoGA1UdFQQDCgEBMDICExQAFm+9Zf2inX6F/NEAAgAWb70XDTI2MDEzMTE3NTQyMlowDDAKBgNVHRUEAwoBATAyAhMUABZvvEAgv8E51W1pAAIAFm+8Fw0yNjAxMzExNzU0MjJaMAwwCgYDVR0VBAMKAQEwMgITFAAT1g1mxb4aU8/tUQACABPWDRcNMjYwMTMxMTc0MDIyWjAMMAoGA1UdFQQDCgEBMDICExQAE9YM0Cv9rAsHbUsAAgAT1gwXDTI2MDEzMTE3NDAyMlowDDAKBgNVHRUEAwoBATAyAhMUABuNHf41U/42oHVRAAIAG40dFw0yNjAxMzExNjExNDZaMAwwCgYDVR0VBAMKAQEwMgITFAAbjRxyYMpm/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+5nAitxyT9o1ywACABD7mRcNMjYwMTMwMTYyMTA0WjAMMAoGA1UdFQQDCgEBMDICExQAFYhaPnc01uNmG6EAAgAViFoXDTI2MDEzMDE2MTY1N1owDDAKBgNVHRUEAwoBBTAyAhMUABRkAMAHBR1qfOQRAAIAFGQAFw0yNjAxMzAxNjA0NTNaMAwwCgYDVR0VBAMKAQEwMgITFAAUY/+/QEgYQaV2HwACABRj/xcNMjYwMTMwMTYwNDUyWjAMMAoGA1UdFQQDCgEBMDICExQAGpYzgvvprtHNGqQAAgAaljMXDTI2MDEzMDE1NDM1NFowDDAKBgNVHRUEAwoBATAyAhMUABqWMrbDAHS5hmTEAAIAGpYyFw0yNjAxMzAxNTQzNTRaMAwwCgYDVR0VBAMKAQEwMgITFAAYsB+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UAAgAUHE8XDTI2MDEzMDE1MTcwN1owDDAKBgNVHRUEAwoBATAyAhMUABQcTmkZ+JUY8+0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</xd:EncapsulatedCRLValue>
              <xd:EncapsulatedCRLValue>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</xd:EncapsulatedCRLValue>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xVecFrwh+yP6NiIdMHxuGOWVIUh41np3rM2bUF4VU4ACBC7vvQ8YDzIwMjYwNjE5MjIyMDU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</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8qDByh20r0/AEK5dJuyb3EIvtmMcELvTDDLj6jx2HPA=</DigestValue>
    </Reference>
    <Reference Type="http://www.w3.org/2000/09/xmldsig#Object" URI="#idOfficeObject">
      <DigestMethod Algorithm="http://www.w3.org/2001/04/xmlenc#sha256"/>
      <DigestValue>aAQqf4Ij/3orSPM/UbMFb1a9LzyqP4GAg3IbItfx1VQ=</DigestValue>
    </Reference>
    <Reference Type="http://uri.etsi.org/01903#SignedProperties" URI="#idSignedProperties">
      <Transforms>
        <Transform Algorithm="http://www.w3.org/TR/2001/REC-xml-c14n-20010315"/>
      </Transforms>
      <DigestMethod Algorithm="http://www.w3.org/2001/04/xmlenc#sha256"/>
      <DigestValue>bChOBC9xwqNxb+P+e+bPEGXSDopkGuIjQPOtjfcblA4=</DigestValue>
    </Reference>
  </SignedInfo>
  <SignatureValue>fr7eHkU8ZRqksn8QDW1mzOME8stAWB1OkghNbbNqxwpbMyrU5GYMd8yeKxXgqvJNDa/pO5Op7uMt
K9e//vhJVpBgAeAIPsF/bdW9Xz5z2tyQlx9aHYvnXjYxxOCyslVnqFjgh0TM+RH09zP5KTS/Su/o
Oh9/qxSzEMBJX6P8r5qZEpFjKdXgbd96QNordRW9FtyPzfwg5NGT2CdtdEcNbC/fYp+BHO0RiGFp
moy6QR8RkrQvWJKfibHObap8J2rjcIgRqMVl6IbTBtOk9xaL44cBv4D6FzNl+Af760TpcN33B00s
DOdB9+GRfzLYjd9EgXRqD8nsV4GGgn6zdqw3ag==</SignatureValue>
  <KeyInfo>
    <X509Data>
      <X509Certificate>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HpRD2RRB498dnEfdlMjdBWjfyvi7mS4fVzbBWSE+zfXYrmWDkv5FdXuj8uydnxhZTw++insfpSlG00GOA/Wbm4IhtlVDZ71X6fDCEjaP3HDys7JIdX56Cl2dRUA70mwyxI7iNwQxB0zk1PdpzSUSmpEAZhFd1xtiLikankJrfu+nTXAW2AkK7JILorC1O8yoNnTXk8L/CIvtnUOcShhFWUD6TzPGdKqp5gRoNseCdhAgmBmK15dBl8i1PSlBc7S3AZl9lw+ty1/Wm07ghZ8q00qJ7cjV+Ugh8cuRF8hYX+FjYF3i4dKzLFIQRFJ9G3Cl4lv0kzRpLpJG77frk2ORo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dry+ISeeZTib1Ye00ey6Qvq0nhs3XOtMQL8UOWilsCs=</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IX+b9+mmBrCz9HOwJw6jQ3iCroRo+aP5TJeY3/4hpOs=</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1/04/xmlenc#sha256"/>
        <DigestValue>IX+b9+mmBrCz9HOwJw6jQ3iCroRo+aP5TJeY3/4hpOs=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Transform>
          <Transform Algorithm="http://www.w3.org/TR/2001/REC-xml-c14n-20010315"/>
        </Transforms>
        <DigestMethod Algorithm="http://www.w3.org/2001/04/xmlenc#sha256"/>
        <DigestValue>Zcxg4LQFPVZerdbvsRJHXhEK+IX1f3K08fgQsXDr+zc=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8"/>
          </Transform>
          <Transform Algorithm="http://www.w3.org/TR/2001/REC-xml-c14n-20010315"/>
        </Transforms>
        <DigestMethod Algorithm="http://www.w3.org/2001/04/xmlenc#sha256"/>
        <DigestValue>Zcxg4LQFPVZerdbvsRJHXhEK+IX1f3K08fgQsXDr+zc=</DigestValue>
      </Reference>
      <Reference URI="/word/document.xml?ContentType=application/vnd.openxmlformats-officedocument.wordprocessingml.document.main+xml">
        <DigestMethod Algorithm="http://www.w3.org/2001/04/xmlenc#sha256"/>
        <DigestValue>z5IkBRCe8oQAxOrJzBoJQdXEr7wRFgZjKvL8ZVjfsBg=</DigestValue>
      </Reference>
      <Reference URI="/word/endnotes.xml?ContentType=application/vnd.openxmlformats-officedocument.wordprocessingml.endnotes+xml">
        <DigestMethod Algorithm="http://www.w3.org/2001/04/xmlenc#sha256"/>
        <DigestValue>DvN4ts+hlMfsUmGztxQF1TWkIRLX8jF9O150CNES9rM=</DigestValue>
      </Reference>
      <Reference URI="/word/fontTable.xml?ContentType=application/vnd.openxmlformats-officedocument.wordprocessingml.fontTable+xml">
        <DigestMethod Algorithm="http://www.w3.org/2001/04/xmlenc#sha256"/>
        <DigestValue>b0kQT0LF4k9+Q2EoRy77BCibFRGE3Gg2KsjNzNBybDY=</DigestValue>
      </Reference>
      <Reference URI="/word/footer1.xml?ContentType=application/vnd.openxmlformats-officedocument.wordprocessingml.footer+xml">
        <DigestMethod Algorithm="http://www.w3.org/2001/04/xmlenc#sha256"/>
        <DigestValue>+4tX3+zSR0X2yRgQGy9lUuWxTm7lPXzUEERnExp5SIw=</DigestValue>
      </Reference>
      <Reference URI="/word/footer2.xml?ContentType=application/vnd.openxmlformats-officedocument.wordprocessingml.footer+xml">
        <DigestMethod Algorithm="http://www.w3.org/2001/04/xmlenc#sha256"/>
        <DigestValue>m2bdiAZYdw4Y714N3KcbI/ByPYy2vgunJvhWRlj6PB8=</DigestValue>
      </Reference>
      <Reference URI="/word/footer3.xml?ContentType=application/vnd.openxmlformats-officedocument.wordprocessingml.footer+xml">
        <DigestMethod Algorithm="http://www.w3.org/2001/04/xmlenc#sha256"/>
        <DigestValue>hTd1aW2TnFOe3nAqQmpzfGeHmakebJ2GRcwYiqmbO7M=</DigestValue>
      </Reference>
      <Reference URI="/word/footnotes.xml?ContentType=application/vnd.openxmlformats-officedocument.wordprocessingml.footnotes+xml">
        <DigestMethod Algorithm="http://www.w3.org/2001/04/xmlenc#sha256"/>
        <DigestValue>lvv1JqVxJVwyCzfc6aiL+39DjeMG+2feAjUzEaMjOj0=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pBGFimNv9JL5mUyrDmh6lacwlj49FSUkH56NA8HxgO8=</DigestValue>
      </Reference>
      <Reference URI="/word/glossary/fontTable.xml?ContentType=application/vnd.openxmlformats-officedocument.wordprocessingml.fontTable+xml">
        <DigestMethod Algorithm="http://www.w3.org/2001/04/xmlenc#sha256"/>
        <DigestValue>b0kQT0LF4k9+Q2EoRy77BCibFRGE3Gg2KsjNzNBybDY=</DigestValue>
      </Reference>
      <Reference URI="/word/glossary/settings.xml?ContentType=application/vnd.openxmlformats-officedocument.wordprocessingml.settings+xml">
        <DigestMethod Algorithm="http://www.w3.org/2001/04/xmlenc#sha256"/>
        <DigestValue>1bT3J0gQ5gvvzxHdC/9iJM2FvLWMvzn6T0VGCEDmpKM=</DigestValue>
      </Reference>
      <Reference URI="/word/glossary/styles.xml?ContentType=application/vnd.openxmlformats-officedocument.wordprocessingml.styles+xml">
        <DigestMethod Algorithm="http://www.w3.org/2001/04/xmlenc#sha256"/>
        <DigestValue>BmL6wGfPW8VisyGj7VXOwTNHdJouyeANqouOVvS6unc=</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uGtzBatC4yKxOVFEKDAWOqySqiZiBQT06LJlb+Ga/2s=</DigestValue>
      </Reference>
      <Reference URI="/word/header2.xml?ContentType=application/vnd.openxmlformats-officedocument.wordprocessingml.header+xml">
        <DigestMethod Algorithm="http://www.w3.org/2001/04/xmlenc#sha256"/>
        <DigestValue>Es1NNz304MsOAqkJYUKUeLc3tYoURAZKtnkpYcBcruo=</DigestValue>
      </Reference>
      <Reference URI="/word/media/image1.png?ContentType=image/png">
        <DigestMethod Algorithm="http://www.w3.org/2001/04/xmlenc#sha256"/>
        <DigestValue>/2igGQRmXCxo7zLqzYJUwTD6vK8odIIArIh2sEbYrXA=</DigestValue>
      </Reference>
      <Reference URI="/word/media/image10.png?ContentType=image/png">
        <DigestMethod Algorithm="http://www.w3.org/2001/04/xmlenc#sha256"/>
        <DigestValue>495WZhwMyrwvuQFG8wzM3XUTDr4a2YVsuCmE1XKhiEg=</DigestValue>
      </Reference>
      <Reference URI="/word/media/image11.svg?ContentType=image/svg+xml">
        <DigestMethod Algorithm="http://www.w3.org/2001/04/xmlenc#sha256"/>
        <DigestValue>4VL/NnwEYPP9KW1/9KZpJf02eLZ5xzOjbGkX3G276TY=</DigestValue>
      </Reference>
      <Reference URI="/word/media/image12.png?ContentType=image/png">
        <DigestMethod Algorithm="http://www.w3.org/2001/04/xmlenc#sha256"/>
        <DigestValue>GM6f759CpweftE3moQxYxSjnBlU9o8xRHyJT1vbCLJI=</DigestValue>
      </Reference>
      <Reference URI="/word/media/image13.svg?ContentType=image/svg+xml">
        <DigestMethod Algorithm="http://www.w3.org/2001/04/xmlenc#sha256"/>
        <DigestValue>RGy52InbrXCWWKeagu4O2LLaSdGXGD3zKqGGArdssdA=</DigestValue>
      </Reference>
      <Reference URI="/word/media/image14.png?ContentType=image/png">
        <DigestMethod Algorithm="http://www.w3.org/2001/04/xmlenc#sha256"/>
        <DigestValue>4MEvG/Z8Z5q/eTLC1X1uYt3UoV7KckqgoLqfFur13MA=</DigestValue>
      </Reference>
      <Reference URI="/word/media/image2.jpeg?ContentType=image/jpeg">
        <DigestMethod Algorithm="http://www.w3.org/2001/04/xmlenc#sha256"/>
        <DigestValue>H3TOxbLaqZpg2R/iWSxfq9YRR+MdonK45F2FnTLyQ+E=</DigestValue>
      </Reference>
      <Reference URI="/word/media/image3.jpg?ContentType=image/jpeg">
        <DigestMethod Algorithm="http://www.w3.org/2001/04/xmlenc#sha256"/>
        <DigestValue>JKYR50LBxthZpfO34vA8b5uN61bNyXocSwT0x1FaI8o=</DigestValue>
      </Reference>
      <Reference URI="/word/media/image4.jpg?ContentType=image/jpeg">
        <DigestMethod Algorithm="http://www.w3.org/2001/04/xmlenc#sha256"/>
        <DigestValue>I+uzhnDC+O6IvtRPuA1gXMmmiz311mYVPyfPreMwBno=</DigestValue>
      </Reference>
      <Reference URI="/word/media/image5.jpg?ContentType=image/jpeg">
        <DigestMethod Algorithm="http://www.w3.org/2001/04/xmlenc#sha256"/>
        <DigestValue>8S9mfI7vYs5anltbKu+iU7LC6cqBhIHXY+Em32EXABs=</DigestValue>
      </Reference>
      <Reference URI="/word/media/image6.jpeg?ContentType=image/jpeg">
        <DigestMethod Algorithm="http://www.w3.org/2001/04/xmlenc#sha256"/>
        <DigestValue>H3TOxbLaqZpg2R/iWSxfq9YRR+MdonK45F2FnTLyQ+E=</DigestValue>
      </Reference>
      <Reference URI="/word/media/image6.png?ContentType=image/png">
        <DigestMethod Algorithm="http://www.w3.org/2001/04/xmlenc#sha256"/>
        <DigestValue>1YHlgAMbSxWsQouhi5PJvbgX6S9YSlIQDNsbh59O8mk=</DigestValue>
      </Reference>
      <Reference URI="/word/media/image7.jpeg?ContentType=image/jpeg">
        <DigestMethod Algorithm="http://www.w3.org/2001/04/xmlenc#sha256"/>
        <DigestValue>JKYR50LBxthZpfO34vA8b5uN61bNyXocSwT0x1FaI8o=</DigestValue>
      </Reference>
      <Reference URI="/word/media/image7.svg?ContentType=image/svg+xml">
        <DigestMethod Algorithm="http://www.w3.org/2001/04/xmlenc#sha256"/>
        <DigestValue>fA5/xp7lMj9ohuM9HiwSbBnSXnONnXKg/Nce1yValq0=</DigestValue>
      </Reference>
      <Reference URI="/word/media/image8.jpeg?ContentType=image/jpeg">
        <DigestMethod Algorithm="http://www.w3.org/2001/04/xmlenc#sha256"/>
        <DigestValue>I+uzhnDC+O6IvtRPuA1gXMmmiz311mYVPyfPreMwBno=</DigestValue>
      </Reference>
      <Reference URI="/word/media/image8.png?ContentType=image/png">
        <DigestMethod Algorithm="http://www.w3.org/2001/04/xmlenc#sha256"/>
        <DigestValue>i7Ogckxf+Q6ue49YrZNoa/2QgPJFfd1IGrP88/SKjx8=</DigestValue>
      </Reference>
      <Reference URI="/word/media/image9.jpeg?ContentType=image/jpeg">
        <DigestMethod Algorithm="http://www.w3.org/2001/04/xmlenc#sha256"/>
        <DigestValue>8S9mfI7vYs5anltbKu+iU7LC6cqBhIHXY+Em32EXABs=</DigestValue>
      </Reference>
      <Reference URI="/word/media/image9.svg?ContentType=image/svg+xml">
        <DigestMethod Algorithm="http://www.w3.org/2001/04/xmlenc#sha256"/>
        <DigestValue>3DPSAUOlM0cW5Or2JSH9Th8Kc3s5ZpH8RMY2KADFWoo=</DigestValue>
      </Reference>
      <Reference URI="/word/numbering.xml?ContentType=application/vnd.openxmlformats-officedocument.wordprocessingml.numbering+xml">
        <DigestMethod Algorithm="http://www.w3.org/2001/04/xmlenc#sha256"/>
        <DigestValue>9nTITvFr+VjjzGbQ7LFTR7xJ2Q/YRHRW5YYtrZDr/TE=</DigestValue>
      </Reference>
      <Reference URI="/word/settings.xml?ContentType=application/vnd.openxmlformats-officedocument.wordprocessingml.settings+xml">
        <DigestMethod Algorithm="http://www.w3.org/2001/04/xmlenc#sha256"/>
        <DigestValue>iTd2tBF6/OYpmplA4zXfzglAyxbUqR5so95P8C/5cdo=</DigestValue>
      </Reference>
      <Reference URI="/word/styles.xml?ContentType=application/vnd.openxmlformats-officedocument.wordprocessingml.styles+xml">
        <DigestMethod Algorithm="http://www.w3.org/2001/04/xmlenc#sha256"/>
        <DigestValue>dht3rZld4FYHzkd7wMy6pNCPzYOiZcEUDMF94KNxGvA=</DigestValue>
      </Reference>
      <Reference URI="/word/theme/theme1.xml?ContentType=application/vnd.openxmlformats-officedocument.theme+xml">
        <DigestMethod Algorithm="http://www.w3.org/2001/04/xmlenc#sha256"/>
        <DigestValue>qU3uxoX5aqe0QNlFV0I0IBZeEghaHEvniet64B41Jlk=</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2026-06-22T17:01:09Z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2026-06-22T17:01:09Z</xd:SigningTime>
          <xd:SigningCertificate>
            <xd:Cert>
              <xd:CertDigest>
                <DigestMethod Algorithm="http://www.w3.org/2001/04/xmlenc#sha256"/>
                <DigestValue>CfsQFwMEgXO9WeF7pVVr2sWLz/Oqn3U3kKP5he05JTs=</DigestValue>
              </xd:CertDigest>
              <xd:IssuerSerial>
                <X509IssuerName>CN=CA SINPE - PERSONA FISICA v2, OU=DIVISION SISTEMAS DE PAGO, O=BANCO CENTRAL DE COSTA RICA, C=CR, SERIALNUMBER=CPJ-4-000-004017</X509IssuerName>
                <X509SerialNumber>446022276299736214210590662666608791755532882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7xfVC/AJruXh9J156OR/IeaOsqEwE4OrxvZuxfWjeVICBC74O3wYDzIwMjYwNjIyMTcwMTE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Hi9ksxzJV93AYXbFObWytNwZBLg=</xd:ByKey>
                  </xd:ResponderID>
                  <xd:ProducedAt>2026-06-22T15:06:29Z</xd:ProducedAt>
                </xd:OCSPIdentifier>
                <xd:DigestAlgAndValue>
                  <DigestMethod Algorithm="http://www.w3.org/2001/04/xmlenc#sha256"/>
                  <DigestValue>cBhnr+QaDYbucOCzMrflM1a0KP3qGfWyp/Qe7cqDS2A=</DigestValue>
                </xd:DigestAlgAndValue>
              </xd:OCSPRef>
            </xd:OCSPRefs>
            <xd:CRLRefs>
              <xd:CRLRef>
                <xd:DigestAlgAndValue>
                  <DigestMethod Algorithm="http://www.w3.org/2001/04/xmlenc#sha256"/>
                  <DigestValue>YA/HoZn4Eq8lAcMlTXUazbonXAFOlnXV9nRewS8SIzM=</DigestValue>
                </xd:DigestAlgAndValue>
                <xd:CRLIdentifier>
                  <xd:Issuer>CN=CA POLITICA PERSONA FISICA - COSTA RICA v2, OU=DCFD, O=MICITT, C=CR, SERIALNUMBER=CPJ-2-100-098311</xd:Issuer>
                  <xd:IssueTime>2026-05-15T15:09:53Z</xd:IssueTime>
                </xd:CRLIdentifier>
              </xd:CRLRef>
              <xd:CRLRef>
                <xd:DigestAlgAndValue>
                  <DigestMethod Algorithm="http://www.w3.org/2001/04/xmlenc#sha256"/>
                  <DigestValue>2Xq9MvwWWfNMB/lONSxhbrFi+tkU+63+UCKHM1hooXk=</DigestValue>
                </xd:DigestAlgAndValue>
                <xd:CRLIdentifier>
                  <xd:Issuer>CN=CA RAIZ NACIONAL - COSTA RICA v2, C=CR, O=MICITT, OU=DCFD, SERIALNUMBER=CPJ-2-100-098311</xd:Issuer>
                  <xd:IssueTime>2026-03-20T18:09:42Z</xd:IssueTime>
                </xd:CRLIdentifier>
              </xd:CRLRef>
            </xd:CRLRefs>
          </xd:CompleteRevocationRefs>
          <xd:RevocationValues>
            <xd:OCSPValues>
              <xd:EncapsulatedOCSPValue>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</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WaEPi1G6tSjsOdby+tT+xIwCYslqNejOwyn8IaB83mACBC74O30YDzIwMjYwNjIyMTcwMTE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o" ma:contentTypeID="0x01010081213504DCEC274A87CCA407C1957B05" ma:contentTypeVersion="11" ma:contentTypeDescription="Crear nuevo documento." ma:contentTypeScope="" ma:versionID="fe4b18aa29a12021b105bed765c0e85a">
  <xsd:schema xmlns:xsd="http://www.w3.org/2001/XMLSchema" xmlns:xs="http://www.w3.org/2001/XMLSchema" xmlns:p="http://schemas.microsoft.com/office/2006/metadata/properties" xmlns:ns2="d311705c-0f47-4d53-8c0c-8b3392f6ccf6" targetNamespace="http://schemas.microsoft.com/office/2006/metadata/properties" ma:root="true" ma:fieldsID="f6c43da59b0285ae69f8f2558e6cb780" ns2:_="">
    <xsd:import namespace="d311705c-0f47-4d53-8c0c-8b3392f6ccf6"/>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1705c-0f47-4d53-8c0c-8b3392f6ccf6"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vento xmlns="d311705c-0f47-4d53-8c0c-8b3392f6ccf6">
      <Url xsi:nil="true"/>
      <Description xsi:nil="true"/>
    </Evento>
    <Estado xmlns="d311705c-0f47-4d53-8c0c-8b3392f6ccf6">Activo</Estado>
    <IdSession xmlns="d311705c-0f47-4d53-8c0c-8b3392f6ccf6">9c1e812c-bc39-489f-938e-606eef</IdSession>
    <IdEvento xmlns="d311705c-0f47-4d53-8c0c-8b3392f6ccf6">2026013417</IdEvent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D1B0C7-39E9-4ADB-A0B7-E17A125653EA}"/>
</file>

<file path=customXml/itemProps2.xml><?xml version="1.0" encoding="utf-8"?>
<ds:datastoreItem xmlns:ds="http://schemas.openxmlformats.org/officeDocument/2006/customXml" ds:itemID="{5F2D5DAF-7458-4933-A72C-70A43860A1CB}"/>
</file>

<file path=customXml/itemProps3.xml><?xml version="1.0" encoding="utf-8"?>
<ds:datastoreItem xmlns:ds="http://schemas.openxmlformats.org/officeDocument/2006/customXml" ds:itemID="{C4675F91-EF2E-473C-8D6F-9421AE628834}">
  <ds:schemaRefs>
    <ds:schemaRef ds:uri="http://schemas.microsoft.com/office/2006/metadata/properties"/>
    <ds:schemaRef ds:uri="http://schemas.microsoft.com/office/infopath/2007/PartnerControls"/>
    <ds:schemaRef ds:uri="ef69d38d-c069-47fd-a86d-65acf93227a5"/>
  </ds:schemaRefs>
</ds:datastoreItem>
</file>

<file path=customXml/itemProps4.xml><?xml version="1.0" encoding="utf-8"?>
<ds:datastoreItem xmlns:ds="http://schemas.openxmlformats.org/officeDocument/2006/customXml" ds:itemID="{BDE05013-D4AF-2647-BF8B-CE2726767A8B}">
  <ds:schemaRefs>
    <ds:schemaRef ds:uri="http://schemas.openxmlformats.org/officeDocument/2006/bibliography"/>
  </ds:schemaRefs>
</ds:datastoreItem>
</file>

<file path=customXml/itemProps5.xml><?xml version="1.0" encoding="utf-8"?>
<ds:datastoreItem xmlns:ds="http://schemas.openxmlformats.org/officeDocument/2006/customXml" ds:itemID="{4ABF380A-812C-4E44-8D8E-D42A5E8F0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44</Pages>
  <Words>14310</Words>
  <Characters>81000</Characters>
  <Application>Microsoft Office Word</Application>
  <DocSecurity>0</DocSecurity>
  <Lines>4263</Lines>
  <Paragraphs>2324</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92986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SGF-RES-0021-2026.docx</dc:title>
  <dc:subject/>
  <dc:creator>JOVEL PINEDA PATRICIA</dc:creator>
  <cp:keywords/>
  <dc:description/>
  <cp:lastModifiedBy>JOVEL PINEDA PATRICIA</cp:lastModifiedBy>
  <cp:revision>2</cp:revision>
  <dcterms:created xsi:type="dcterms:W3CDTF">2026-06-19T19:21:00Z</dcterms:created>
  <dcterms:modified xsi:type="dcterms:W3CDTF">2026-06-19T19:21:00Z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185e4a50,2a0a87ee,2c55a8a4,52be8b38</vt:lpwstr>
  </property>
  <property fmtid="{D5CDD505-2E9C-101B-9397-08002B2CF9AE}" pid="3" name="ClassificationContentMarkingFooterFontProps">
    <vt:lpwstr>#000000,10,Calibri</vt:lpwstr>
  </property>
  <property fmtid="{D5CDD505-2E9C-101B-9397-08002B2CF9AE}" pid="4" name="ClassificationContentMarkingFooterText">
    <vt:lpwstr>Público</vt:lpwstr>
  </property>
  <property fmtid="{D5CDD505-2E9C-101B-9397-08002B2CF9AE}" pid="5" name="MSIP_Label_9bfceeab-f12b-49f2-b4d7-bd5af5d5f9b8_Enabled">
    <vt:lpwstr>true</vt:lpwstr>
  </property>
  <property fmtid="{D5CDD505-2E9C-101B-9397-08002B2CF9AE}" pid="6" name="MSIP_Label_9bfceeab-f12b-49f2-b4d7-bd5af5d5f9b8_SetDate">
    <vt:lpwstr>2024-12-19T22:30:32Z</vt:lpwstr>
  </property>
  <property fmtid="{D5CDD505-2E9C-101B-9397-08002B2CF9AE}" pid="7" name="MSIP_Label_9bfceeab-f12b-49f2-b4d7-bd5af5d5f9b8_Method">
    <vt:lpwstr>Privileged</vt:lpwstr>
  </property>
  <property fmtid="{D5CDD505-2E9C-101B-9397-08002B2CF9AE}" pid="8" name="MSIP_Label_9bfceeab-f12b-49f2-b4d7-bd5af5d5f9b8_Name">
    <vt:lpwstr>9bfceeab-f12b-49f2-b4d7-bd5af5d5f9b8</vt:lpwstr>
  </property>
  <property fmtid="{D5CDD505-2E9C-101B-9397-08002B2CF9AE}" pid="9" name="MSIP_Label_9bfceeab-f12b-49f2-b4d7-bd5af5d5f9b8_SiteId">
    <vt:lpwstr>618d0a45-25a6-4618-9f80-8f70a435ee52</vt:lpwstr>
  </property>
  <property fmtid="{D5CDD505-2E9C-101B-9397-08002B2CF9AE}" pid="10" name="MSIP_Label_9bfceeab-f12b-49f2-b4d7-bd5af5d5f9b8_ActionId">
    <vt:lpwstr>dbd4e385-7aa3-4b17-aaf1-0e097aac19fb</vt:lpwstr>
  </property>
  <property fmtid="{D5CDD505-2E9C-101B-9397-08002B2CF9AE}" pid="11" name="MSIP_Label_9bfceeab-f12b-49f2-b4d7-bd5af5d5f9b8_ContentBits">
    <vt:lpwstr>2</vt:lpwstr>
  </property>
  <property fmtid="{D5CDD505-2E9C-101B-9397-08002B2CF9AE}" pid="12" name="ContentTypeId">
    <vt:lpwstr>0x01010081213504DCEC274A87CCA407C1957B05</vt:lpwstr>
  </property>
  <property fmtid="{D5CDD505-2E9C-101B-9397-08002B2CF9AE}" pid="13" name="MediaServiceImageTags">
    <vt:lpwstr/>
  </property>
  <property fmtid="{D5CDD505-2E9C-101B-9397-08002B2CF9AE}" pid="14" name="riddaUnidadGeneradora">
    <vt:lpwstr/>
  </property>
  <property fmtid="{D5CDD505-2E9C-101B-9397-08002B2CF9AE}" pid="15" name="riddaDisponibilidad">
    <vt:lpwstr>9;#Alta|7fca731c-4c62-4f1c-9061-e9f164c964b2</vt:lpwstr>
  </property>
  <property fmtid="{D5CDD505-2E9C-101B-9397-08002B2CF9AE}" pid="16" name="riddaClasificacionSegInf">
    <vt:lpwstr>1;#Soporte de información|8aff0eaf-e51c-4567-aa77-0955e95d8682</vt:lpwstr>
  </property>
  <property fmtid="{D5CDD505-2E9C-101B-9397-08002B2CF9AE}" pid="17" name="riddaIntegridad">
    <vt:lpwstr>12;#Alta|0fd17ec2-e5d0-4d9f-8e18-466324d0fdd4</vt:lpwstr>
  </property>
  <property fmtid="{D5CDD505-2E9C-101B-9397-08002B2CF9AE}" pid="18" name="riddaConfidencialidad">
    <vt:lpwstr>2;#Público|99c2402f-8ec3-4ca8-8024-be52e4e7f629</vt:lpwstr>
  </property>
</Properties>
</file>